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4AAF1" w14:textId="6EBC5D81" w:rsidR="002925D0" w:rsidRPr="00C36A5B" w:rsidRDefault="002925D0" w:rsidP="0049798E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</w:t>
      </w:r>
      <w:r w:rsidRPr="00C36A5B">
        <w:rPr>
          <w:rFonts w:ascii="Sylfaen" w:hAnsi="Sylfaen"/>
          <w:b/>
          <w:sz w:val="24"/>
          <w:szCs w:val="24"/>
          <w:lang w:val="ka-GE"/>
        </w:rPr>
        <w:t>არტიკაინ</w:t>
      </w:r>
      <w:r w:rsidR="00A51830" w:rsidRPr="00C36A5B">
        <w:rPr>
          <w:rFonts w:ascii="Sylfaen" w:hAnsi="Sylfaen"/>
          <w:b/>
          <w:sz w:val="24"/>
          <w:szCs w:val="24"/>
        </w:rPr>
        <w:t xml:space="preserve"> </w:t>
      </w:r>
      <w:r w:rsidRPr="00C36A5B">
        <w:rPr>
          <w:rFonts w:ascii="Sylfaen" w:hAnsi="Sylfaen"/>
          <w:b/>
          <w:sz w:val="24"/>
          <w:szCs w:val="24"/>
          <w:lang w:val="ka-GE"/>
        </w:rPr>
        <w:t>- ვეგა</w:t>
      </w:r>
    </w:p>
    <w:p w14:paraId="4BBBC1AE" w14:textId="76A3C855" w:rsidR="00F40128" w:rsidRPr="00C36A5B" w:rsidRDefault="002925D0" w:rsidP="00483B73">
      <w:pPr>
        <w:spacing w:after="0" w:line="240" w:lineRule="auto"/>
        <w:rPr>
          <w:rFonts w:ascii="Sylfaen" w:hAnsi="Sylfaen"/>
          <w:b/>
          <w:sz w:val="24"/>
          <w:szCs w:val="24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                            </w:t>
      </w:r>
      <w:r w:rsidRPr="00C36A5B">
        <w:rPr>
          <w:rFonts w:ascii="Sylfaen" w:hAnsi="Sylfaen"/>
          <w:b/>
          <w:sz w:val="24"/>
          <w:szCs w:val="24"/>
          <w:lang w:val="ka-GE"/>
        </w:rPr>
        <w:t>სამკურნალო საშუალების</w:t>
      </w:r>
      <w:r w:rsidR="00CD5341" w:rsidRPr="00C36A5B">
        <w:rPr>
          <w:rFonts w:ascii="Sylfaen" w:hAnsi="Sylfaen"/>
          <w:b/>
          <w:sz w:val="24"/>
          <w:szCs w:val="24"/>
        </w:rPr>
        <w:t xml:space="preserve"> </w:t>
      </w:r>
      <w:r w:rsidRPr="00C36A5B">
        <w:rPr>
          <w:rFonts w:ascii="Sylfaen" w:hAnsi="Sylfaen"/>
          <w:b/>
          <w:sz w:val="24"/>
          <w:szCs w:val="24"/>
          <w:lang w:val="ka-GE"/>
        </w:rPr>
        <w:t>სამედიცინო</w:t>
      </w:r>
      <w:r w:rsidR="00A51830" w:rsidRPr="00C36A5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CD5341" w:rsidRPr="00C36A5B">
        <w:rPr>
          <w:rFonts w:ascii="Sylfaen" w:hAnsi="Sylfaen"/>
          <w:b/>
          <w:sz w:val="24"/>
          <w:szCs w:val="24"/>
        </w:rPr>
        <w:t>გამოყენების</w:t>
      </w:r>
      <w:proofErr w:type="spellEnd"/>
      <w:r w:rsidR="00CD5341" w:rsidRPr="00C36A5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CD5341" w:rsidRPr="00C36A5B">
        <w:rPr>
          <w:rFonts w:ascii="Sylfaen" w:hAnsi="Sylfaen"/>
          <w:b/>
          <w:sz w:val="24"/>
          <w:szCs w:val="24"/>
        </w:rPr>
        <w:t>ინსტრუქცია</w:t>
      </w:r>
      <w:proofErr w:type="spellEnd"/>
    </w:p>
    <w:p w14:paraId="1074EFE6" w14:textId="4A53A807" w:rsidR="003D2D7C" w:rsidRPr="00C36A5B" w:rsidRDefault="00CD5341" w:rsidP="00254F9F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b/>
          <w:sz w:val="24"/>
          <w:szCs w:val="24"/>
        </w:rPr>
        <w:br/>
      </w:r>
      <w:r w:rsidR="002925D0" w:rsidRPr="00C36A5B">
        <w:rPr>
          <w:rFonts w:ascii="Sylfaen" w:hAnsi="Sylfaen"/>
          <w:b/>
          <w:sz w:val="24"/>
          <w:szCs w:val="24"/>
          <w:lang w:val="ka-GE"/>
        </w:rPr>
        <w:t>სა</w:t>
      </w:r>
      <w:proofErr w:type="spellStart"/>
      <w:r w:rsidRPr="00C36A5B">
        <w:rPr>
          <w:rFonts w:ascii="Sylfaen" w:hAnsi="Sylfaen"/>
          <w:b/>
          <w:sz w:val="24"/>
          <w:szCs w:val="24"/>
        </w:rPr>
        <w:t>ვაჭრო</w:t>
      </w:r>
      <w:proofErr w:type="spellEnd"/>
      <w:r w:rsidRPr="00C36A5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b/>
          <w:sz w:val="24"/>
          <w:szCs w:val="24"/>
        </w:rPr>
        <w:t>დასახელება</w:t>
      </w:r>
      <w:proofErr w:type="spellEnd"/>
      <w:r w:rsidRPr="00C36A5B">
        <w:rPr>
          <w:rFonts w:ascii="Sylfaen" w:hAnsi="Sylfaen"/>
          <w:b/>
          <w:sz w:val="24"/>
          <w:szCs w:val="24"/>
        </w:rPr>
        <w:t xml:space="preserve">: </w:t>
      </w:r>
      <w:proofErr w:type="spellStart"/>
      <w:r w:rsidRPr="00C36A5B">
        <w:rPr>
          <w:rFonts w:ascii="Sylfaen" w:hAnsi="Sylfaen"/>
          <w:b/>
          <w:sz w:val="24"/>
          <w:szCs w:val="24"/>
        </w:rPr>
        <w:t>არტიკაინ-ვეგა</w:t>
      </w:r>
      <w:proofErr w:type="spellEnd"/>
      <w:r w:rsidRPr="00C36A5B">
        <w:rPr>
          <w:rFonts w:ascii="Sylfaen" w:hAnsi="Sylfaen"/>
          <w:b/>
          <w:sz w:val="24"/>
          <w:szCs w:val="24"/>
        </w:rPr>
        <w:t>.</w:t>
      </w:r>
      <w:r w:rsidRPr="00C36A5B">
        <w:rPr>
          <w:rFonts w:ascii="Sylfaen" w:hAnsi="Sylfaen"/>
          <w:b/>
          <w:sz w:val="24"/>
          <w:szCs w:val="24"/>
        </w:rPr>
        <w:br/>
      </w:r>
      <w:proofErr w:type="spellStart"/>
      <w:r w:rsidRPr="00C36A5B">
        <w:rPr>
          <w:rFonts w:ascii="Sylfaen" w:hAnsi="Sylfaen"/>
          <w:b/>
          <w:sz w:val="24"/>
          <w:szCs w:val="24"/>
        </w:rPr>
        <w:t>საერთაშორისო</w:t>
      </w:r>
      <w:proofErr w:type="spellEnd"/>
      <w:r w:rsidRPr="00C36A5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b/>
          <w:sz w:val="24"/>
          <w:szCs w:val="24"/>
        </w:rPr>
        <w:t>არაპატენტირებული</w:t>
      </w:r>
      <w:proofErr w:type="spellEnd"/>
      <w:r w:rsidRPr="00C36A5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b/>
          <w:sz w:val="24"/>
          <w:szCs w:val="24"/>
        </w:rPr>
        <w:t>დასახელება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: </w:t>
      </w:r>
      <w:proofErr w:type="spellStart"/>
      <w:r w:rsidRPr="00C36A5B">
        <w:rPr>
          <w:rFonts w:ascii="Sylfaen" w:hAnsi="Sylfaen"/>
          <w:sz w:val="24"/>
          <w:szCs w:val="24"/>
        </w:rPr>
        <w:t>არტიკაინი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+ </w:t>
      </w:r>
      <w:proofErr w:type="spellStart"/>
      <w:r w:rsidRPr="00C36A5B">
        <w:rPr>
          <w:rFonts w:ascii="Sylfaen" w:hAnsi="Sylfaen"/>
          <w:sz w:val="24"/>
          <w:szCs w:val="24"/>
        </w:rPr>
        <w:t>ეპინეფრინი</w:t>
      </w:r>
      <w:proofErr w:type="spellEnd"/>
      <w:r w:rsidRPr="00C36A5B">
        <w:rPr>
          <w:rFonts w:ascii="Sylfaen" w:hAnsi="Sylfaen"/>
          <w:sz w:val="24"/>
          <w:szCs w:val="24"/>
        </w:rPr>
        <w:t>.</w:t>
      </w:r>
      <w:r w:rsidRPr="00C36A5B">
        <w:rPr>
          <w:rFonts w:ascii="Sylfaen" w:hAnsi="Sylfaen"/>
          <w:sz w:val="24"/>
          <w:szCs w:val="24"/>
        </w:rPr>
        <w:br/>
      </w:r>
      <w:proofErr w:type="spellStart"/>
      <w:r w:rsidR="00605D5F" w:rsidRPr="00C36A5B">
        <w:rPr>
          <w:rFonts w:ascii="Sylfaen" w:hAnsi="Sylfaen"/>
          <w:b/>
          <w:sz w:val="24"/>
          <w:szCs w:val="24"/>
          <w:lang w:val="ka-GE"/>
        </w:rPr>
        <w:t>სამკირნალო</w:t>
      </w:r>
      <w:proofErr w:type="spellEnd"/>
      <w:r w:rsidRPr="00C36A5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b/>
          <w:sz w:val="24"/>
          <w:szCs w:val="24"/>
        </w:rPr>
        <w:t>ფორმა</w:t>
      </w:r>
      <w:proofErr w:type="spellEnd"/>
      <w:r w:rsidRPr="00C36A5B">
        <w:rPr>
          <w:rFonts w:ascii="Sylfaen" w:hAnsi="Sylfaen"/>
          <w:sz w:val="24"/>
          <w:szCs w:val="24"/>
        </w:rPr>
        <w:t xml:space="preserve">: </w:t>
      </w:r>
      <w:proofErr w:type="spellStart"/>
      <w:r w:rsidRPr="00C36A5B">
        <w:rPr>
          <w:rFonts w:ascii="Sylfaen" w:hAnsi="Sylfaen"/>
          <w:sz w:val="24"/>
          <w:szCs w:val="24"/>
        </w:rPr>
        <w:t>საინექციო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ხსნარი</w:t>
      </w:r>
      <w:proofErr w:type="spellEnd"/>
      <w:r w:rsidRPr="00C36A5B">
        <w:rPr>
          <w:rFonts w:ascii="Sylfaen" w:hAnsi="Sylfaen"/>
          <w:sz w:val="24"/>
          <w:szCs w:val="24"/>
        </w:rPr>
        <w:t>.</w:t>
      </w:r>
      <w:r w:rsidRPr="00C36A5B">
        <w:rPr>
          <w:rFonts w:ascii="Sylfaen" w:hAnsi="Sylfaen"/>
          <w:sz w:val="24"/>
          <w:szCs w:val="24"/>
        </w:rPr>
        <w:br/>
      </w:r>
      <w:proofErr w:type="spellStart"/>
      <w:r w:rsidRPr="00C36A5B">
        <w:rPr>
          <w:rFonts w:ascii="Sylfaen" w:hAnsi="Sylfaen"/>
          <w:b/>
          <w:sz w:val="24"/>
          <w:szCs w:val="24"/>
        </w:rPr>
        <w:t>შემადგენლობა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: </w:t>
      </w:r>
      <w:r w:rsidRPr="00C36A5B">
        <w:rPr>
          <w:rFonts w:ascii="Sylfaen" w:hAnsi="Sylfaen"/>
          <w:sz w:val="24"/>
          <w:szCs w:val="24"/>
        </w:rPr>
        <w:br/>
      </w:r>
      <w:proofErr w:type="spellStart"/>
      <w:r w:rsidRPr="00C36A5B">
        <w:rPr>
          <w:rFonts w:ascii="Sylfaen" w:hAnsi="Sylfaen"/>
          <w:sz w:val="24"/>
          <w:szCs w:val="24"/>
        </w:rPr>
        <w:t>არტიკაინ-ვეგა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40 </w:t>
      </w:r>
      <w:proofErr w:type="spellStart"/>
      <w:r w:rsidRPr="00C36A5B">
        <w:rPr>
          <w:rFonts w:ascii="Sylfaen" w:hAnsi="Sylfaen"/>
          <w:sz w:val="24"/>
          <w:szCs w:val="24"/>
        </w:rPr>
        <w:t>მგ</w:t>
      </w:r>
      <w:proofErr w:type="spellEnd"/>
      <w:r w:rsidRPr="00C36A5B">
        <w:rPr>
          <w:rFonts w:ascii="Sylfaen" w:hAnsi="Sylfaen"/>
          <w:sz w:val="24"/>
          <w:szCs w:val="24"/>
        </w:rPr>
        <w:t xml:space="preserve"> + </w:t>
      </w:r>
      <w:r w:rsidRPr="00C36A5B">
        <w:rPr>
          <w:rFonts w:ascii="Sylfaen" w:hAnsi="Sylfaen"/>
          <w:i/>
          <w:sz w:val="24"/>
          <w:szCs w:val="24"/>
        </w:rPr>
        <w:t xml:space="preserve">0,01 </w:t>
      </w:r>
      <w:proofErr w:type="spellStart"/>
      <w:r w:rsidRPr="00C36A5B">
        <w:rPr>
          <w:rFonts w:ascii="Sylfaen" w:hAnsi="Sylfaen"/>
          <w:i/>
          <w:sz w:val="24"/>
          <w:szCs w:val="24"/>
        </w:rPr>
        <w:t>მგ</w:t>
      </w:r>
      <w:proofErr w:type="spellEnd"/>
      <w:r w:rsidRPr="00C36A5B">
        <w:rPr>
          <w:rFonts w:ascii="Sylfaen" w:hAnsi="Sylfaen"/>
          <w:i/>
          <w:sz w:val="24"/>
          <w:szCs w:val="24"/>
        </w:rPr>
        <w:t>/</w:t>
      </w:r>
      <w:proofErr w:type="spellStart"/>
      <w:r w:rsidRPr="00C36A5B">
        <w:rPr>
          <w:rFonts w:ascii="Sylfaen" w:hAnsi="Sylfaen"/>
          <w:i/>
          <w:sz w:val="24"/>
          <w:szCs w:val="24"/>
        </w:rPr>
        <w:t>მლ</w:t>
      </w:r>
      <w:proofErr w:type="spellEnd"/>
      <w:r w:rsidRPr="00C36A5B">
        <w:rPr>
          <w:rFonts w:ascii="Sylfaen" w:hAnsi="Sylfaen"/>
          <w:sz w:val="24"/>
          <w:szCs w:val="24"/>
        </w:rPr>
        <w:t xml:space="preserve">: </w:t>
      </w:r>
      <w:proofErr w:type="spellStart"/>
      <w:r w:rsidRPr="00C36A5B">
        <w:rPr>
          <w:rFonts w:ascii="Sylfaen" w:hAnsi="Sylfaen"/>
          <w:sz w:val="24"/>
          <w:szCs w:val="24"/>
        </w:rPr>
        <w:t>ყოველი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მლ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შეიცავს</w:t>
      </w:r>
      <w:proofErr w:type="spellEnd"/>
      <w:r w:rsidRPr="00C36A5B">
        <w:rPr>
          <w:rFonts w:ascii="Sylfaen" w:hAnsi="Sylfaen"/>
          <w:sz w:val="24"/>
          <w:szCs w:val="24"/>
        </w:rPr>
        <w:t>:</w:t>
      </w:r>
      <w:r w:rsidRPr="00C36A5B">
        <w:rPr>
          <w:rFonts w:ascii="Sylfaen" w:hAnsi="Sylfaen"/>
          <w:sz w:val="24"/>
          <w:szCs w:val="24"/>
        </w:rPr>
        <w:br/>
      </w:r>
      <w:proofErr w:type="spellStart"/>
      <w:r w:rsidRPr="00C36A5B">
        <w:rPr>
          <w:rFonts w:ascii="Sylfaen" w:hAnsi="Sylfaen"/>
          <w:i/>
          <w:sz w:val="24"/>
          <w:szCs w:val="24"/>
        </w:rPr>
        <w:t>აქტიურ</w:t>
      </w:r>
      <w:proofErr w:type="spellEnd"/>
      <w:r w:rsidR="00D944DA" w:rsidRPr="00C36A5B">
        <w:rPr>
          <w:rFonts w:ascii="Sylfaen" w:hAnsi="Sylfaen"/>
          <w:i/>
          <w:sz w:val="24"/>
          <w:szCs w:val="24"/>
          <w:lang w:val="ka-GE"/>
        </w:rPr>
        <w:t>ი</w:t>
      </w:r>
      <w:r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proofErr w:type="gramStart"/>
      <w:r w:rsidRPr="00C36A5B">
        <w:rPr>
          <w:rFonts w:ascii="Sylfaen" w:hAnsi="Sylfaen"/>
          <w:i/>
          <w:sz w:val="24"/>
          <w:szCs w:val="24"/>
        </w:rPr>
        <w:t>ნივთიერებებ</w:t>
      </w:r>
      <w:proofErr w:type="spellEnd"/>
      <w:r w:rsidR="00D944DA" w:rsidRPr="00C36A5B">
        <w:rPr>
          <w:rFonts w:ascii="Sylfaen" w:hAnsi="Sylfaen"/>
          <w:i/>
          <w:sz w:val="24"/>
          <w:szCs w:val="24"/>
          <w:lang w:val="ka-GE"/>
        </w:rPr>
        <w:t>ი</w:t>
      </w:r>
      <w:r w:rsidR="00605D5F" w:rsidRPr="00C36A5B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C36A5B">
        <w:rPr>
          <w:rFonts w:ascii="Sylfaen" w:hAnsi="Sylfaen"/>
          <w:sz w:val="24"/>
          <w:szCs w:val="24"/>
        </w:rPr>
        <w:t>:</w:t>
      </w:r>
      <w:proofErr w:type="gram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არტიკაინის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ჰიდროქლორიდი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– 40 </w:t>
      </w:r>
      <w:proofErr w:type="spellStart"/>
      <w:r w:rsidRPr="00C36A5B">
        <w:rPr>
          <w:rFonts w:ascii="Sylfaen" w:hAnsi="Sylfaen"/>
          <w:sz w:val="24"/>
          <w:szCs w:val="24"/>
        </w:rPr>
        <w:t>მგ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ეპინეფრინი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(</w:t>
      </w:r>
      <w:proofErr w:type="spellStart"/>
      <w:r w:rsidRPr="00C36A5B">
        <w:rPr>
          <w:rFonts w:ascii="Sylfaen" w:hAnsi="Sylfaen"/>
          <w:sz w:val="24"/>
          <w:szCs w:val="24"/>
        </w:rPr>
        <w:t>ტარტრატის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სახით</w:t>
      </w:r>
      <w:proofErr w:type="spellEnd"/>
      <w:r w:rsidRPr="00C36A5B">
        <w:rPr>
          <w:rFonts w:ascii="Sylfaen" w:hAnsi="Sylfaen"/>
          <w:sz w:val="24"/>
          <w:szCs w:val="24"/>
        </w:rPr>
        <w:t xml:space="preserve">) – 0,01 </w:t>
      </w:r>
      <w:proofErr w:type="spellStart"/>
      <w:r w:rsidRPr="00C36A5B">
        <w:rPr>
          <w:rFonts w:ascii="Sylfaen" w:hAnsi="Sylfaen"/>
          <w:sz w:val="24"/>
          <w:szCs w:val="24"/>
        </w:rPr>
        <w:t>მგ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რაც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შეესაბამება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ეპინეფრინის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605D5F" w:rsidRPr="00C36A5B">
        <w:rPr>
          <w:rFonts w:ascii="Sylfaen" w:hAnsi="Sylfaen"/>
          <w:sz w:val="24"/>
          <w:szCs w:val="24"/>
          <w:lang w:val="ka-GE"/>
        </w:rPr>
        <w:t>შემცველობ</w:t>
      </w:r>
      <w:proofErr w:type="spellStart"/>
      <w:r w:rsidRPr="00C36A5B">
        <w:rPr>
          <w:rFonts w:ascii="Sylfaen" w:hAnsi="Sylfaen"/>
          <w:sz w:val="24"/>
          <w:szCs w:val="24"/>
        </w:rPr>
        <w:t>ას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605D5F" w:rsidRPr="00C36A5B">
        <w:rPr>
          <w:rFonts w:ascii="Sylfaen" w:hAnsi="Sylfaen"/>
          <w:sz w:val="24"/>
          <w:szCs w:val="24"/>
        </w:rPr>
        <w:t>ხსნარში</w:t>
      </w:r>
      <w:proofErr w:type="spellEnd"/>
      <w:r w:rsidR="00605D5F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</w:rPr>
        <w:t>1:100 000;</w:t>
      </w:r>
      <w:r w:rsidRPr="00C36A5B">
        <w:rPr>
          <w:rFonts w:ascii="Sylfaen" w:hAnsi="Sylfaen"/>
          <w:sz w:val="24"/>
          <w:szCs w:val="24"/>
        </w:rPr>
        <w:br/>
      </w:r>
      <w:proofErr w:type="spellStart"/>
      <w:r w:rsidRPr="00C36A5B">
        <w:rPr>
          <w:rFonts w:ascii="Sylfaen" w:hAnsi="Sylfaen"/>
          <w:i/>
          <w:sz w:val="24"/>
          <w:szCs w:val="24"/>
        </w:rPr>
        <w:t>დამხმარე</w:t>
      </w:r>
      <w:proofErr w:type="spellEnd"/>
      <w:r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i/>
          <w:sz w:val="24"/>
          <w:szCs w:val="24"/>
        </w:rPr>
        <w:t>ნივთიერებებ</w:t>
      </w:r>
      <w:proofErr w:type="spellEnd"/>
      <w:r w:rsidR="00605D5F" w:rsidRPr="00C36A5B">
        <w:rPr>
          <w:rFonts w:ascii="Sylfaen" w:hAnsi="Sylfaen"/>
          <w:i/>
          <w:sz w:val="24"/>
          <w:szCs w:val="24"/>
          <w:lang w:val="ka-GE"/>
        </w:rPr>
        <w:t xml:space="preserve">ს </w:t>
      </w:r>
      <w:r w:rsidRPr="00C36A5B">
        <w:rPr>
          <w:rFonts w:ascii="Sylfaen" w:hAnsi="Sylfaen"/>
          <w:sz w:val="24"/>
          <w:szCs w:val="24"/>
        </w:rPr>
        <w:t xml:space="preserve">: </w:t>
      </w:r>
      <w:proofErr w:type="spellStart"/>
      <w:r w:rsidRPr="00C36A5B">
        <w:rPr>
          <w:rFonts w:ascii="Sylfaen" w:hAnsi="Sylfaen"/>
          <w:sz w:val="24"/>
          <w:szCs w:val="24"/>
        </w:rPr>
        <w:t>ნატრიუმის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ქლორიდი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ნატრიუმის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მეტაბისულფიტი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დინატრიუმის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ედეტატი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ნატრიუმის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ჰიდროქსიდი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საინექციო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წყალი</w:t>
      </w:r>
      <w:proofErr w:type="spellEnd"/>
      <w:r w:rsidRPr="00C36A5B">
        <w:rPr>
          <w:rFonts w:ascii="Sylfaen" w:hAnsi="Sylfaen"/>
          <w:sz w:val="24"/>
          <w:szCs w:val="24"/>
        </w:rPr>
        <w:t>.</w:t>
      </w:r>
      <w:r w:rsidR="00605D5F"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Pr="00C36A5B">
        <w:rPr>
          <w:rFonts w:ascii="Sylfaen" w:hAnsi="Sylfaen"/>
          <w:sz w:val="24"/>
          <w:szCs w:val="24"/>
        </w:rPr>
        <w:br/>
      </w:r>
      <w:proofErr w:type="spellStart"/>
      <w:r w:rsidRPr="00C36A5B">
        <w:rPr>
          <w:rFonts w:ascii="Sylfaen" w:hAnsi="Sylfaen"/>
          <w:sz w:val="24"/>
          <w:szCs w:val="24"/>
        </w:rPr>
        <w:t>ან</w:t>
      </w:r>
      <w:proofErr w:type="spellEnd"/>
      <w:r w:rsidRPr="00C36A5B">
        <w:rPr>
          <w:rFonts w:ascii="Sylfaen" w:hAnsi="Sylfaen"/>
          <w:sz w:val="24"/>
          <w:szCs w:val="24"/>
        </w:rPr>
        <w:br/>
      </w:r>
      <w:proofErr w:type="spellStart"/>
      <w:r w:rsidRPr="00C36A5B">
        <w:rPr>
          <w:rFonts w:ascii="Sylfaen" w:hAnsi="Sylfaen"/>
          <w:sz w:val="24"/>
          <w:szCs w:val="24"/>
        </w:rPr>
        <w:t>არტიკაინ-ვეგა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40 </w:t>
      </w:r>
      <w:proofErr w:type="spellStart"/>
      <w:r w:rsidRPr="00C36A5B">
        <w:rPr>
          <w:rFonts w:ascii="Sylfaen" w:hAnsi="Sylfaen"/>
          <w:sz w:val="24"/>
          <w:szCs w:val="24"/>
        </w:rPr>
        <w:t>მგ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i/>
          <w:sz w:val="24"/>
          <w:szCs w:val="24"/>
        </w:rPr>
        <w:t xml:space="preserve">+ 0,005 </w:t>
      </w:r>
      <w:proofErr w:type="spellStart"/>
      <w:r w:rsidRPr="00C36A5B">
        <w:rPr>
          <w:rFonts w:ascii="Sylfaen" w:hAnsi="Sylfaen"/>
          <w:i/>
          <w:sz w:val="24"/>
          <w:szCs w:val="24"/>
        </w:rPr>
        <w:t>მგ</w:t>
      </w:r>
      <w:proofErr w:type="spellEnd"/>
      <w:r w:rsidRPr="00C36A5B">
        <w:rPr>
          <w:rFonts w:ascii="Sylfaen" w:hAnsi="Sylfaen"/>
          <w:i/>
          <w:sz w:val="24"/>
          <w:szCs w:val="24"/>
        </w:rPr>
        <w:t>/</w:t>
      </w:r>
      <w:proofErr w:type="spellStart"/>
      <w:r w:rsidRPr="00C36A5B">
        <w:rPr>
          <w:rFonts w:ascii="Sylfaen" w:hAnsi="Sylfaen"/>
          <w:i/>
          <w:sz w:val="24"/>
          <w:szCs w:val="24"/>
        </w:rPr>
        <w:t>მლ</w:t>
      </w:r>
      <w:proofErr w:type="spellEnd"/>
      <w:r w:rsidRPr="00C36A5B">
        <w:rPr>
          <w:rFonts w:ascii="Sylfaen" w:hAnsi="Sylfaen"/>
          <w:sz w:val="24"/>
          <w:szCs w:val="24"/>
        </w:rPr>
        <w:t xml:space="preserve">: </w:t>
      </w:r>
      <w:proofErr w:type="spellStart"/>
      <w:r w:rsidRPr="00C36A5B">
        <w:rPr>
          <w:rFonts w:ascii="Sylfaen" w:hAnsi="Sylfaen"/>
          <w:sz w:val="24"/>
          <w:szCs w:val="24"/>
        </w:rPr>
        <w:t>ყოველი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მლ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შეიცავს</w:t>
      </w:r>
      <w:proofErr w:type="spellEnd"/>
      <w:r w:rsidRPr="00C36A5B">
        <w:rPr>
          <w:rFonts w:ascii="Sylfaen" w:hAnsi="Sylfaen"/>
          <w:sz w:val="24"/>
          <w:szCs w:val="24"/>
        </w:rPr>
        <w:t>:</w:t>
      </w:r>
      <w:r w:rsidRPr="00C36A5B">
        <w:rPr>
          <w:rFonts w:ascii="Sylfaen" w:hAnsi="Sylfaen"/>
          <w:sz w:val="24"/>
          <w:szCs w:val="24"/>
        </w:rPr>
        <w:br/>
      </w:r>
      <w:proofErr w:type="spellStart"/>
      <w:r w:rsidRPr="00C36A5B">
        <w:rPr>
          <w:rFonts w:ascii="Sylfaen" w:hAnsi="Sylfaen"/>
          <w:i/>
          <w:sz w:val="24"/>
          <w:szCs w:val="24"/>
        </w:rPr>
        <w:t>აქტიურ</w:t>
      </w:r>
      <w:proofErr w:type="spellEnd"/>
      <w:r w:rsidR="00D944DA" w:rsidRPr="00C36A5B">
        <w:rPr>
          <w:rFonts w:ascii="Sylfaen" w:hAnsi="Sylfaen"/>
          <w:i/>
          <w:sz w:val="24"/>
          <w:szCs w:val="24"/>
          <w:lang w:val="ka-GE"/>
        </w:rPr>
        <w:t>ი</w:t>
      </w:r>
      <w:r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proofErr w:type="gramStart"/>
      <w:r w:rsidRPr="00C36A5B">
        <w:rPr>
          <w:rFonts w:ascii="Sylfaen" w:hAnsi="Sylfaen"/>
          <w:i/>
          <w:sz w:val="24"/>
          <w:szCs w:val="24"/>
        </w:rPr>
        <w:t>ნივთიერებებ</w:t>
      </w:r>
      <w:proofErr w:type="spellEnd"/>
      <w:r w:rsidR="00D944DA" w:rsidRPr="00C36A5B">
        <w:rPr>
          <w:rFonts w:ascii="Sylfaen" w:hAnsi="Sylfaen"/>
          <w:i/>
          <w:sz w:val="24"/>
          <w:szCs w:val="24"/>
          <w:lang w:val="ka-GE"/>
        </w:rPr>
        <w:t>ი</w:t>
      </w:r>
      <w:r w:rsidR="00605D5F" w:rsidRPr="00C36A5B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C36A5B">
        <w:rPr>
          <w:rFonts w:ascii="Sylfaen" w:hAnsi="Sylfaen"/>
          <w:sz w:val="24"/>
          <w:szCs w:val="24"/>
        </w:rPr>
        <w:t>:</w:t>
      </w:r>
      <w:proofErr w:type="gram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არტიკაინის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ჰიდროქლორიდი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– 40 </w:t>
      </w:r>
      <w:proofErr w:type="spellStart"/>
      <w:r w:rsidRPr="00C36A5B">
        <w:rPr>
          <w:rFonts w:ascii="Sylfaen" w:hAnsi="Sylfaen"/>
          <w:sz w:val="24"/>
          <w:szCs w:val="24"/>
        </w:rPr>
        <w:t>მგ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ეპინეფრინი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(</w:t>
      </w:r>
      <w:proofErr w:type="spellStart"/>
      <w:r w:rsidRPr="00C36A5B">
        <w:rPr>
          <w:rFonts w:ascii="Sylfaen" w:hAnsi="Sylfaen"/>
          <w:sz w:val="24"/>
          <w:szCs w:val="24"/>
        </w:rPr>
        <w:t>ტარტრატის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სახით</w:t>
      </w:r>
      <w:proofErr w:type="spellEnd"/>
      <w:r w:rsidRPr="00C36A5B">
        <w:rPr>
          <w:rFonts w:ascii="Sylfaen" w:hAnsi="Sylfaen"/>
          <w:sz w:val="24"/>
          <w:szCs w:val="24"/>
        </w:rPr>
        <w:t xml:space="preserve">) – 0,005 </w:t>
      </w:r>
      <w:proofErr w:type="spellStart"/>
      <w:r w:rsidRPr="00C36A5B">
        <w:rPr>
          <w:rFonts w:ascii="Sylfaen" w:hAnsi="Sylfaen"/>
          <w:sz w:val="24"/>
          <w:szCs w:val="24"/>
        </w:rPr>
        <w:t>მგ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რაც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შეესაბამება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ხსნარში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ეპინეფრინის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605D5F" w:rsidRPr="00C36A5B">
        <w:rPr>
          <w:rFonts w:ascii="Sylfaen" w:hAnsi="Sylfaen"/>
          <w:sz w:val="24"/>
          <w:szCs w:val="24"/>
          <w:lang w:val="ka-GE"/>
        </w:rPr>
        <w:t>შემცველობ</w:t>
      </w:r>
      <w:proofErr w:type="spellStart"/>
      <w:r w:rsidRPr="00C36A5B">
        <w:rPr>
          <w:rFonts w:ascii="Sylfaen" w:hAnsi="Sylfaen"/>
          <w:sz w:val="24"/>
          <w:szCs w:val="24"/>
        </w:rPr>
        <w:t>ას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1:200 000;</w:t>
      </w:r>
      <w:r w:rsidRPr="00C36A5B">
        <w:rPr>
          <w:rFonts w:ascii="Sylfaen" w:hAnsi="Sylfaen"/>
          <w:sz w:val="24"/>
          <w:szCs w:val="24"/>
        </w:rPr>
        <w:br/>
      </w:r>
      <w:proofErr w:type="spellStart"/>
      <w:r w:rsidRPr="00C36A5B">
        <w:rPr>
          <w:rFonts w:ascii="Sylfaen" w:hAnsi="Sylfaen"/>
          <w:i/>
          <w:sz w:val="24"/>
          <w:szCs w:val="24"/>
        </w:rPr>
        <w:t>დამხმარე</w:t>
      </w:r>
      <w:proofErr w:type="spellEnd"/>
      <w:r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i/>
          <w:sz w:val="24"/>
          <w:szCs w:val="24"/>
        </w:rPr>
        <w:t>ნივთიერებებ</w:t>
      </w:r>
      <w:proofErr w:type="spellEnd"/>
      <w:r w:rsidR="00605D5F" w:rsidRPr="00C36A5B">
        <w:rPr>
          <w:rFonts w:ascii="Sylfaen" w:hAnsi="Sylfaen"/>
          <w:i/>
          <w:sz w:val="24"/>
          <w:szCs w:val="24"/>
          <w:lang w:val="ka-GE"/>
        </w:rPr>
        <w:t>ს</w:t>
      </w:r>
      <w:r w:rsidR="00605D5F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</w:rPr>
        <w:t xml:space="preserve">: </w:t>
      </w:r>
      <w:proofErr w:type="spellStart"/>
      <w:r w:rsidRPr="00C36A5B">
        <w:rPr>
          <w:rFonts w:ascii="Sylfaen" w:hAnsi="Sylfaen"/>
          <w:sz w:val="24"/>
          <w:szCs w:val="24"/>
        </w:rPr>
        <w:t>ნატრიუმის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ქლორიდი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ნატრიუმის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მეტაბისულფიტი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დინატრიუმის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ედეტატი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ნატრიუმის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ჰიდროქსიდი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საინექციო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წყალი</w:t>
      </w:r>
      <w:proofErr w:type="spellEnd"/>
      <w:r w:rsidRPr="00C36A5B">
        <w:rPr>
          <w:rFonts w:ascii="Sylfaen" w:hAnsi="Sylfaen"/>
          <w:sz w:val="24"/>
          <w:szCs w:val="24"/>
        </w:rPr>
        <w:t>.</w:t>
      </w:r>
      <w:r w:rsidRPr="00C36A5B">
        <w:rPr>
          <w:rFonts w:ascii="Sylfaen" w:hAnsi="Sylfaen"/>
          <w:sz w:val="24"/>
          <w:szCs w:val="24"/>
        </w:rPr>
        <w:br/>
      </w:r>
      <w:proofErr w:type="spellStart"/>
      <w:r w:rsidRPr="00C36A5B">
        <w:rPr>
          <w:rFonts w:ascii="Sylfaen" w:hAnsi="Sylfaen"/>
          <w:b/>
          <w:sz w:val="24"/>
          <w:szCs w:val="24"/>
        </w:rPr>
        <w:t>ფარმაკოთერაპიული</w:t>
      </w:r>
      <w:proofErr w:type="spellEnd"/>
      <w:r w:rsidRPr="00C36A5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b/>
          <w:sz w:val="24"/>
          <w:szCs w:val="24"/>
        </w:rPr>
        <w:t>ჯგუფი</w:t>
      </w:r>
      <w:proofErr w:type="spellEnd"/>
      <w:r w:rsidRPr="00C36A5B">
        <w:rPr>
          <w:rFonts w:ascii="Sylfaen" w:hAnsi="Sylfaen"/>
          <w:sz w:val="24"/>
          <w:szCs w:val="24"/>
        </w:rPr>
        <w:t xml:space="preserve">: </w:t>
      </w:r>
      <w:proofErr w:type="spellStart"/>
      <w:r w:rsidRPr="00C36A5B">
        <w:rPr>
          <w:rFonts w:ascii="Sylfaen" w:hAnsi="Sylfaen"/>
          <w:sz w:val="24"/>
          <w:szCs w:val="24"/>
        </w:rPr>
        <w:t>ადგილობრივი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2F5142" w:rsidRPr="00C36A5B">
        <w:rPr>
          <w:rFonts w:ascii="Sylfaen" w:hAnsi="Sylfaen"/>
          <w:sz w:val="24"/>
          <w:szCs w:val="24"/>
          <w:lang w:val="ka-GE"/>
        </w:rPr>
        <w:t>საანესთეზიო საშუალება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სისხლძარღვ</w:t>
      </w:r>
      <w:proofErr w:type="spellEnd"/>
      <w:r w:rsidR="002F5142" w:rsidRPr="00C36A5B">
        <w:rPr>
          <w:rFonts w:ascii="Sylfaen" w:hAnsi="Sylfaen"/>
          <w:sz w:val="24"/>
          <w:szCs w:val="24"/>
          <w:lang w:val="ka-GE"/>
        </w:rPr>
        <w:t>ებ</w:t>
      </w:r>
      <w:r w:rsidR="009A4341" w:rsidRPr="00C36A5B">
        <w:rPr>
          <w:rFonts w:ascii="Sylfaen" w:hAnsi="Sylfaen"/>
          <w:sz w:val="24"/>
          <w:szCs w:val="24"/>
          <w:lang w:val="ka-GE"/>
        </w:rPr>
        <w:t>ის</w:t>
      </w:r>
      <w:r w:rsidR="009A4341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შემავიწროვებელი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კომპონენტით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სტომატოლოგი</w:t>
      </w:r>
      <w:proofErr w:type="spellEnd"/>
      <w:r w:rsidR="00605D5F" w:rsidRPr="00C36A5B">
        <w:rPr>
          <w:rFonts w:ascii="Sylfaen" w:hAnsi="Sylfaen"/>
          <w:sz w:val="24"/>
          <w:szCs w:val="24"/>
          <w:lang w:val="ka-GE"/>
        </w:rPr>
        <w:t>აში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გამოყენებისთვის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.  </w:t>
      </w:r>
      <w:r w:rsidRPr="00C36A5B">
        <w:rPr>
          <w:rFonts w:ascii="Sylfaen" w:hAnsi="Sylfaen"/>
          <w:sz w:val="24"/>
          <w:szCs w:val="24"/>
        </w:rPr>
        <w:br/>
      </w:r>
      <w:proofErr w:type="spellStart"/>
      <w:r w:rsidR="009A4341" w:rsidRPr="00C36A5B">
        <w:rPr>
          <w:rFonts w:ascii="Sylfaen" w:hAnsi="Sylfaen"/>
          <w:b/>
          <w:sz w:val="24"/>
          <w:szCs w:val="24"/>
          <w:lang w:val="ka-GE"/>
        </w:rPr>
        <w:t>ათქ</w:t>
      </w:r>
      <w:proofErr w:type="spellEnd"/>
      <w:r w:rsidR="009A4341" w:rsidRPr="00C36A5B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Pr="00C36A5B">
        <w:rPr>
          <w:rFonts w:ascii="Sylfaen" w:hAnsi="Sylfaen"/>
          <w:b/>
          <w:sz w:val="24"/>
          <w:szCs w:val="24"/>
        </w:rPr>
        <w:t>კოდი</w:t>
      </w:r>
      <w:proofErr w:type="spellEnd"/>
      <w:r w:rsidRPr="00C36A5B">
        <w:rPr>
          <w:rFonts w:ascii="Sylfaen" w:hAnsi="Sylfaen"/>
          <w:b/>
          <w:sz w:val="24"/>
          <w:szCs w:val="24"/>
        </w:rPr>
        <w:t>: N01BB58</w:t>
      </w:r>
      <w:r w:rsidRPr="00C36A5B">
        <w:rPr>
          <w:rFonts w:ascii="Sylfaen" w:hAnsi="Sylfaen"/>
          <w:sz w:val="24"/>
          <w:szCs w:val="24"/>
        </w:rPr>
        <w:t>.</w:t>
      </w:r>
      <w:r w:rsidRPr="00C36A5B">
        <w:rPr>
          <w:rFonts w:ascii="Sylfaen" w:hAnsi="Sylfaen"/>
          <w:sz w:val="24"/>
          <w:szCs w:val="24"/>
        </w:rPr>
        <w:br/>
      </w:r>
      <w:proofErr w:type="spellStart"/>
      <w:r w:rsidRPr="00C36A5B">
        <w:rPr>
          <w:rFonts w:ascii="Sylfaen" w:hAnsi="Sylfaen"/>
          <w:b/>
          <w:sz w:val="24"/>
          <w:szCs w:val="24"/>
        </w:rPr>
        <w:t>ფარმაკოლოგიური</w:t>
      </w:r>
      <w:proofErr w:type="spellEnd"/>
      <w:r w:rsidRPr="00C36A5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b/>
          <w:sz w:val="24"/>
          <w:szCs w:val="24"/>
        </w:rPr>
        <w:t>თვისებები</w:t>
      </w:r>
      <w:proofErr w:type="spellEnd"/>
      <w:r w:rsidRPr="00C36A5B">
        <w:rPr>
          <w:rFonts w:ascii="Sylfaen" w:hAnsi="Sylfaen"/>
          <w:sz w:val="24"/>
          <w:szCs w:val="24"/>
        </w:rPr>
        <w:t>:</w:t>
      </w:r>
      <w:r w:rsidRPr="00C36A5B">
        <w:rPr>
          <w:rFonts w:ascii="Sylfaen" w:hAnsi="Sylfaen"/>
          <w:sz w:val="24"/>
          <w:szCs w:val="24"/>
        </w:rPr>
        <w:br/>
      </w:r>
      <w:proofErr w:type="spellStart"/>
      <w:r w:rsidRPr="00C36A5B">
        <w:rPr>
          <w:rFonts w:ascii="Sylfaen" w:hAnsi="Sylfaen"/>
          <w:i/>
          <w:sz w:val="24"/>
          <w:szCs w:val="24"/>
        </w:rPr>
        <w:t>ფარმაკოდინამიკა</w:t>
      </w:r>
      <w:proofErr w:type="spellEnd"/>
      <w:r w:rsidR="005113AE" w:rsidRPr="00C36A5B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C36A5B">
        <w:rPr>
          <w:rFonts w:ascii="Sylfaen" w:hAnsi="Sylfaen"/>
          <w:sz w:val="24"/>
          <w:szCs w:val="24"/>
        </w:rPr>
        <w:t>:</w:t>
      </w:r>
      <w:r w:rsidRPr="00C36A5B">
        <w:rPr>
          <w:rFonts w:ascii="Sylfaen" w:hAnsi="Sylfaen"/>
          <w:sz w:val="24"/>
          <w:szCs w:val="24"/>
        </w:rPr>
        <w:br/>
      </w:r>
      <w:proofErr w:type="spellStart"/>
      <w:r w:rsidRPr="00C36A5B">
        <w:rPr>
          <w:rFonts w:ascii="Sylfaen" w:hAnsi="Sylfaen"/>
          <w:sz w:val="24"/>
          <w:szCs w:val="24"/>
        </w:rPr>
        <w:t>არტიკაინი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ეპინეფრინთან</w:t>
      </w:r>
      <w:proofErr w:type="spellEnd"/>
      <w:r w:rsidRPr="00C36A5B">
        <w:rPr>
          <w:rFonts w:ascii="Sylfaen" w:hAnsi="Sylfaen"/>
          <w:sz w:val="24"/>
          <w:szCs w:val="24"/>
        </w:rPr>
        <w:t xml:space="preserve"> (</w:t>
      </w:r>
      <w:proofErr w:type="spellStart"/>
      <w:r w:rsidRPr="00C36A5B">
        <w:rPr>
          <w:rFonts w:ascii="Sylfaen" w:hAnsi="Sylfaen"/>
          <w:sz w:val="24"/>
          <w:szCs w:val="24"/>
        </w:rPr>
        <w:t>ადრენალინთან</w:t>
      </w:r>
      <w:proofErr w:type="spellEnd"/>
      <w:r w:rsidRPr="00C36A5B">
        <w:rPr>
          <w:rFonts w:ascii="Sylfaen" w:hAnsi="Sylfaen"/>
          <w:sz w:val="24"/>
          <w:szCs w:val="24"/>
        </w:rPr>
        <w:t xml:space="preserve">) </w:t>
      </w:r>
      <w:proofErr w:type="spellStart"/>
      <w:r w:rsidRPr="00C36A5B">
        <w:rPr>
          <w:rFonts w:ascii="Sylfaen" w:hAnsi="Sylfaen"/>
          <w:sz w:val="24"/>
          <w:szCs w:val="24"/>
        </w:rPr>
        <w:t>ერთად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სტომატოლოგიაში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ინფილტრაციული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გამტარ</w:t>
      </w:r>
      <w:r w:rsidR="00605D5F" w:rsidRPr="00C36A5B">
        <w:rPr>
          <w:rFonts w:ascii="Sylfaen" w:hAnsi="Sylfaen"/>
          <w:sz w:val="24"/>
          <w:szCs w:val="24"/>
        </w:rPr>
        <w:t>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ანესთეზიისთვის</w:t>
      </w:r>
      <w:proofErr w:type="spellEnd"/>
      <w:r w:rsidR="00605D5F" w:rsidRPr="00C36A5B">
        <w:rPr>
          <w:rFonts w:ascii="Sylfaen" w:hAnsi="Sylfaen"/>
          <w:sz w:val="24"/>
          <w:szCs w:val="24"/>
        </w:rPr>
        <w:t>,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47630" w:rsidRPr="00C36A5B">
        <w:rPr>
          <w:rFonts w:ascii="Sylfaen" w:hAnsi="Sylfaen"/>
          <w:sz w:val="24"/>
          <w:szCs w:val="24"/>
        </w:rPr>
        <w:t>ის</w:t>
      </w:r>
      <w:proofErr w:type="spellEnd"/>
      <w:r w:rsidR="00C47630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47630" w:rsidRPr="00C36A5B">
        <w:rPr>
          <w:rFonts w:ascii="Sylfaen" w:hAnsi="Sylfaen"/>
          <w:sz w:val="24"/>
          <w:szCs w:val="24"/>
        </w:rPr>
        <w:t>წარმოადგენ</w:t>
      </w:r>
      <w:r w:rsidRPr="00C36A5B">
        <w:rPr>
          <w:rFonts w:ascii="Sylfaen" w:hAnsi="Sylfaen"/>
          <w:sz w:val="24"/>
          <w:szCs w:val="24"/>
        </w:rPr>
        <w:t>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კომბინირებულ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პრეპარატ</w:t>
      </w:r>
      <w:r w:rsidR="00C47630" w:rsidRPr="00C36A5B">
        <w:rPr>
          <w:rFonts w:ascii="Sylfaen" w:hAnsi="Sylfaen"/>
          <w:sz w:val="24"/>
          <w:szCs w:val="24"/>
        </w:rPr>
        <w:t>ს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რომ</w:t>
      </w:r>
      <w:r w:rsidR="00C47630" w:rsidRPr="00C36A5B">
        <w:rPr>
          <w:rFonts w:ascii="Sylfaen" w:hAnsi="Sylfaen"/>
          <w:sz w:val="24"/>
          <w:szCs w:val="24"/>
        </w:rPr>
        <w:t>ლის</w:t>
      </w:r>
      <w:proofErr w:type="spellEnd"/>
      <w:r w:rsidR="00C47630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47630" w:rsidRPr="00C36A5B">
        <w:rPr>
          <w:rFonts w:ascii="Sylfaen" w:hAnsi="Sylfaen"/>
          <w:sz w:val="24"/>
          <w:szCs w:val="24"/>
        </w:rPr>
        <w:t>შემადგენლობა</w:t>
      </w:r>
      <w:r w:rsidRPr="00C36A5B">
        <w:rPr>
          <w:rFonts w:ascii="Sylfaen" w:hAnsi="Sylfaen"/>
          <w:sz w:val="24"/>
          <w:szCs w:val="24"/>
        </w:rPr>
        <w:t>შიც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შედის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არტიკაინი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(</w:t>
      </w:r>
      <w:proofErr w:type="spellStart"/>
      <w:r w:rsidRPr="00C36A5B">
        <w:rPr>
          <w:rFonts w:ascii="Sylfaen" w:hAnsi="Sylfaen"/>
          <w:sz w:val="24"/>
          <w:szCs w:val="24"/>
        </w:rPr>
        <w:t>ამიდური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ტიპის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ადგილობრივი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47630" w:rsidRPr="00C36A5B">
        <w:rPr>
          <w:rFonts w:ascii="Sylfaen" w:hAnsi="Sylfaen"/>
          <w:sz w:val="24"/>
          <w:szCs w:val="24"/>
        </w:rPr>
        <w:t>სა</w:t>
      </w:r>
      <w:r w:rsidRPr="00C36A5B">
        <w:rPr>
          <w:rFonts w:ascii="Sylfaen" w:hAnsi="Sylfaen"/>
          <w:sz w:val="24"/>
          <w:szCs w:val="24"/>
        </w:rPr>
        <w:t>ანესთეზი</w:t>
      </w:r>
      <w:r w:rsidR="00C47630" w:rsidRPr="00C36A5B">
        <w:rPr>
          <w:rFonts w:ascii="Sylfaen" w:hAnsi="Sylfaen"/>
          <w:sz w:val="24"/>
          <w:szCs w:val="24"/>
        </w:rPr>
        <w:t>ო</w:t>
      </w:r>
      <w:proofErr w:type="spellEnd"/>
      <w:r w:rsidR="00C47630" w:rsidRPr="00C36A5B">
        <w:rPr>
          <w:rFonts w:ascii="Sylfaen" w:hAnsi="Sylfaen"/>
          <w:sz w:val="24"/>
          <w:szCs w:val="24"/>
        </w:rPr>
        <w:t xml:space="preserve">  </w:t>
      </w:r>
      <w:proofErr w:type="spellStart"/>
      <w:r w:rsidR="00C47630" w:rsidRPr="00C36A5B">
        <w:rPr>
          <w:rFonts w:ascii="Sylfaen" w:hAnsi="Sylfaen"/>
          <w:sz w:val="24"/>
          <w:szCs w:val="24"/>
        </w:rPr>
        <w:t>საშუალება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) </w:t>
      </w:r>
      <w:proofErr w:type="spellStart"/>
      <w:r w:rsidRPr="00C36A5B">
        <w:rPr>
          <w:rFonts w:ascii="Sylfaen" w:hAnsi="Sylfaen"/>
          <w:sz w:val="24"/>
          <w:szCs w:val="24"/>
        </w:rPr>
        <w:t>და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ეპინეფრინი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(</w:t>
      </w:r>
      <w:proofErr w:type="spellStart"/>
      <w:r w:rsidRPr="00C36A5B">
        <w:rPr>
          <w:rFonts w:ascii="Sylfaen" w:hAnsi="Sylfaen"/>
          <w:sz w:val="24"/>
          <w:szCs w:val="24"/>
        </w:rPr>
        <w:t>სისხლძარღვ</w:t>
      </w:r>
      <w:r w:rsidR="009A4341" w:rsidRPr="00C36A5B">
        <w:rPr>
          <w:rFonts w:ascii="Sylfaen" w:hAnsi="Sylfaen"/>
          <w:sz w:val="24"/>
          <w:szCs w:val="24"/>
        </w:rPr>
        <w:t>ის</w:t>
      </w:r>
      <w:proofErr w:type="spellEnd"/>
      <w:r w:rsidR="00C47630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შემავიწროვებელი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საშუალება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), </w:t>
      </w:r>
      <w:proofErr w:type="spellStart"/>
      <w:r w:rsidRPr="00C36A5B">
        <w:rPr>
          <w:rFonts w:ascii="Sylfaen" w:hAnsi="Sylfaen"/>
          <w:sz w:val="24"/>
          <w:szCs w:val="24"/>
        </w:rPr>
        <w:t>რომელ</w:t>
      </w:r>
      <w:proofErr w:type="spellEnd"/>
      <w:r w:rsidR="00C47630" w:rsidRPr="00C36A5B">
        <w:rPr>
          <w:rFonts w:ascii="Sylfaen" w:hAnsi="Sylfaen"/>
          <w:sz w:val="24"/>
          <w:szCs w:val="24"/>
          <w:lang w:val="ka-GE"/>
        </w:rPr>
        <w:t>საც</w:t>
      </w:r>
      <w:r w:rsidRPr="00C36A5B">
        <w:rPr>
          <w:rFonts w:ascii="Sylfaen" w:hAnsi="Sylfaen"/>
          <w:sz w:val="24"/>
          <w:szCs w:val="24"/>
        </w:rPr>
        <w:t xml:space="preserve"> </w:t>
      </w:r>
      <w:r w:rsidR="00C47630" w:rsidRPr="00C36A5B">
        <w:rPr>
          <w:rFonts w:ascii="Sylfaen" w:hAnsi="Sylfaen"/>
          <w:sz w:val="24"/>
          <w:szCs w:val="24"/>
          <w:lang w:val="ka-GE"/>
        </w:rPr>
        <w:t xml:space="preserve">ამატებენ  </w:t>
      </w:r>
      <w:proofErr w:type="spellStart"/>
      <w:r w:rsidR="00C47630" w:rsidRPr="00C36A5B">
        <w:rPr>
          <w:rFonts w:ascii="Sylfaen" w:hAnsi="Sylfaen"/>
          <w:sz w:val="24"/>
          <w:szCs w:val="24"/>
        </w:rPr>
        <w:t>პრეპარატ</w:t>
      </w:r>
      <w:proofErr w:type="spellEnd"/>
      <w:r w:rsidR="00C47630" w:rsidRPr="00C36A5B">
        <w:rPr>
          <w:rFonts w:ascii="Sylfaen" w:hAnsi="Sylfaen"/>
          <w:sz w:val="24"/>
          <w:szCs w:val="24"/>
          <w:lang w:val="ka-GE"/>
        </w:rPr>
        <w:t>ის შემადგენლობაში ან</w:t>
      </w:r>
      <w:proofErr w:type="spellStart"/>
      <w:r w:rsidRPr="00C36A5B">
        <w:rPr>
          <w:rFonts w:ascii="Sylfaen" w:hAnsi="Sylfaen"/>
          <w:sz w:val="24"/>
          <w:szCs w:val="24"/>
        </w:rPr>
        <w:t>ესთეზიის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ხანგრძლივობის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გასა</w:t>
      </w:r>
      <w:r w:rsidR="00C47630" w:rsidRPr="00C36A5B">
        <w:rPr>
          <w:rFonts w:ascii="Sylfaen" w:hAnsi="Sylfaen"/>
          <w:sz w:val="24"/>
          <w:szCs w:val="24"/>
          <w:lang w:val="ka-GE"/>
        </w:rPr>
        <w:t>გძელ</w:t>
      </w:r>
      <w:r w:rsidRPr="00C36A5B">
        <w:rPr>
          <w:rFonts w:ascii="Sylfaen" w:hAnsi="Sylfaen"/>
          <w:sz w:val="24"/>
          <w:szCs w:val="24"/>
        </w:rPr>
        <w:t>ებლად</w:t>
      </w:r>
      <w:proofErr w:type="spellEnd"/>
      <w:r w:rsidRPr="00C36A5B">
        <w:rPr>
          <w:rFonts w:ascii="Sylfaen" w:hAnsi="Sylfaen"/>
          <w:sz w:val="24"/>
          <w:szCs w:val="24"/>
        </w:rPr>
        <w:t>.</w:t>
      </w:r>
      <w:r w:rsidRPr="00C36A5B">
        <w:rPr>
          <w:rFonts w:ascii="Sylfaen" w:hAnsi="Sylfaen"/>
          <w:sz w:val="24"/>
          <w:szCs w:val="24"/>
        </w:rPr>
        <w:br/>
      </w:r>
      <w:proofErr w:type="spellStart"/>
      <w:r w:rsidRPr="00C36A5B">
        <w:rPr>
          <w:rFonts w:ascii="Sylfaen" w:hAnsi="Sylfaen"/>
          <w:sz w:val="24"/>
          <w:szCs w:val="24"/>
        </w:rPr>
        <w:t>არტიკაინი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622549" w:rsidRPr="00C36A5B">
        <w:rPr>
          <w:rFonts w:ascii="Sylfaen" w:hAnsi="Sylfaen"/>
          <w:sz w:val="24"/>
          <w:szCs w:val="24"/>
          <w:lang w:val="ka-GE"/>
        </w:rPr>
        <w:t xml:space="preserve"> ახდენს ადგილობრივ </w:t>
      </w:r>
      <w:proofErr w:type="spellStart"/>
      <w:r w:rsidR="00622549" w:rsidRPr="00C36A5B">
        <w:rPr>
          <w:rFonts w:ascii="Sylfaen" w:hAnsi="Sylfaen"/>
          <w:sz w:val="24"/>
          <w:szCs w:val="24"/>
          <w:lang w:val="ka-GE"/>
        </w:rPr>
        <w:t>ანესთე</w:t>
      </w:r>
      <w:r w:rsidR="00254F9F" w:rsidRPr="00C36A5B">
        <w:rPr>
          <w:rFonts w:ascii="Sylfaen" w:hAnsi="Sylfaen"/>
          <w:sz w:val="24"/>
          <w:szCs w:val="24"/>
          <w:lang w:val="ka-GE"/>
        </w:rPr>
        <w:t>ზიურ</w:t>
      </w:r>
      <w:proofErr w:type="spellEnd"/>
      <w:r w:rsidR="00622549" w:rsidRPr="00C36A5B">
        <w:rPr>
          <w:rFonts w:ascii="Sylfaen" w:hAnsi="Sylfaen"/>
          <w:sz w:val="24"/>
          <w:szCs w:val="24"/>
          <w:lang w:val="ka-GE"/>
        </w:rPr>
        <w:t xml:space="preserve"> მოქმედებას 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ნეირონების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622549" w:rsidRPr="00C36A5B">
        <w:rPr>
          <w:rFonts w:ascii="Sylfaen" w:hAnsi="Sylfaen"/>
          <w:sz w:val="24"/>
          <w:szCs w:val="24"/>
          <w:lang w:val="ka-GE"/>
        </w:rPr>
        <w:t xml:space="preserve">უჯრედულ </w:t>
      </w:r>
      <w:proofErr w:type="spellStart"/>
      <w:r w:rsidRPr="00C36A5B">
        <w:rPr>
          <w:rFonts w:ascii="Sylfaen" w:hAnsi="Sylfaen"/>
          <w:sz w:val="24"/>
          <w:szCs w:val="24"/>
        </w:rPr>
        <w:t>მემბრან</w:t>
      </w:r>
      <w:proofErr w:type="spellEnd"/>
      <w:r w:rsidR="00622549" w:rsidRPr="00C36A5B">
        <w:rPr>
          <w:rFonts w:ascii="Sylfaen" w:hAnsi="Sylfaen"/>
          <w:sz w:val="24"/>
          <w:szCs w:val="24"/>
          <w:lang w:val="ka-GE"/>
        </w:rPr>
        <w:t xml:space="preserve">აში არსებული </w:t>
      </w:r>
      <w:proofErr w:type="spellStart"/>
      <w:r w:rsidR="00622549" w:rsidRPr="00C36A5B">
        <w:rPr>
          <w:rFonts w:ascii="Sylfaen" w:hAnsi="Sylfaen"/>
          <w:sz w:val="24"/>
          <w:szCs w:val="24"/>
          <w:lang w:val="ka-GE"/>
        </w:rPr>
        <w:t>პოტენციალურად</w:t>
      </w:r>
      <w:proofErr w:type="spellEnd"/>
      <w:r w:rsidR="00622549" w:rsidRPr="00C36A5B">
        <w:rPr>
          <w:rFonts w:ascii="Sylfaen" w:hAnsi="Sylfaen"/>
          <w:sz w:val="24"/>
          <w:szCs w:val="24"/>
          <w:lang w:val="ka-GE"/>
        </w:rPr>
        <w:t xml:space="preserve"> დამოკიდებული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ნატრიუმის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არხებ</w:t>
      </w:r>
      <w:proofErr w:type="spellEnd"/>
      <w:r w:rsidR="00622549" w:rsidRPr="00C36A5B">
        <w:rPr>
          <w:rFonts w:ascii="Sylfaen" w:hAnsi="Sylfaen"/>
          <w:sz w:val="24"/>
          <w:szCs w:val="24"/>
          <w:lang w:val="ka-GE"/>
        </w:rPr>
        <w:t>ის ბლოკადის ხარჯზე</w:t>
      </w:r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რაც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იწვევს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ნერვულ</w:t>
      </w:r>
      <w:proofErr w:type="spellEnd"/>
      <w:r w:rsidR="00622549" w:rsidRPr="00C36A5B">
        <w:rPr>
          <w:rFonts w:ascii="Sylfaen" w:hAnsi="Sylfaen"/>
          <w:sz w:val="24"/>
          <w:szCs w:val="24"/>
          <w:lang w:val="ka-GE"/>
        </w:rPr>
        <w:t xml:space="preserve"> ბოჭკოში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იმპულსების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გამტარობის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შე</w:t>
      </w:r>
      <w:proofErr w:type="spellEnd"/>
      <w:r w:rsidR="00622549" w:rsidRPr="00C36A5B">
        <w:rPr>
          <w:rFonts w:ascii="Sylfaen" w:hAnsi="Sylfaen"/>
          <w:sz w:val="24"/>
          <w:szCs w:val="24"/>
          <w:lang w:val="ka-GE"/>
        </w:rPr>
        <w:t>ქცევ</w:t>
      </w:r>
      <w:proofErr w:type="spellStart"/>
      <w:r w:rsidRPr="00C36A5B">
        <w:rPr>
          <w:rFonts w:ascii="Sylfaen" w:hAnsi="Sylfaen"/>
          <w:sz w:val="24"/>
          <w:szCs w:val="24"/>
        </w:rPr>
        <w:t>ად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ჩახშობას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მგრძნობელობის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დროებით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დაკარგვას</w:t>
      </w:r>
      <w:proofErr w:type="spellEnd"/>
      <w:r w:rsidRPr="00C36A5B">
        <w:rPr>
          <w:rFonts w:ascii="Sylfaen" w:hAnsi="Sylfaen"/>
          <w:sz w:val="24"/>
          <w:szCs w:val="24"/>
        </w:rPr>
        <w:t>.</w:t>
      </w:r>
      <w:r w:rsidRPr="00C36A5B">
        <w:rPr>
          <w:rFonts w:ascii="Sylfaen" w:hAnsi="Sylfaen"/>
          <w:sz w:val="24"/>
          <w:szCs w:val="24"/>
        </w:rPr>
        <w:br/>
      </w:r>
      <w:proofErr w:type="spellStart"/>
      <w:r w:rsidRPr="00C36A5B">
        <w:rPr>
          <w:rFonts w:ascii="Sylfaen" w:hAnsi="Sylfaen"/>
          <w:sz w:val="24"/>
          <w:szCs w:val="24"/>
        </w:rPr>
        <w:t>არტიკაინი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ეპინეფრინთან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ერთად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ახდენს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სწრაფ</w:t>
      </w:r>
      <w:proofErr w:type="spellEnd"/>
      <w:r w:rsidRPr="00C36A5B">
        <w:rPr>
          <w:rFonts w:ascii="Sylfaen" w:hAnsi="Sylfaen"/>
          <w:sz w:val="24"/>
          <w:szCs w:val="24"/>
        </w:rPr>
        <w:t xml:space="preserve"> (</w:t>
      </w:r>
      <w:r w:rsidR="00622549" w:rsidRPr="00C36A5B">
        <w:rPr>
          <w:rFonts w:ascii="Sylfaen" w:hAnsi="Sylfaen"/>
          <w:sz w:val="24"/>
          <w:szCs w:val="24"/>
          <w:lang w:val="ka-GE"/>
        </w:rPr>
        <w:t xml:space="preserve">ლატენტური პერიოდი </w:t>
      </w:r>
      <w:r w:rsidRPr="00C36A5B">
        <w:rPr>
          <w:rFonts w:ascii="Sylfaen" w:hAnsi="Sylfaen"/>
          <w:sz w:val="24"/>
          <w:szCs w:val="24"/>
        </w:rPr>
        <w:t>1–</w:t>
      </w:r>
      <w:r w:rsidR="00622549" w:rsidRPr="00C36A5B">
        <w:rPr>
          <w:rFonts w:ascii="Sylfaen" w:hAnsi="Sylfaen"/>
          <w:sz w:val="24"/>
          <w:szCs w:val="24"/>
          <w:lang w:val="ka-GE"/>
        </w:rPr>
        <w:t xml:space="preserve">დან </w:t>
      </w:r>
      <w:r w:rsidRPr="00C36A5B">
        <w:rPr>
          <w:rFonts w:ascii="Sylfaen" w:hAnsi="Sylfaen"/>
          <w:sz w:val="24"/>
          <w:szCs w:val="24"/>
        </w:rPr>
        <w:t xml:space="preserve">3 </w:t>
      </w:r>
      <w:proofErr w:type="spellStart"/>
      <w:r w:rsidRPr="00C36A5B">
        <w:rPr>
          <w:rFonts w:ascii="Sylfaen" w:hAnsi="Sylfaen"/>
          <w:sz w:val="24"/>
          <w:szCs w:val="24"/>
        </w:rPr>
        <w:t>წუ</w:t>
      </w:r>
      <w:r w:rsidR="00622549" w:rsidRPr="00C36A5B">
        <w:rPr>
          <w:rFonts w:ascii="Sylfaen" w:hAnsi="Sylfaen"/>
          <w:sz w:val="24"/>
          <w:szCs w:val="24"/>
          <w:lang w:val="ka-GE"/>
        </w:rPr>
        <w:t>თამდე</w:t>
      </w:r>
      <w:proofErr w:type="spellEnd"/>
      <w:r w:rsidRPr="00C36A5B">
        <w:rPr>
          <w:rFonts w:ascii="Sylfaen" w:hAnsi="Sylfaen"/>
          <w:sz w:val="24"/>
          <w:szCs w:val="24"/>
        </w:rPr>
        <w:t xml:space="preserve">) </w:t>
      </w:r>
      <w:proofErr w:type="spellStart"/>
      <w:r w:rsidRPr="00C36A5B">
        <w:rPr>
          <w:rFonts w:ascii="Sylfaen" w:hAnsi="Sylfaen"/>
          <w:sz w:val="24"/>
          <w:szCs w:val="24"/>
        </w:rPr>
        <w:t>და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ძლიერ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ანესთე</w:t>
      </w:r>
      <w:proofErr w:type="spellEnd"/>
      <w:r w:rsidR="00254F9F" w:rsidRPr="00C36A5B">
        <w:rPr>
          <w:rFonts w:ascii="Sylfaen" w:hAnsi="Sylfaen"/>
          <w:sz w:val="24"/>
          <w:szCs w:val="24"/>
          <w:lang w:val="ka-GE"/>
        </w:rPr>
        <w:t>ზიურ</w:t>
      </w:r>
      <w:r w:rsidR="00622549" w:rsidRPr="00C36A5B">
        <w:rPr>
          <w:rFonts w:ascii="Sylfaen" w:hAnsi="Sylfaen"/>
          <w:sz w:val="24"/>
          <w:szCs w:val="24"/>
          <w:lang w:val="ka-GE"/>
        </w:rPr>
        <w:t xml:space="preserve"> მოქმედებას</w:t>
      </w:r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კარგად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6170BC" w:rsidRPr="00C36A5B">
        <w:rPr>
          <w:rFonts w:ascii="Sylfaen" w:hAnsi="Sylfaen"/>
          <w:sz w:val="24"/>
          <w:szCs w:val="24"/>
          <w:lang w:val="ka-GE"/>
        </w:rPr>
        <w:t>ა</w:t>
      </w:r>
      <w:proofErr w:type="spellStart"/>
      <w:r w:rsidRPr="00C36A5B">
        <w:rPr>
          <w:rFonts w:ascii="Sylfaen" w:hAnsi="Sylfaen"/>
          <w:sz w:val="24"/>
          <w:szCs w:val="24"/>
        </w:rPr>
        <w:t>იტანება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ქსოვილების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მიერ</w:t>
      </w:r>
      <w:proofErr w:type="spellEnd"/>
      <w:r w:rsidRPr="00C36A5B">
        <w:rPr>
          <w:rFonts w:ascii="Sylfaen" w:hAnsi="Sylfaen"/>
          <w:sz w:val="24"/>
          <w:szCs w:val="24"/>
        </w:rPr>
        <w:t xml:space="preserve">. </w:t>
      </w:r>
      <w:proofErr w:type="spellStart"/>
      <w:r w:rsidRPr="00C36A5B">
        <w:rPr>
          <w:rFonts w:ascii="Sylfaen" w:hAnsi="Sylfaen"/>
          <w:sz w:val="24"/>
          <w:szCs w:val="24"/>
        </w:rPr>
        <w:t>ეფექტური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ანესთეზიის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ხანგრძლივობა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მათ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შორის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ინტრაპულპარული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r w:rsidR="00622549" w:rsidRPr="00C36A5B">
        <w:rPr>
          <w:rFonts w:ascii="Sylfaen" w:hAnsi="Sylfaen"/>
          <w:sz w:val="24"/>
          <w:szCs w:val="24"/>
          <w:lang w:val="ka-GE"/>
        </w:rPr>
        <w:t xml:space="preserve">შეადგენს </w:t>
      </w:r>
      <w:proofErr w:type="spellStart"/>
      <w:r w:rsidRPr="00C36A5B">
        <w:rPr>
          <w:rFonts w:ascii="Sylfaen" w:hAnsi="Sylfaen"/>
          <w:sz w:val="24"/>
          <w:szCs w:val="24"/>
        </w:rPr>
        <w:t>არანაკლებ</w:t>
      </w:r>
      <w:proofErr w:type="spellEnd"/>
      <w:r w:rsidRPr="00C36A5B">
        <w:rPr>
          <w:rFonts w:ascii="Sylfaen" w:hAnsi="Sylfaen"/>
          <w:sz w:val="24"/>
          <w:szCs w:val="24"/>
        </w:rPr>
        <w:t xml:space="preserve"> 75 </w:t>
      </w:r>
      <w:proofErr w:type="spellStart"/>
      <w:r w:rsidRPr="00C36A5B">
        <w:rPr>
          <w:rFonts w:ascii="Sylfaen" w:hAnsi="Sylfaen"/>
          <w:sz w:val="24"/>
          <w:szCs w:val="24"/>
        </w:rPr>
        <w:t>წუთი</w:t>
      </w:r>
      <w:proofErr w:type="spellEnd"/>
      <w:r w:rsidR="00622549" w:rsidRPr="00C36A5B">
        <w:rPr>
          <w:rFonts w:ascii="Sylfaen" w:hAnsi="Sylfaen"/>
          <w:sz w:val="24"/>
          <w:szCs w:val="24"/>
          <w:lang w:val="ka-GE"/>
        </w:rPr>
        <w:t>სა</w:t>
      </w:r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რბილი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ქსოვილების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ანესთეზი</w:t>
      </w:r>
      <w:proofErr w:type="spellEnd"/>
      <w:r w:rsidR="006170BC" w:rsidRPr="00C36A5B">
        <w:rPr>
          <w:rFonts w:ascii="Sylfaen" w:hAnsi="Sylfaen"/>
          <w:sz w:val="24"/>
          <w:szCs w:val="24"/>
          <w:lang w:val="ka-GE"/>
        </w:rPr>
        <w:t>ის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gramStart"/>
      <w:r w:rsidR="00622549" w:rsidRPr="00C36A5B">
        <w:rPr>
          <w:rFonts w:ascii="Sylfaen" w:hAnsi="Sylfaen"/>
          <w:sz w:val="24"/>
          <w:szCs w:val="24"/>
          <w:lang w:val="ka-GE"/>
        </w:rPr>
        <w:t>ხან</w:t>
      </w:r>
      <w:proofErr w:type="spellStart"/>
      <w:r w:rsidRPr="00C36A5B">
        <w:rPr>
          <w:rFonts w:ascii="Sylfaen" w:hAnsi="Sylfaen"/>
          <w:sz w:val="24"/>
          <w:szCs w:val="24"/>
        </w:rPr>
        <w:t>გრძლ</w:t>
      </w:r>
      <w:r w:rsidR="00622549" w:rsidRPr="00C36A5B">
        <w:rPr>
          <w:rFonts w:ascii="Sylfaen" w:hAnsi="Sylfaen"/>
          <w:sz w:val="24"/>
          <w:szCs w:val="24"/>
          <w:lang w:val="ka-GE"/>
        </w:rPr>
        <w:t>ივობ</w:t>
      </w:r>
      <w:proofErr w:type="spellEnd"/>
      <w:r w:rsidRPr="00C36A5B">
        <w:rPr>
          <w:rFonts w:ascii="Sylfaen" w:hAnsi="Sylfaen"/>
          <w:sz w:val="24"/>
          <w:szCs w:val="24"/>
        </w:rPr>
        <w:t xml:space="preserve">ა </w:t>
      </w:r>
      <w:r w:rsidR="005113AE" w:rsidRPr="00C36A5B">
        <w:rPr>
          <w:rFonts w:ascii="Sylfaen" w:hAnsi="Sylfaen"/>
          <w:sz w:val="24"/>
          <w:szCs w:val="24"/>
          <w:lang w:val="ka-GE"/>
        </w:rPr>
        <w:t xml:space="preserve"> შეადგენს</w:t>
      </w:r>
      <w:proofErr w:type="gramEnd"/>
      <w:r w:rsidR="00622549"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Pr="00C36A5B">
        <w:rPr>
          <w:rFonts w:ascii="Sylfaen" w:hAnsi="Sylfaen"/>
          <w:sz w:val="24"/>
          <w:szCs w:val="24"/>
        </w:rPr>
        <w:t>120</w:t>
      </w:r>
      <w:r w:rsidR="00622549" w:rsidRPr="00C36A5B">
        <w:rPr>
          <w:rFonts w:ascii="Sylfaen" w:hAnsi="Sylfaen"/>
          <w:sz w:val="24"/>
          <w:szCs w:val="24"/>
          <w:lang w:val="ka-GE"/>
        </w:rPr>
        <w:t>-დან</w:t>
      </w:r>
      <w:r w:rsidRPr="00C36A5B">
        <w:rPr>
          <w:rFonts w:ascii="Sylfaen" w:hAnsi="Sylfaen"/>
          <w:sz w:val="24"/>
          <w:szCs w:val="24"/>
        </w:rPr>
        <w:t xml:space="preserve">–240 </w:t>
      </w:r>
      <w:proofErr w:type="spellStart"/>
      <w:r w:rsidRPr="00C36A5B">
        <w:rPr>
          <w:rFonts w:ascii="Sylfaen" w:hAnsi="Sylfaen"/>
          <w:sz w:val="24"/>
          <w:szCs w:val="24"/>
        </w:rPr>
        <w:t>წუთ</w:t>
      </w:r>
      <w:proofErr w:type="spellEnd"/>
      <w:r w:rsidR="005113AE" w:rsidRPr="00C36A5B">
        <w:rPr>
          <w:rFonts w:ascii="Sylfaen" w:hAnsi="Sylfaen"/>
          <w:sz w:val="24"/>
          <w:szCs w:val="24"/>
          <w:lang w:val="ka-GE"/>
        </w:rPr>
        <w:t>ამდე</w:t>
      </w:r>
      <w:r w:rsidRPr="00C36A5B">
        <w:rPr>
          <w:rFonts w:ascii="Sylfaen" w:hAnsi="Sylfaen"/>
          <w:sz w:val="24"/>
          <w:szCs w:val="24"/>
        </w:rPr>
        <w:t>.</w:t>
      </w:r>
      <w:r w:rsidRPr="00C36A5B">
        <w:rPr>
          <w:rFonts w:ascii="Sylfaen" w:hAnsi="Sylfaen"/>
          <w:sz w:val="24"/>
          <w:szCs w:val="24"/>
        </w:rPr>
        <w:br/>
      </w:r>
      <w:proofErr w:type="spellStart"/>
      <w:r w:rsidRPr="00C36A5B">
        <w:rPr>
          <w:rFonts w:ascii="Sylfaen" w:hAnsi="Sylfaen"/>
          <w:i/>
          <w:sz w:val="24"/>
          <w:szCs w:val="24"/>
        </w:rPr>
        <w:t>ბავშვები</w:t>
      </w:r>
      <w:proofErr w:type="spellEnd"/>
      <w:r w:rsidR="005113AE" w:rsidRPr="00C36A5B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C36A5B">
        <w:rPr>
          <w:rFonts w:ascii="Sylfaen" w:hAnsi="Sylfaen"/>
          <w:sz w:val="24"/>
          <w:szCs w:val="24"/>
        </w:rPr>
        <w:t xml:space="preserve">:  </w:t>
      </w:r>
      <w:r w:rsidRPr="00C36A5B">
        <w:rPr>
          <w:rFonts w:ascii="Sylfaen" w:hAnsi="Sylfaen"/>
          <w:sz w:val="24"/>
          <w:szCs w:val="24"/>
        </w:rPr>
        <w:br/>
      </w:r>
      <w:r w:rsidR="005113AE" w:rsidRPr="00C36A5B">
        <w:rPr>
          <w:rFonts w:ascii="Sylfaen" w:hAnsi="Sylfaen"/>
          <w:sz w:val="24"/>
          <w:szCs w:val="24"/>
          <w:lang w:val="ka-GE"/>
        </w:rPr>
        <w:t xml:space="preserve">გამოქვეყნებულმა </w:t>
      </w:r>
      <w:proofErr w:type="spellStart"/>
      <w:r w:rsidRPr="00C36A5B">
        <w:rPr>
          <w:rFonts w:ascii="Sylfaen" w:hAnsi="Sylfaen"/>
          <w:sz w:val="24"/>
          <w:szCs w:val="24"/>
        </w:rPr>
        <w:t>კვლევებმა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აჩვენა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რომ</w:t>
      </w:r>
      <w:proofErr w:type="spellEnd"/>
      <w:r w:rsidRPr="00C36A5B">
        <w:rPr>
          <w:rFonts w:ascii="Sylfaen" w:hAnsi="Sylfaen"/>
          <w:sz w:val="24"/>
          <w:szCs w:val="24"/>
        </w:rPr>
        <w:t xml:space="preserve"> 3,5–16 </w:t>
      </w:r>
      <w:proofErr w:type="spellStart"/>
      <w:r w:rsidRPr="00C36A5B">
        <w:rPr>
          <w:rFonts w:ascii="Sylfaen" w:hAnsi="Sylfaen"/>
          <w:sz w:val="24"/>
          <w:szCs w:val="24"/>
        </w:rPr>
        <w:t>წლის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ასაკ</w:t>
      </w:r>
      <w:proofErr w:type="spellEnd"/>
      <w:r w:rsidR="005113AE" w:rsidRPr="00C36A5B">
        <w:rPr>
          <w:rFonts w:ascii="Sylfaen" w:hAnsi="Sylfaen"/>
          <w:sz w:val="24"/>
          <w:szCs w:val="24"/>
          <w:lang w:val="ka-GE"/>
        </w:rPr>
        <w:t>ის ბავშვებ</w:t>
      </w:r>
      <w:proofErr w:type="spellStart"/>
      <w:r w:rsidRPr="00C36A5B">
        <w:rPr>
          <w:rFonts w:ascii="Sylfaen" w:hAnsi="Sylfaen"/>
          <w:sz w:val="24"/>
          <w:szCs w:val="24"/>
        </w:rPr>
        <w:t>ში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პრეპარატის</w:t>
      </w:r>
      <w:proofErr w:type="spellEnd"/>
      <w:r w:rsidR="005113AE" w:rsidRPr="00C36A5B">
        <w:rPr>
          <w:rFonts w:ascii="Sylfaen" w:hAnsi="Sylfaen"/>
          <w:sz w:val="24"/>
          <w:szCs w:val="24"/>
          <w:lang w:val="ka-GE"/>
        </w:rPr>
        <w:t xml:space="preserve"> გამოყენება </w:t>
      </w:r>
      <w:proofErr w:type="spellStart"/>
      <w:r w:rsidR="005113AE" w:rsidRPr="00C36A5B">
        <w:rPr>
          <w:rFonts w:ascii="Sylfaen" w:hAnsi="Sylfaen"/>
          <w:sz w:val="24"/>
          <w:szCs w:val="24"/>
          <w:lang w:val="ka-GE"/>
        </w:rPr>
        <w:t>არტიკაინის</w:t>
      </w:r>
      <w:proofErr w:type="spellEnd"/>
      <w:r w:rsidR="005113AE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</w:rPr>
        <w:t xml:space="preserve">7 </w:t>
      </w:r>
      <w:proofErr w:type="spellStart"/>
      <w:r w:rsidRPr="00C36A5B">
        <w:rPr>
          <w:rFonts w:ascii="Sylfaen" w:hAnsi="Sylfaen"/>
          <w:sz w:val="24"/>
          <w:szCs w:val="24"/>
        </w:rPr>
        <w:t>მგ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დოზ</w:t>
      </w:r>
      <w:proofErr w:type="spellEnd"/>
      <w:r w:rsidR="005113AE" w:rsidRPr="00C36A5B">
        <w:rPr>
          <w:rFonts w:ascii="Sylfaen" w:hAnsi="Sylfaen"/>
          <w:sz w:val="24"/>
          <w:szCs w:val="24"/>
          <w:lang w:val="ka-GE"/>
        </w:rPr>
        <w:t xml:space="preserve">ით 1კგ სხეულის მასაზე  </w:t>
      </w:r>
      <w:proofErr w:type="spellStart"/>
      <w:r w:rsidRPr="00C36A5B">
        <w:rPr>
          <w:rFonts w:ascii="Sylfaen" w:hAnsi="Sylfaen"/>
          <w:sz w:val="24"/>
          <w:szCs w:val="24"/>
        </w:rPr>
        <w:t>უზრუნველყოფს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საკმარის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ადგილობრივ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ანესთე</w:t>
      </w:r>
      <w:r w:rsidR="00254F9F" w:rsidRPr="00C36A5B">
        <w:rPr>
          <w:rFonts w:ascii="Sylfaen" w:hAnsi="Sylfaen"/>
          <w:sz w:val="24"/>
          <w:szCs w:val="24"/>
          <w:lang w:val="ka-GE"/>
        </w:rPr>
        <w:t>ზი</w:t>
      </w:r>
      <w:r w:rsidR="005113AE" w:rsidRPr="00C36A5B">
        <w:rPr>
          <w:rFonts w:ascii="Sylfaen" w:hAnsi="Sylfaen"/>
          <w:sz w:val="24"/>
          <w:szCs w:val="24"/>
          <w:lang w:val="ka-GE"/>
        </w:rPr>
        <w:t>ურ</w:t>
      </w:r>
      <w:proofErr w:type="spellEnd"/>
      <w:r w:rsidR="005113AE" w:rsidRPr="00C36A5B">
        <w:rPr>
          <w:rFonts w:ascii="Sylfaen" w:hAnsi="Sylfaen"/>
          <w:sz w:val="24"/>
          <w:szCs w:val="24"/>
          <w:lang w:val="ka-GE"/>
        </w:rPr>
        <w:t xml:space="preserve"> მოქმედებას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ქვედა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ყბის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ინფილტრაციული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ან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ზედა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ყბის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გამტარ</w:t>
      </w:r>
      <w:proofErr w:type="spellEnd"/>
      <w:r w:rsidR="005113AE" w:rsidRPr="00C36A5B">
        <w:rPr>
          <w:rFonts w:ascii="Sylfaen" w:hAnsi="Sylfaen"/>
          <w:sz w:val="24"/>
          <w:szCs w:val="24"/>
          <w:lang w:val="ka-GE"/>
        </w:rPr>
        <w:t>ი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ანესთეზიის</w:t>
      </w:r>
      <w:proofErr w:type="spellEnd"/>
      <w:r w:rsidR="005113AE" w:rsidRPr="00C36A5B">
        <w:rPr>
          <w:rFonts w:ascii="Sylfaen" w:hAnsi="Sylfaen"/>
          <w:sz w:val="24"/>
          <w:szCs w:val="24"/>
          <w:lang w:val="ka-GE"/>
        </w:rPr>
        <w:t xml:space="preserve"> დროს</w:t>
      </w:r>
      <w:r w:rsidRPr="00C36A5B">
        <w:rPr>
          <w:rFonts w:ascii="Sylfaen" w:hAnsi="Sylfaen"/>
          <w:sz w:val="24"/>
          <w:szCs w:val="24"/>
        </w:rPr>
        <w:t xml:space="preserve">. </w:t>
      </w:r>
      <w:proofErr w:type="spellStart"/>
      <w:r w:rsidRPr="00C36A5B">
        <w:rPr>
          <w:rFonts w:ascii="Sylfaen" w:hAnsi="Sylfaen"/>
          <w:sz w:val="24"/>
          <w:szCs w:val="24"/>
        </w:rPr>
        <w:t>ანესთეზიის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ხანგრძლივობა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5113AE" w:rsidRPr="00C36A5B">
        <w:rPr>
          <w:rFonts w:ascii="Sylfaen" w:hAnsi="Sylfaen"/>
          <w:sz w:val="24"/>
          <w:szCs w:val="24"/>
          <w:lang w:val="ka-GE"/>
        </w:rPr>
        <w:t xml:space="preserve">იყო </w:t>
      </w:r>
      <w:proofErr w:type="spellStart"/>
      <w:r w:rsidR="005113AE" w:rsidRPr="00C36A5B">
        <w:rPr>
          <w:rFonts w:ascii="Sylfaen" w:hAnsi="Sylfaen"/>
          <w:sz w:val="24"/>
          <w:szCs w:val="24"/>
          <w:lang w:val="ka-GE"/>
        </w:rPr>
        <w:t>შედარებადი</w:t>
      </w:r>
      <w:proofErr w:type="spellEnd"/>
      <w:r w:rsidR="005113AE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ყველა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ასაკობრივ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ჯგუფში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დამოკიდებულია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5113AE" w:rsidRPr="00C36A5B">
        <w:rPr>
          <w:rFonts w:ascii="Sylfaen" w:hAnsi="Sylfaen"/>
          <w:sz w:val="24"/>
          <w:szCs w:val="24"/>
          <w:lang w:val="ka-GE"/>
        </w:rPr>
        <w:t>შესაყვანი პრეპარატის მოცულობა</w:t>
      </w:r>
      <w:proofErr w:type="spellStart"/>
      <w:r w:rsidRPr="00C36A5B">
        <w:rPr>
          <w:rFonts w:ascii="Sylfaen" w:hAnsi="Sylfaen"/>
          <w:sz w:val="24"/>
          <w:szCs w:val="24"/>
        </w:rPr>
        <w:t>ზე</w:t>
      </w:r>
      <w:proofErr w:type="spellEnd"/>
      <w:r w:rsidRPr="00C36A5B">
        <w:rPr>
          <w:rFonts w:ascii="Sylfaen" w:hAnsi="Sylfaen"/>
          <w:sz w:val="24"/>
          <w:szCs w:val="24"/>
        </w:rPr>
        <w:t>.</w:t>
      </w:r>
      <w:r w:rsidRPr="00C36A5B">
        <w:rPr>
          <w:rFonts w:ascii="Sylfaen" w:hAnsi="Sylfaen"/>
          <w:sz w:val="24"/>
          <w:szCs w:val="24"/>
        </w:rPr>
        <w:br/>
      </w:r>
      <w:proofErr w:type="spellStart"/>
      <w:proofErr w:type="gramStart"/>
      <w:r w:rsidRPr="00C36A5B">
        <w:rPr>
          <w:rFonts w:ascii="Sylfaen" w:hAnsi="Sylfaen"/>
          <w:i/>
          <w:sz w:val="24"/>
          <w:szCs w:val="24"/>
        </w:rPr>
        <w:t>ფარმაკოკინეტიკა</w:t>
      </w:r>
      <w:proofErr w:type="spellEnd"/>
      <w:r w:rsidR="005113AE" w:rsidRPr="00C36A5B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C36A5B">
        <w:rPr>
          <w:rFonts w:ascii="Sylfaen" w:hAnsi="Sylfaen"/>
          <w:sz w:val="24"/>
          <w:szCs w:val="24"/>
        </w:rPr>
        <w:t>:</w:t>
      </w:r>
      <w:proofErr w:type="gramEnd"/>
      <w:r w:rsidRPr="00C36A5B">
        <w:rPr>
          <w:rFonts w:ascii="Sylfaen" w:hAnsi="Sylfaen"/>
          <w:sz w:val="24"/>
          <w:szCs w:val="24"/>
        </w:rPr>
        <w:br/>
      </w:r>
      <w:proofErr w:type="spellStart"/>
      <w:r w:rsidRPr="00C36A5B">
        <w:rPr>
          <w:rFonts w:ascii="Sylfaen" w:hAnsi="Sylfaen"/>
          <w:i/>
          <w:sz w:val="24"/>
          <w:szCs w:val="24"/>
        </w:rPr>
        <w:t>შეწოვა</w:t>
      </w:r>
      <w:proofErr w:type="spellEnd"/>
      <w:r w:rsidRPr="00C36A5B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i/>
          <w:sz w:val="24"/>
          <w:szCs w:val="24"/>
        </w:rPr>
        <w:t>განაწილება</w:t>
      </w:r>
      <w:proofErr w:type="spellEnd"/>
      <w:r w:rsidRPr="00C36A5B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i/>
          <w:sz w:val="24"/>
          <w:szCs w:val="24"/>
        </w:rPr>
        <w:t>მეტაბოლიზმი</w:t>
      </w:r>
      <w:proofErr w:type="spellEnd"/>
      <w:r w:rsidR="005113AE" w:rsidRPr="00C36A5B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C36A5B">
        <w:rPr>
          <w:rFonts w:ascii="Sylfaen" w:hAnsi="Sylfaen"/>
          <w:i/>
          <w:sz w:val="24"/>
          <w:szCs w:val="24"/>
        </w:rPr>
        <w:t>: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არტიკაინის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5113AE" w:rsidRPr="00C36A5B">
        <w:rPr>
          <w:rFonts w:ascii="Sylfaen" w:hAnsi="Sylfaen"/>
          <w:sz w:val="24"/>
          <w:szCs w:val="24"/>
          <w:lang w:val="ka-GE"/>
        </w:rPr>
        <w:t xml:space="preserve">შეკავშირება სისხლის </w:t>
      </w:r>
      <w:proofErr w:type="spellStart"/>
      <w:r w:rsidRPr="00C36A5B">
        <w:rPr>
          <w:rFonts w:ascii="Sylfaen" w:hAnsi="Sylfaen"/>
          <w:sz w:val="24"/>
          <w:szCs w:val="24"/>
        </w:rPr>
        <w:t>პლაზმის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ცილებთან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5113AE" w:rsidRPr="00C36A5B">
        <w:rPr>
          <w:rFonts w:ascii="Sylfaen" w:hAnsi="Sylfaen"/>
          <w:sz w:val="24"/>
          <w:szCs w:val="24"/>
          <w:lang w:val="ka-GE"/>
        </w:rPr>
        <w:t>შეადგენს</w:t>
      </w:r>
      <w:r w:rsidR="00BD53FA" w:rsidRPr="00C36A5B">
        <w:rPr>
          <w:rFonts w:ascii="Sylfaen" w:hAnsi="Sylfaen"/>
          <w:sz w:val="24"/>
          <w:szCs w:val="24"/>
          <w:lang w:val="ka-GE"/>
        </w:rPr>
        <w:t xml:space="preserve"> დაახლოებით</w:t>
      </w:r>
      <w:r w:rsidR="005113AE"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="005113AE" w:rsidRPr="00C36A5B">
        <w:rPr>
          <w:rFonts w:ascii="Sylfaen" w:hAnsi="Sylfaen"/>
          <w:sz w:val="24"/>
          <w:szCs w:val="24"/>
        </w:rPr>
        <w:t>95%</w:t>
      </w:r>
      <w:r w:rsidRPr="00C36A5B">
        <w:rPr>
          <w:rFonts w:ascii="Sylfaen" w:hAnsi="Sylfaen"/>
          <w:sz w:val="24"/>
          <w:szCs w:val="24"/>
        </w:rPr>
        <w:t xml:space="preserve">. </w:t>
      </w:r>
    </w:p>
    <w:p w14:paraId="2D8FC20E" w14:textId="38BFCF65" w:rsidR="005303EB" w:rsidRPr="00C36A5B" w:rsidRDefault="003D2D7C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  <w:lang w:val="ka-GE"/>
        </w:rPr>
        <w:lastRenderedPageBreak/>
        <w:t>შეყვანის შემდეგ არტიკაინ</w:t>
      </w:r>
      <w:r w:rsidR="00CD5341" w:rsidRPr="00C36A5B">
        <w:rPr>
          <w:rFonts w:ascii="Sylfaen" w:hAnsi="Sylfaen"/>
          <w:sz w:val="24"/>
          <w:szCs w:val="24"/>
        </w:rPr>
        <w:t xml:space="preserve">ი </w:t>
      </w:r>
      <w:proofErr w:type="spellStart"/>
      <w:r w:rsidR="00CD5341" w:rsidRPr="00C36A5B">
        <w:rPr>
          <w:rFonts w:ascii="Sylfaen" w:hAnsi="Sylfaen"/>
          <w:sz w:val="24"/>
          <w:szCs w:val="24"/>
        </w:rPr>
        <w:t>სწრაფად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და პრაქტიკულად მთლიანად</w:t>
      </w:r>
      <w:r w:rsidR="00CD5341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D5341" w:rsidRPr="00C36A5B">
        <w:rPr>
          <w:rFonts w:ascii="Sylfaen" w:hAnsi="Sylfaen"/>
          <w:sz w:val="24"/>
          <w:szCs w:val="24"/>
        </w:rPr>
        <w:t>მეტაბოლიზდება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სისხლისა და ქსოვილების  </w:t>
      </w:r>
      <w:r w:rsidR="00254F9F" w:rsidRPr="00C36A5B">
        <w:rPr>
          <w:rFonts w:ascii="Sylfaen" w:hAnsi="Sylfaen"/>
          <w:sz w:val="24"/>
          <w:szCs w:val="24"/>
          <w:lang w:val="ka-GE"/>
        </w:rPr>
        <w:t>არა</w:t>
      </w:r>
      <w:r w:rsidRPr="00C36A5B">
        <w:rPr>
          <w:rFonts w:ascii="Sylfaen" w:hAnsi="Sylfaen"/>
          <w:sz w:val="24"/>
          <w:szCs w:val="24"/>
          <w:lang w:val="ka-GE"/>
        </w:rPr>
        <w:t xml:space="preserve">სპეციფიკური </w:t>
      </w:r>
      <w:proofErr w:type="spellStart"/>
      <w:r w:rsidR="00CD5341" w:rsidRPr="00C36A5B">
        <w:rPr>
          <w:rFonts w:ascii="Sylfaen" w:hAnsi="Sylfaen"/>
          <w:sz w:val="24"/>
          <w:szCs w:val="24"/>
        </w:rPr>
        <w:t>პლაზმ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ური</w:t>
      </w:r>
      <w:r w:rsidR="00CD5341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D5341" w:rsidRPr="00C36A5B">
        <w:rPr>
          <w:rFonts w:ascii="Sylfaen" w:hAnsi="Sylfaen"/>
          <w:sz w:val="24"/>
          <w:szCs w:val="24"/>
        </w:rPr>
        <w:t>ეს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თ</w:t>
      </w:r>
      <w:proofErr w:type="spellStart"/>
      <w:r w:rsidR="00CD5341" w:rsidRPr="00C36A5B">
        <w:rPr>
          <w:rFonts w:ascii="Sylfaen" w:hAnsi="Sylfaen"/>
          <w:sz w:val="24"/>
          <w:szCs w:val="24"/>
        </w:rPr>
        <w:t>ერაზებ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ის ჰიდროლიზის გზ</w:t>
      </w:r>
      <w:proofErr w:type="spellStart"/>
      <w:r w:rsidR="00CD5341" w:rsidRPr="00C36A5B">
        <w:rPr>
          <w:rFonts w:ascii="Sylfaen" w:hAnsi="Sylfaen"/>
          <w:sz w:val="24"/>
          <w:szCs w:val="24"/>
        </w:rPr>
        <w:t>ით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 (90%)</w:t>
      </w:r>
      <w:r w:rsidRPr="00C36A5B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არტიკაინის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="00CD5341" w:rsidRPr="00C36A5B">
        <w:rPr>
          <w:rFonts w:ascii="Sylfaen" w:hAnsi="Sylfaen"/>
          <w:sz w:val="24"/>
          <w:szCs w:val="24"/>
        </w:rPr>
        <w:t xml:space="preserve"> 10%-</w:t>
      </w:r>
      <w:proofErr w:type="spellStart"/>
      <w:r w:rsidR="00CD5341" w:rsidRPr="00C36A5B">
        <w:rPr>
          <w:rFonts w:ascii="Sylfaen" w:hAnsi="Sylfaen"/>
          <w:sz w:val="24"/>
          <w:szCs w:val="24"/>
        </w:rPr>
        <w:t>მდე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მეტაბოლიზდება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D5341" w:rsidRPr="00C36A5B">
        <w:rPr>
          <w:rFonts w:ascii="Sylfaen" w:hAnsi="Sylfaen"/>
          <w:sz w:val="24"/>
          <w:szCs w:val="24"/>
        </w:rPr>
        <w:t>ღვიძლში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. </w:t>
      </w:r>
      <w:r w:rsidRPr="00C36A5B">
        <w:rPr>
          <w:rFonts w:ascii="Sylfaen" w:hAnsi="Sylfaen"/>
          <w:sz w:val="24"/>
          <w:szCs w:val="24"/>
          <w:lang w:val="ka-GE"/>
        </w:rPr>
        <w:t xml:space="preserve">ამ დროს წარმოქმნილ 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არტიკაინის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CD5341" w:rsidRPr="00C36A5B">
        <w:rPr>
          <w:rFonts w:ascii="Sylfaen" w:hAnsi="Sylfaen"/>
          <w:sz w:val="24"/>
          <w:szCs w:val="24"/>
        </w:rPr>
        <w:t>მთავარ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D5341" w:rsidRPr="00C36A5B">
        <w:rPr>
          <w:rFonts w:ascii="Sylfaen" w:hAnsi="Sylfaen"/>
          <w:sz w:val="24"/>
          <w:szCs w:val="24"/>
        </w:rPr>
        <w:t>მეტაბოლიტ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ს</w:t>
      </w:r>
      <w:r w:rsidR="00CD5341" w:rsidRPr="00C36A5B">
        <w:rPr>
          <w:rFonts w:ascii="Sylfaen" w:hAnsi="Sylfaen"/>
          <w:sz w:val="24"/>
          <w:szCs w:val="24"/>
        </w:rPr>
        <w:t xml:space="preserve"> – </w:t>
      </w:r>
      <w:proofErr w:type="spellStart"/>
      <w:r w:rsidR="00CD5341" w:rsidRPr="00C36A5B">
        <w:rPr>
          <w:rFonts w:ascii="Sylfaen" w:hAnsi="Sylfaen"/>
          <w:sz w:val="24"/>
          <w:szCs w:val="24"/>
        </w:rPr>
        <w:t>არტიკაინის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D5341" w:rsidRPr="00C36A5B">
        <w:rPr>
          <w:rFonts w:ascii="Sylfaen" w:hAnsi="Sylfaen"/>
          <w:sz w:val="24"/>
          <w:szCs w:val="24"/>
        </w:rPr>
        <w:t>მჟავა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ს</w:t>
      </w:r>
      <w:r w:rsidR="00CD5341" w:rsidRPr="00C36A5B">
        <w:rPr>
          <w:rFonts w:ascii="Sylfaen" w:hAnsi="Sylfaen"/>
          <w:sz w:val="24"/>
          <w:szCs w:val="24"/>
        </w:rPr>
        <w:t xml:space="preserve">– </w:t>
      </w:r>
      <w:proofErr w:type="spellStart"/>
      <w:r w:rsidR="00CD5341" w:rsidRPr="00C36A5B">
        <w:rPr>
          <w:rFonts w:ascii="Sylfaen" w:hAnsi="Sylfaen"/>
          <w:sz w:val="24"/>
          <w:szCs w:val="24"/>
        </w:rPr>
        <w:t>არ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>გააჩნია</w:t>
      </w:r>
      <w:r w:rsidR="00CD5341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ადგილობრივი </w:t>
      </w:r>
      <w:proofErr w:type="spellStart"/>
      <w:r w:rsidR="00CD5341" w:rsidRPr="00C36A5B">
        <w:rPr>
          <w:rFonts w:ascii="Sylfaen" w:hAnsi="Sylfaen"/>
          <w:sz w:val="24"/>
          <w:szCs w:val="24"/>
        </w:rPr>
        <w:t>ანესთე</w:t>
      </w:r>
      <w:r w:rsidRPr="00C36A5B">
        <w:rPr>
          <w:rFonts w:ascii="Sylfaen" w:hAnsi="Sylfaen"/>
          <w:sz w:val="24"/>
          <w:szCs w:val="24"/>
          <w:lang w:val="ka-GE"/>
        </w:rPr>
        <w:t>ტიკური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აქტივობა </w:t>
      </w:r>
      <w:r w:rsidR="009B7C6A" w:rsidRPr="00C36A5B">
        <w:rPr>
          <w:rFonts w:ascii="Sylfaen" w:hAnsi="Sylfaen"/>
          <w:sz w:val="24"/>
          <w:szCs w:val="24"/>
          <w:lang w:val="ka-GE"/>
        </w:rPr>
        <w:t>და</w:t>
      </w:r>
      <w:r w:rsidR="00CD5341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სისტემური </w:t>
      </w:r>
      <w:proofErr w:type="spellStart"/>
      <w:r w:rsidR="00CD5341" w:rsidRPr="00C36A5B">
        <w:rPr>
          <w:rFonts w:ascii="Sylfaen" w:hAnsi="Sylfaen"/>
          <w:sz w:val="24"/>
          <w:szCs w:val="24"/>
        </w:rPr>
        <w:t>ტოქსიკურ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ობა</w:t>
      </w:r>
      <w:r w:rsidR="00CD5341" w:rsidRPr="00C36A5B">
        <w:rPr>
          <w:rFonts w:ascii="Sylfaen" w:hAnsi="Sylfaen"/>
          <w:sz w:val="24"/>
          <w:szCs w:val="24"/>
        </w:rPr>
        <w:t>, რ</w:t>
      </w:r>
      <w:r w:rsidRPr="00C36A5B">
        <w:rPr>
          <w:rFonts w:ascii="Sylfaen" w:hAnsi="Sylfaen"/>
          <w:sz w:val="24"/>
          <w:szCs w:val="24"/>
          <w:lang w:val="ka-GE"/>
        </w:rPr>
        <w:t xml:space="preserve">აც იძლევა შესაძლებლობას განვახორციელოთ </w:t>
      </w:r>
      <w:r w:rsidR="00CD5341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D5341" w:rsidRPr="00C36A5B">
        <w:rPr>
          <w:rFonts w:ascii="Sylfaen" w:hAnsi="Sylfaen"/>
          <w:sz w:val="24"/>
          <w:szCs w:val="24"/>
        </w:rPr>
        <w:t>პრეპარატის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5303EB" w:rsidRPr="00C36A5B">
        <w:rPr>
          <w:rFonts w:ascii="Sylfaen" w:hAnsi="Sylfaen"/>
          <w:sz w:val="24"/>
          <w:szCs w:val="24"/>
          <w:lang w:val="ka-GE"/>
        </w:rPr>
        <w:t>რამოდენიმე</w:t>
      </w:r>
      <w:proofErr w:type="spellEnd"/>
      <w:r w:rsidR="005303EB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CD5341" w:rsidRPr="00C36A5B">
        <w:rPr>
          <w:rFonts w:ascii="Sylfaen" w:hAnsi="Sylfaen"/>
          <w:sz w:val="24"/>
          <w:szCs w:val="24"/>
        </w:rPr>
        <w:t>განმეორებითი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 </w:t>
      </w:r>
      <w:r w:rsidR="005303EB" w:rsidRPr="00C36A5B">
        <w:rPr>
          <w:rFonts w:ascii="Sylfaen" w:hAnsi="Sylfaen"/>
          <w:sz w:val="24"/>
          <w:szCs w:val="24"/>
          <w:lang w:val="ka-GE"/>
        </w:rPr>
        <w:t>შეყვა</w:t>
      </w:r>
      <w:r w:rsidR="00CD5341" w:rsidRPr="00C36A5B">
        <w:rPr>
          <w:rFonts w:ascii="Sylfaen" w:hAnsi="Sylfaen"/>
          <w:sz w:val="24"/>
          <w:szCs w:val="24"/>
        </w:rPr>
        <w:t>ნ</w:t>
      </w:r>
      <w:r w:rsidR="005303EB" w:rsidRPr="00C36A5B">
        <w:rPr>
          <w:rFonts w:ascii="Sylfaen" w:hAnsi="Sylfaen"/>
          <w:sz w:val="24"/>
          <w:szCs w:val="24"/>
          <w:lang w:val="ka-GE"/>
        </w:rPr>
        <w:t>ა</w:t>
      </w:r>
      <w:r w:rsidR="00CD5341" w:rsidRPr="00C36A5B">
        <w:rPr>
          <w:rFonts w:ascii="Sylfaen" w:hAnsi="Sylfaen"/>
          <w:sz w:val="24"/>
          <w:szCs w:val="24"/>
        </w:rPr>
        <w:t>.</w:t>
      </w:r>
    </w:p>
    <w:p w14:paraId="028D73D2" w14:textId="1247DFB6" w:rsidR="007D0DDA" w:rsidRPr="00C36A5B" w:rsidRDefault="005303EB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ბავშვებში ზოგადი ზემოქმედება ინფილტრაციული ანესთეზიის დროს ვესტიბულარული მხრიდან შედარებადია ზემოქმედებასთან ზრდასრულებში, თუმცა სისხლის პლაზმაში არტიკაინის </w:t>
      </w:r>
      <w:r w:rsidR="009B7C6A" w:rsidRPr="00C36A5B">
        <w:rPr>
          <w:rFonts w:ascii="Sylfaen" w:hAnsi="Sylfaen"/>
          <w:sz w:val="24"/>
          <w:szCs w:val="24"/>
        </w:rPr>
        <w:t xml:space="preserve">Cmax </w:t>
      </w:r>
      <w:r w:rsidRPr="00C36A5B">
        <w:rPr>
          <w:rFonts w:ascii="Sylfaen" w:hAnsi="Sylfaen"/>
          <w:sz w:val="24"/>
          <w:szCs w:val="24"/>
          <w:lang w:val="ka-GE"/>
        </w:rPr>
        <w:t>მიიღწევა უფრო ადრე.</w:t>
      </w:r>
      <w:r w:rsidR="00CD5341" w:rsidRPr="00C36A5B">
        <w:rPr>
          <w:rFonts w:ascii="Sylfaen" w:hAnsi="Sylfaen"/>
          <w:sz w:val="24"/>
          <w:szCs w:val="24"/>
        </w:rPr>
        <w:br/>
      </w:r>
      <w:proofErr w:type="spellStart"/>
      <w:r w:rsidR="00CD5341" w:rsidRPr="00C36A5B">
        <w:rPr>
          <w:rFonts w:ascii="Sylfaen" w:hAnsi="Sylfaen"/>
          <w:i/>
          <w:sz w:val="24"/>
          <w:szCs w:val="24"/>
        </w:rPr>
        <w:t>გამოყოფა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: </w:t>
      </w:r>
      <w:r w:rsidRPr="00C36A5B">
        <w:rPr>
          <w:rFonts w:ascii="Sylfaen" w:hAnsi="Sylfaen"/>
          <w:sz w:val="24"/>
          <w:szCs w:val="24"/>
          <w:lang w:val="ka-GE"/>
        </w:rPr>
        <w:t xml:space="preserve">პირის ღრუში ლორწოვანის ქვეშ შეყვანისას </w:t>
      </w:r>
      <w:r w:rsidR="00CD5341" w:rsidRPr="00C36A5B">
        <w:rPr>
          <w:rFonts w:ascii="Sylfaen" w:hAnsi="Sylfaen"/>
          <w:sz w:val="24"/>
          <w:szCs w:val="24"/>
        </w:rPr>
        <w:t>T1/2</w:t>
      </w:r>
      <w:r w:rsidRPr="00C36A5B">
        <w:rPr>
          <w:rFonts w:ascii="Sylfaen" w:hAnsi="Sylfaen"/>
          <w:sz w:val="24"/>
          <w:szCs w:val="24"/>
          <w:lang w:val="ka-GE"/>
        </w:rPr>
        <w:t xml:space="preserve"> შეადგენს </w:t>
      </w:r>
      <w:proofErr w:type="spellStart"/>
      <w:r w:rsidR="00CD5341" w:rsidRPr="00C36A5B">
        <w:rPr>
          <w:rFonts w:ascii="Sylfaen" w:hAnsi="Sylfaen"/>
          <w:sz w:val="24"/>
          <w:szCs w:val="24"/>
        </w:rPr>
        <w:t>დაახლოებით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 25</w:t>
      </w:r>
      <w:r w:rsidR="007D0DDA" w:rsidRPr="00C36A5B">
        <w:rPr>
          <w:rFonts w:ascii="Sylfaen" w:hAnsi="Sylfaen"/>
          <w:sz w:val="24"/>
          <w:szCs w:val="24"/>
          <w:lang w:val="ka-GE"/>
        </w:rPr>
        <w:t>,3</w:t>
      </w:r>
      <w:r w:rsidRPr="00C36A5B">
        <w:rPr>
          <w:rFonts w:ascii="Sylfaen" w:hAnsi="Sylfaen"/>
          <w:sz w:val="24"/>
          <w:szCs w:val="24"/>
        </w:rPr>
        <w:t>±</w:t>
      </w:r>
      <w:r w:rsidR="007D0DDA" w:rsidRPr="00C36A5B">
        <w:rPr>
          <w:rFonts w:ascii="Sylfaen" w:hAnsi="Sylfaen"/>
          <w:sz w:val="24"/>
          <w:szCs w:val="24"/>
          <w:lang w:val="ka-GE"/>
        </w:rPr>
        <w:t xml:space="preserve"> 3,</w:t>
      </w:r>
      <w:proofErr w:type="gramStart"/>
      <w:r w:rsidR="007D0DDA" w:rsidRPr="00C36A5B">
        <w:rPr>
          <w:rFonts w:ascii="Sylfaen" w:hAnsi="Sylfaen"/>
          <w:sz w:val="24"/>
          <w:szCs w:val="24"/>
          <w:lang w:val="ka-GE"/>
        </w:rPr>
        <w:t xml:space="preserve">3 </w:t>
      </w:r>
      <w:r w:rsidR="00CD5341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D5341" w:rsidRPr="00C36A5B">
        <w:rPr>
          <w:rFonts w:ascii="Sylfaen" w:hAnsi="Sylfaen"/>
          <w:sz w:val="24"/>
          <w:szCs w:val="24"/>
        </w:rPr>
        <w:t>წუთ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ს</w:t>
      </w:r>
      <w:proofErr w:type="gramEnd"/>
      <w:r w:rsidR="00CD5341" w:rsidRPr="00C36A5B">
        <w:rPr>
          <w:rFonts w:ascii="Sylfaen" w:hAnsi="Sylfaen"/>
          <w:sz w:val="24"/>
          <w:szCs w:val="24"/>
        </w:rPr>
        <w:t xml:space="preserve">. </w:t>
      </w:r>
    </w:p>
    <w:p w14:paraId="5CC0EFA6" w14:textId="77777777" w:rsidR="007D0DDA" w:rsidRPr="00C36A5B" w:rsidRDefault="007D0DDA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  <w:lang w:val="ka-GE"/>
        </w:rPr>
        <w:t>არტიკაინი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CD5341" w:rsidRPr="00C36A5B">
        <w:rPr>
          <w:rFonts w:ascii="Sylfaen" w:hAnsi="Sylfaen"/>
          <w:sz w:val="24"/>
          <w:szCs w:val="24"/>
        </w:rPr>
        <w:t>გამოიყოფა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D5341" w:rsidRPr="00C36A5B">
        <w:rPr>
          <w:rFonts w:ascii="Sylfaen" w:hAnsi="Sylfaen"/>
          <w:sz w:val="24"/>
          <w:szCs w:val="24"/>
        </w:rPr>
        <w:t>თირკმ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ე</w:t>
      </w:r>
      <w:proofErr w:type="spellStart"/>
      <w:r w:rsidR="00CD5341" w:rsidRPr="00C36A5B">
        <w:rPr>
          <w:rFonts w:ascii="Sylfaen" w:hAnsi="Sylfaen"/>
          <w:sz w:val="24"/>
          <w:szCs w:val="24"/>
        </w:rPr>
        <w:t>ლებით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ძირითადად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D5341" w:rsidRPr="00C36A5B">
        <w:rPr>
          <w:rFonts w:ascii="Sylfaen" w:hAnsi="Sylfaen"/>
          <w:sz w:val="24"/>
          <w:szCs w:val="24"/>
        </w:rPr>
        <w:t>არტიკაინის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D5341" w:rsidRPr="00C36A5B">
        <w:rPr>
          <w:rFonts w:ascii="Sylfaen" w:hAnsi="Sylfaen"/>
          <w:sz w:val="24"/>
          <w:szCs w:val="24"/>
        </w:rPr>
        <w:t>მჟავ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ა</w:t>
      </w:r>
      <w:r w:rsidR="00CD5341" w:rsidRPr="00C36A5B">
        <w:rPr>
          <w:rFonts w:ascii="Sylfaen" w:hAnsi="Sylfaen"/>
          <w:sz w:val="24"/>
          <w:szCs w:val="24"/>
        </w:rPr>
        <w:t xml:space="preserve">ს </w:t>
      </w:r>
      <w:proofErr w:type="spellStart"/>
      <w:r w:rsidR="00CD5341" w:rsidRPr="00C36A5B">
        <w:rPr>
          <w:rFonts w:ascii="Sylfaen" w:hAnsi="Sylfaen"/>
          <w:sz w:val="24"/>
          <w:szCs w:val="24"/>
        </w:rPr>
        <w:t>სახით</w:t>
      </w:r>
      <w:proofErr w:type="spellEnd"/>
      <w:r w:rsidR="00CD5341" w:rsidRPr="00C36A5B">
        <w:rPr>
          <w:rFonts w:ascii="Sylfaen" w:hAnsi="Sylfaen"/>
          <w:sz w:val="24"/>
          <w:szCs w:val="24"/>
        </w:rPr>
        <w:t>.</w:t>
      </w:r>
      <w:r w:rsidR="00CD5341" w:rsidRPr="00C36A5B">
        <w:rPr>
          <w:rFonts w:ascii="Sylfaen" w:hAnsi="Sylfaen"/>
          <w:sz w:val="24"/>
          <w:szCs w:val="24"/>
        </w:rPr>
        <w:br/>
      </w:r>
      <w:r w:rsidR="005303EB" w:rsidRPr="00C36A5B">
        <w:rPr>
          <w:rFonts w:ascii="Sylfaen" w:hAnsi="Sylfaen"/>
          <w:b/>
          <w:sz w:val="24"/>
          <w:szCs w:val="24"/>
          <w:lang w:val="ka-GE"/>
        </w:rPr>
        <w:t xml:space="preserve">გამოყენების </w:t>
      </w:r>
      <w:proofErr w:type="spellStart"/>
      <w:r w:rsidR="00CD5341" w:rsidRPr="00C36A5B">
        <w:rPr>
          <w:rFonts w:ascii="Sylfaen" w:hAnsi="Sylfaen"/>
          <w:b/>
          <w:sz w:val="24"/>
          <w:szCs w:val="24"/>
        </w:rPr>
        <w:t>ჩვენებები</w:t>
      </w:r>
      <w:proofErr w:type="spellEnd"/>
      <w:r w:rsidR="00CD5341" w:rsidRPr="00C36A5B">
        <w:rPr>
          <w:rFonts w:ascii="Sylfaen" w:hAnsi="Sylfaen"/>
          <w:i/>
          <w:sz w:val="24"/>
          <w:szCs w:val="24"/>
        </w:rPr>
        <w:t>:</w:t>
      </w:r>
      <w:r w:rsidR="00CD5341" w:rsidRPr="00C36A5B">
        <w:rPr>
          <w:rFonts w:ascii="Sylfaen" w:hAnsi="Sylfaen"/>
          <w:sz w:val="24"/>
          <w:szCs w:val="24"/>
        </w:rPr>
        <w:br/>
      </w:r>
      <w:proofErr w:type="spellStart"/>
      <w:r w:rsidR="00CD5341" w:rsidRPr="00C36A5B">
        <w:rPr>
          <w:rFonts w:ascii="Sylfaen" w:hAnsi="Sylfaen"/>
          <w:b/>
          <w:sz w:val="24"/>
          <w:szCs w:val="24"/>
        </w:rPr>
        <w:t>არტიკაინ-ვეგა</w:t>
      </w:r>
      <w:proofErr w:type="spellEnd"/>
      <w:r w:rsidR="00CD5341" w:rsidRPr="00C36A5B">
        <w:rPr>
          <w:rFonts w:ascii="Sylfaen" w:hAnsi="Sylfaen"/>
          <w:b/>
          <w:sz w:val="24"/>
          <w:szCs w:val="24"/>
        </w:rPr>
        <w:t xml:space="preserve"> 40 </w:t>
      </w:r>
      <w:proofErr w:type="spellStart"/>
      <w:r w:rsidR="00CD5341" w:rsidRPr="00C36A5B">
        <w:rPr>
          <w:rFonts w:ascii="Sylfaen" w:hAnsi="Sylfaen"/>
          <w:b/>
          <w:sz w:val="24"/>
          <w:szCs w:val="24"/>
        </w:rPr>
        <w:t>მგ</w:t>
      </w:r>
      <w:proofErr w:type="spellEnd"/>
      <w:r w:rsidR="00CD5341" w:rsidRPr="00C36A5B">
        <w:rPr>
          <w:rFonts w:ascii="Sylfaen" w:hAnsi="Sylfaen"/>
          <w:b/>
          <w:sz w:val="24"/>
          <w:szCs w:val="24"/>
        </w:rPr>
        <w:t xml:space="preserve"> + </w:t>
      </w:r>
      <w:r w:rsidR="00CD5341" w:rsidRPr="00C36A5B">
        <w:rPr>
          <w:rFonts w:ascii="Sylfaen" w:hAnsi="Sylfaen"/>
          <w:b/>
          <w:i/>
          <w:sz w:val="24"/>
          <w:szCs w:val="24"/>
        </w:rPr>
        <w:t xml:space="preserve">0,005 </w:t>
      </w:r>
      <w:proofErr w:type="spellStart"/>
      <w:r w:rsidR="00CD5341" w:rsidRPr="00C36A5B">
        <w:rPr>
          <w:rFonts w:ascii="Sylfaen" w:hAnsi="Sylfaen"/>
          <w:b/>
          <w:i/>
          <w:sz w:val="24"/>
          <w:szCs w:val="24"/>
        </w:rPr>
        <w:t>მგ</w:t>
      </w:r>
      <w:proofErr w:type="spellEnd"/>
      <w:r w:rsidR="00CD5341" w:rsidRPr="00C36A5B">
        <w:rPr>
          <w:rFonts w:ascii="Sylfaen" w:hAnsi="Sylfaen"/>
          <w:b/>
          <w:i/>
          <w:sz w:val="24"/>
          <w:szCs w:val="24"/>
        </w:rPr>
        <w:t>/</w:t>
      </w:r>
      <w:proofErr w:type="spellStart"/>
      <w:r w:rsidR="00CD5341" w:rsidRPr="00C36A5B">
        <w:rPr>
          <w:rFonts w:ascii="Sylfaen" w:hAnsi="Sylfaen"/>
          <w:b/>
          <w:i/>
          <w:sz w:val="24"/>
          <w:szCs w:val="24"/>
        </w:rPr>
        <w:t>მლ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>: ნაჩვენებია</w:t>
      </w:r>
      <w:r w:rsidR="00CD5341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D5341" w:rsidRPr="00C36A5B">
        <w:rPr>
          <w:rFonts w:ascii="Sylfaen" w:hAnsi="Sylfaen"/>
          <w:sz w:val="24"/>
          <w:szCs w:val="24"/>
        </w:rPr>
        <w:t>ადგილობრივი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D5341" w:rsidRPr="00C36A5B">
        <w:rPr>
          <w:rFonts w:ascii="Sylfaen" w:hAnsi="Sylfaen"/>
          <w:sz w:val="24"/>
          <w:szCs w:val="24"/>
        </w:rPr>
        <w:t>ანესთეზი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ისთვის (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ინფილტრაციული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და გამტარი ანესთეზია)</w:t>
      </w:r>
      <w:r w:rsidR="00CD5341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D5341" w:rsidRPr="00C36A5B">
        <w:rPr>
          <w:rFonts w:ascii="Sylfaen" w:hAnsi="Sylfaen"/>
          <w:sz w:val="24"/>
          <w:szCs w:val="24"/>
        </w:rPr>
        <w:t>სტომატოლოგიაში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. </w:t>
      </w:r>
    </w:p>
    <w:p w14:paraId="7E0274D0" w14:textId="22656F36" w:rsidR="00290A19" w:rsidRPr="00C36A5B" w:rsidRDefault="00CD5341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proofErr w:type="spellStart"/>
      <w:r w:rsidRPr="00C36A5B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დაგეგმილი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ჩარევებისას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r w:rsidR="007D0DDA" w:rsidRPr="00C36A5B">
        <w:rPr>
          <w:rFonts w:ascii="Sylfaen" w:hAnsi="Sylfaen"/>
          <w:sz w:val="24"/>
          <w:szCs w:val="24"/>
          <w:lang w:val="ka-GE"/>
        </w:rPr>
        <w:t xml:space="preserve">ისეთების, </w:t>
      </w:r>
      <w:proofErr w:type="spellStart"/>
      <w:r w:rsidRPr="00C36A5B">
        <w:rPr>
          <w:rFonts w:ascii="Sylfaen" w:hAnsi="Sylfaen"/>
          <w:sz w:val="24"/>
          <w:szCs w:val="24"/>
        </w:rPr>
        <w:t>როგორიცაა</w:t>
      </w:r>
      <w:proofErr w:type="spellEnd"/>
      <w:r w:rsidRPr="00C36A5B">
        <w:rPr>
          <w:rFonts w:ascii="Sylfaen" w:hAnsi="Sylfaen"/>
          <w:sz w:val="24"/>
          <w:szCs w:val="24"/>
        </w:rPr>
        <w:t xml:space="preserve">: </w:t>
      </w:r>
      <w:proofErr w:type="spellStart"/>
      <w:r w:rsidRPr="00C36A5B">
        <w:rPr>
          <w:rFonts w:ascii="Sylfaen" w:hAnsi="Sylfaen"/>
          <w:sz w:val="24"/>
          <w:szCs w:val="24"/>
        </w:rPr>
        <w:t>ერთი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ან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რამ</w:t>
      </w:r>
      <w:proofErr w:type="spellEnd"/>
      <w:r w:rsidR="007D0DDA" w:rsidRPr="00C36A5B">
        <w:rPr>
          <w:rFonts w:ascii="Sylfaen" w:hAnsi="Sylfaen"/>
          <w:sz w:val="24"/>
          <w:szCs w:val="24"/>
          <w:lang w:val="ka-GE"/>
        </w:rPr>
        <w:t>ო</w:t>
      </w:r>
      <w:proofErr w:type="spellStart"/>
      <w:r w:rsidRPr="00C36A5B">
        <w:rPr>
          <w:rFonts w:ascii="Sylfaen" w:hAnsi="Sylfaen"/>
          <w:sz w:val="24"/>
          <w:szCs w:val="24"/>
        </w:rPr>
        <w:t>დენიმე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კბილის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7D0DDA" w:rsidRPr="00C36A5B">
        <w:rPr>
          <w:rFonts w:ascii="Sylfaen" w:hAnsi="Sylfaen"/>
          <w:sz w:val="24"/>
          <w:szCs w:val="24"/>
          <w:lang w:val="ka-GE"/>
        </w:rPr>
        <w:t xml:space="preserve"> ექსტრაქცია გართულების გარეშე, კარიოზული ღრუების დამუშავება, </w:t>
      </w:r>
      <w:proofErr w:type="spellStart"/>
      <w:r w:rsidRPr="00C36A5B">
        <w:rPr>
          <w:rFonts w:ascii="Sylfaen" w:hAnsi="Sylfaen"/>
          <w:sz w:val="24"/>
          <w:szCs w:val="24"/>
        </w:rPr>
        <w:t>კბილის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8515C1" w:rsidRPr="00C36A5B">
        <w:rPr>
          <w:rFonts w:ascii="Sylfaen" w:hAnsi="Sylfaen"/>
          <w:sz w:val="24"/>
          <w:szCs w:val="24"/>
          <w:lang w:val="ka-GE"/>
        </w:rPr>
        <w:t>გაქლიბვ</w:t>
      </w:r>
      <w:proofErr w:type="spellEnd"/>
      <w:r w:rsidRPr="00C36A5B">
        <w:rPr>
          <w:rFonts w:ascii="Sylfaen" w:hAnsi="Sylfaen"/>
          <w:sz w:val="24"/>
          <w:szCs w:val="24"/>
        </w:rPr>
        <w:t xml:space="preserve">ა </w:t>
      </w:r>
      <w:proofErr w:type="spellStart"/>
      <w:r w:rsidRPr="00C36A5B">
        <w:rPr>
          <w:rFonts w:ascii="Sylfaen" w:hAnsi="Sylfaen"/>
          <w:sz w:val="24"/>
          <w:szCs w:val="24"/>
        </w:rPr>
        <w:t>პროთეზირების</w:t>
      </w:r>
      <w:proofErr w:type="spellEnd"/>
      <w:r w:rsidR="008515C1" w:rsidRPr="00C36A5B">
        <w:rPr>
          <w:rFonts w:ascii="Sylfaen" w:hAnsi="Sylfaen"/>
          <w:sz w:val="24"/>
          <w:szCs w:val="24"/>
          <w:lang w:val="ka-GE"/>
        </w:rPr>
        <w:t xml:space="preserve"> წინ</w:t>
      </w:r>
      <w:r w:rsidRPr="00C36A5B">
        <w:rPr>
          <w:rFonts w:ascii="Sylfaen" w:hAnsi="Sylfaen"/>
          <w:sz w:val="24"/>
          <w:szCs w:val="24"/>
        </w:rPr>
        <w:t>.</w:t>
      </w:r>
      <w:r w:rsidRPr="00C36A5B">
        <w:rPr>
          <w:rFonts w:ascii="Sylfaen" w:hAnsi="Sylfaen"/>
          <w:sz w:val="24"/>
          <w:szCs w:val="24"/>
        </w:rPr>
        <w:br/>
      </w:r>
      <w:proofErr w:type="spellStart"/>
      <w:r w:rsidRPr="00C36A5B">
        <w:rPr>
          <w:rFonts w:ascii="Sylfaen" w:hAnsi="Sylfaen"/>
          <w:b/>
          <w:sz w:val="24"/>
          <w:szCs w:val="24"/>
        </w:rPr>
        <w:t>არტიკაინ-ვეგა</w:t>
      </w:r>
      <w:proofErr w:type="spellEnd"/>
      <w:r w:rsidRPr="00C36A5B">
        <w:rPr>
          <w:rFonts w:ascii="Sylfaen" w:hAnsi="Sylfaen"/>
          <w:b/>
          <w:sz w:val="24"/>
          <w:szCs w:val="24"/>
        </w:rPr>
        <w:t xml:space="preserve"> 40 </w:t>
      </w:r>
      <w:proofErr w:type="spellStart"/>
      <w:r w:rsidRPr="00C36A5B">
        <w:rPr>
          <w:rFonts w:ascii="Sylfaen" w:hAnsi="Sylfaen"/>
          <w:b/>
          <w:sz w:val="24"/>
          <w:szCs w:val="24"/>
        </w:rPr>
        <w:t>მგ</w:t>
      </w:r>
      <w:proofErr w:type="spellEnd"/>
      <w:r w:rsidRPr="00C36A5B">
        <w:rPr>
          <w:rFonts w:ascii="Sylfaen" w:hAnsi="Sylfaen"/>
          <w:b/>
          <w:sz w:val="24"/>
          <w:szCs w:val="24"/>
        </w:rPr>
        <w:t xml:space="preserve"> + </w:t>
      </w:r>
      <w:r w:rsidRPr="00C36A5B">
        <w:rPr>
          <w:rFonts w:ascii="Sylfaen" w:hAnsi="Sylfaen"/>
          <w:b/>
          <w:i/>
          <w:sz w:val="24"/>
          <w:szCs w:val="24"/>
        </w:rPr>
        <w:t xml:space="preserve">0,01 </w:t>
      </w:r>
      <w:proofErr w:type="spellStart"/>
      <w:r w:rsidRPr="00C36A5B">
        <w:rPr>
          <w:rFonts w:ascii="Sylfaen" w:hAnsi="Sylfaen"/>
          <w:b/>
          <w:i/>
          <w:sz w:val="24"/>
          <w:szCs w:val="24"/>
        </w:rPr>
        <w:t>მგ</w:t>
      </w:r>
      <w:proofErr w:type="spellEnd"/>
      <w:r w:rsidRPr="00C36A5B">
        <w:rPr>
          <w:rFonts w:ascii="Sylfaen" w:hAnsi="Sylfaen"/>
          <w:b/>
          <w:i/>
          <w:sz w:val="24"/>
          <w:szCs w:val="24"/>
        </w:rPr>
        <w:t>/</w:t>
      </w:r>
      <w:proofErr w:type="spellStart"/>
      <w:r w:rsidRPr="00C36A5B">
        <w:rPr>
          <w:rFonts w:ascii="Sylfaen" w:hAnsi="Sylfaen"/>
          <w:b/>
          <w:i/>
          <w:sz w:val="24"/>
          <w:szCs w:val="24"/>
        </w:rPr>
        <w:t>მლ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5C5277" w:rsidRPr="00C36A5B">
        <w:rPr>
          <w:rFonts w:ascii="Sylfaen" w:hAnsi="Sylfaen"/>
          <w:sz w:val="24"/>
          <w:szCs w:val="24"/>
          <w:lang w:val="ka-GE"/>
        </w:rPr>
        <w:t xml:space="preserve">: </w:t>
      </w:r>
      <w:r w:rsidRPr="00C36A5B">
        <w:rPr>
          <w:rFonts w:ascii="Sylfaen" w:hAnsi="Sylfaen"/>
          <w:sz w:val="24"/>
          <w:szCs w:val="24"/>
        </w:rPr>
        <w:t xml:space="preserve"> </w:t>
      </w:r>
      <w:r w:rsidR="005C5277" w:rsidRPr="00C36A5B">
        <w:rPr>
          <w:rFonts w:ascii="Sylfaen" w:hAnsi="Sylfaen"/>
          <w:sz w:val="24"/>
          <w:szCs w:val="24"/>
          <w:lang w:val="ka-GE"/>
        </w:rPr>
        <w:t>ნაჩვენები</w:t>
      </w:r>
      <w:r w:rsidRPr="00C36A5B">
        <w:rPr>
          <w:rFonts w:ascii="Sylfaen" w:hAnsi="Sylfaen"/>
          <w:sz w:val="24"/>
          <w:szCs w:val="24"/>
        </w:rPr>
        <w:t xml:space="preserve">ა </w:t>
      </w:r>
      <w:r w:rsidR="005C5277" w:rsidRPr="00C36A5B">
        <w:rPr>
          <w:rFonts w:ascii="Sylfaen" w:hAnsi="Sylfaen"/>
          <w:sz w:val="24"/>
          <w:szCs w:val="24"/>
          <w:lang w:val="ka-GE"/>
        </w:rPr>
        <w:t xml:space="preserve">ადგილობრივი </w:t>
      </w:r>
      <w:proofErr w:type="spellStart"/>
      <w:r w:rsidR="005C5277" w:rsidRPr="00C36A5B">
        <w:rPr>
          <w:rFonts w:ascii="Sylfaen" w:hAnsi="Sylfaen"/>
          <w:sz w:val="24"/>
          <w:szCs w:val="24"/>
          <w:lang w:val="ka-GE"/>
        </w:rPr>
        <w:t>ანესთეზიისთვის</w:t>
      </w:r>
      <w:proofErr w:type="spellEnd"/>
      <w:r w:rsidR="005C5277" w:rsidRPr="00C36A5B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="005C5277" w:rsidRPr="00C36A5B">
        <w:rPr>
          <w:rFonts w:ascii="Sylfaen" w:hAnsi="Sylfaen"/>
          <w:sz w:val="24"/>
          <w:szCs w:val="24"/>
          <w:lang w:val="ka-GE"/>
        </w:rPr>
        <w:t>ინფილტრაციული</w:t>
      </w:r>
      <w:proofErr w:type="spellEnd"/>
      <w:r w:rsidR="005C5277" w:rsidRPr="00C36A5B">
        <w:rPr>
          <w:rFonts w:ascii="Sylfaen" w:hAnsi="Sylfaen"/>
          <w:sz w:val="24"/>
          <w:szCs w:val="24"/>
          <w:lang w:val="ka-GE"/>
        </w:rPr>
        <w:t xml:space="preserve"> და გამტარი ანესთეზია) სტომატოლოგიაში ტრავმ</w:t>
      </w:r>
      <w:proofErr w:type="spellStart"/>
      <w:r w:rsidRPr="00C36A5B">
        <w:rPr>
          <w:rFonts w:ascii="Sylfaen" w:hAnsi="Sylfaen"/>
          <w:sz w:val="24"/>
          <w:szCs w:val="24"/>
        </w:rPr>
        <w:t>ული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ჩარევებისას</w:t>
      </w:r>
      <w:proofErr w:type="spellEnd"/>
      <w:r w:rsidR="005C5277" w:rsidRPr="00C36A5B">
        <w:rPr>
          <w:rFonts w:ascii="Sylfaen" w:hAnsi="Sylfaen"/>
          <w:sz w:val="24"/>
          <w:szCs w:val="24"/>
          <w:lang w:val="ka-GE"/>
        </w:rPr>
        <w:t xml:space="preserve"> და</w:t>
      </w:r>
      <w:r w:rsidRPr="00C36A5B">
        <w:rPr>
          <w:rFonts w:ascii="Sylfaen" w:hAnsi="Sylfaen"/>
          <w:sz w:val="24"/>
          <w:szCs w:val="24"/>
        </w:rPr>
        <w:t xml:space="preserve">  </w:t>
      </w:r>
      <w:proofErr w:type="spellStart"/>
      <w:r w:rsidRPr="00C36A5B">
        <w:rPr>
          <w:rFonts w:ascii="Sylfaen" w:hAnsi="Sylfaen"/>
          <w:sz w:val="24"/>
          <w:szCs w:val="24"/>
        </w:rPr>
        <w:t>გამოხატული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ჰემოსტაზი</w:t>
      </w:r>
      <w:proofErr w:type="spellEnd"/>
      <w:r w:rsidR="005C5277" w:rsidRPr="00C36A5B">
        <w:rPr>
          <w:rFonts w:ascii="Sylfaen" w:hAnsi="Sylfaen"/>
          <w:sz w:val="24"/>
          <w:szCs w:val="24"/>
          <w:lang w:val="ka-GE"/>
        </w:rPr>
        <w:t>ს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ან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ოპერაციული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ველის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5C5277" w:rsidRPr="00C36A5B">
        <w:rPr>
          <w:rFonts w:ascii="Sylfaen" w:hAnsi="Sylfaen"/>
          <w:sz w:val="24"/>
          <w:szCs w:val="24"/>
          <w:lang w:val="ka-GE"/>
        </w:rPr>
        <w:t>ვიზუალიზაციის გაუ</w:t>
      </w:r>
      <w:r w:rsidR="00CA2F56" w:rsidRPr="00C36A5B">
        <w:rPr>
          <w:rFonts w:ascii="Sylfaen" w:hAnsi="Sylfaen"/>
          <w:sz w:val="24"/>
          <w:szCs w:val="24"/>
          <w:lang w:val="ka-GE"/>
        </w:rPr>
        <w:t>მ</w:t>
      </w:r>
      <w:r w:rsidR="005C5277" w:rsidRPr="00C36A5B">
        <w:rPr>
          <w:rFonts w:ascii="Sylfaen" w:hAnsi="Sylfaen"/>
          <w:sz w:val="24"/>
          <w:szCs w:val="24"/>
          <w:lang w:val="ka-GE"/>
        </w:rPr>
        <w:t>ჯობესების აუცილებლობის შემთხვევაში</w:t>
      </w:r>
      <w:r w:rsidRPr="00C36A5B">
        <w:rPr>
          <w:rFonts w:ascii="Sylfaen" w:hAnsi="Sylfaen"/>
          <w:sz w:val="24"/>
          <w:szCs w:val="24"/>
        </w:rPr>
        <w:t xml:space="preserve">:  </w:t>
      </w:r>
      <w:r w:rsidRPr="00C36A5B">
        <w:rPr>
          <w:rFonts w:ascii="Sylfaen" w:hAnsi="Sylfaen"/>
          <w:sz w:val="24"/>
          <w:szCs w:val="24"/>
        </w:rPr>
        <w:br/>
        <w:t>-</w:t>
      </w:r>
      <w:r w:rsidR="005C5277" w:rsidRPr="00C36A5B">
        <w:rPr>
          <w:rFonts w:ascii="Sylfaen" w:hAnsi="Sylfaen"/>
          <w:sz w:val="24"/>
          <w:szCs w:val="24"/>
          <w:lang w:val="ka-GE"/>
        </w:rPr>
        <w:t>სტომატოლოგიური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ოპერაციები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ლორწოვან</w:t>
      </w:r>
      <w:proofErr w:type="spellEnd"/>
      <w:r w:rsidR="005C5277" w:rsidRPr="00C36A5B">
        <w:rPr>
          <w:rFonts w:ascii="Sylfaen" w:hAnsi="Sylfaen"/>
          <w:sz w:val="24"/>
          <w:szCs w:val="24"/>
          <w:lang w:val="ka-GE"/>
        </w:rPr>
        <w:t xml:space="preserve"> გარს</w:t>
      </w:r>
      <w:proofErr w:type="spellStart"/>
      <w:r w:rsidRPr="00C36A5B">
        <w:rPr>
          <w:rFonts w:ascii="Sylfaen" w:hAnsi="Sylfaen"/>
          <w:sz w:val="24"/>
          <w:szCs w:val="24"/>
        </w:rPr>
        <w:t>ზე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ან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ძვლებზე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სადაც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საჭიროა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5C5277" w:rsidRPr="00C36A5B">
        <w:rPr>
          <w:rFonts w:ascii="Sylfaen" w:hAnsi="Sylfaen"/>
          <w:sz w:val="24"/>
          <w:szCs w:val="24"/>
          <w:lang w:val="ka-GE"/>
        </w:rPr>
        <w:t xml:space="preserve">უფრო </w:t>
      </w:r>
      <w:proofErr w:type="spellStart"/>
      <w:r w:rsidRPr="00C36A5B">
        <w:rPr>
          <w:rFonts w:ascii="Sylfaen" w:hAnsi="Sylfaen"/>
          <w:sz w:val="24"/>
          <w:szCs w:val="24"/>
        </w:rPr>
        <w:t>გამოხატული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იშემი</w:t>
      </w:r>
      <w:proofErr w:type="spellEnd"/>
      <w:r w:rsidR="005C5277" w:rsidRPr="00C36A5B">
        <w:rPr>
          <w:rFonts w:ascii="Sylfaen" w:hAnsi="Sylfaen"/>
          <w:sz w:val="24"/>
          <w:szCs w:val="24"/>
          <w:lang w:val="ka-GE"/>
        </w:rPr>
        <w:t>ის პირობების შექმნა</w:t>
      </w:r>
      <w:r w:rsidRPr="00C36A5B">
        <w:rPr>
          <w:rFonts w:ascii="Sylfaen" w:hAnsi="Sylfaen"/>
          <w:sz w:val="24"/>
          <w:szCs w:val="24"/>
        </w:rPr>
        <w:t xml:space="preserve">;  </w:t>
      </w:r>
      <w:r w:rsidRPr="00C36A5B">
        <w:rPr>
          <w:rFonts w:ascii="Sylfaen" w:hAnsi="Sylfaen"/>
          <w:sz w:val="24"/>
          <w:szCs w:val="24"/>
        </w:rPr>
        <w:br/>
        <w:t xml:space="preserve">- </w:t>
      </w:r>
      <w:proofErr w:type="spellStart"/>
      <w:r w:rsidRPr="00C36A5B">
        <w:rPr>
          <w:rFonts w:ascii="Sylfaen" w:hAnsi="Sylfaen"/>
          <w:sz w:val="24"/>
          <w:szCs w:val="24"/>
        </w:rPr>
        <w:t>ოპერაციები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5C5277" w:rsidRPr="00C36A5B">
        <w:rPr>
          <w:rFonts w:ascii="Sylfaen" w:hAnsi="Sylfaen"/>
          <w:sz w:val="24"/>
          <w:szCs w:val="24"/>
          <w:lang w:val="ka-GE"/>
        </w:rPr>
        <w:t xml:space="preserve">კბილის </w:t>
      </w:r>
      <w:proofErr w:type="spellStart"/>
      <w:r w:rsidR="005C5277" w:rsidRPr="00C36A5B">
        <w:rPr>
          <w:rFonts w:ascii="Sylfaen" w:hAnsi="Sylfaen"/>
          <w:sz w:val="24"/>
          <w:szCs w:val="24"/>
        </w:rPr>
        <w:t>პულპ</w:t>
      </w:r>
      <w:proofErr w:type="spellEnd"/>
      <w:r w:rsidR="005C5277" w:rsidRPr="00C36A5B">
        <w:rPr>
          <w:rFonts w:ascii="Sylfaen" w:hAnsi="Sylfaen"/>
          <w:sz w:val="24"/>
          <w:szCs w:val="24"/>
          <w:lang w:val="ka-GE"/>
        </w:rPr>
        <w:t>აზე</w:t>
      </w:r>
      <w:r w:rsidR="005C5277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</w:rPr>
        <w:t>(</w:t>
      </w:r>
      <w:proofErr w:type="spellStart"/>
      <w:r w:rsidRPr="00C36A5B">
        <w:rPr>
          <w:rFonts w:ascii="Sylfaen" w:hAnsi="Sylfaen"/>
          <w:sz w:val="24"/>
          <w:szCs w:val="24"/>
        </w:rPr>
        <w:t>ამპუტაცია</w:t>
      </w:r>
      <w:proofErr w:type="spellEnd"/>
      <w:r w:rsidR="005C5277" w:rsidRPr="00C36A5B">
        <w:rPr>
          <w:rFonts w:ascii="Sylfaen" w:hAnsi="Sylfaen"/>
          <w:sz w:val="24"/>
          <w:szCs w:val="24"/>
          <w:lang w:val="ka-GE"/>
        </w:rPr>
        <w:t xml:space="preserve"> ან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ექსტირპაცია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);  </w:t>
      </w:r>
      <w:r w:rsidRPr="00C36A5B">
        <w:rPr>
          <w:rFonts w:ascii="Sylfaen" w:hAnsi="Sylfaen"/>
          <w:sz w:val="24"/>
          <w:szCs w:val="24"/>
        </w:rPr>
        <w:br/>
        <w:t xml:space="preserve">- </w:t>
      </w:r>
      <w:proofErr w:type="spellStart"/>
      <w:r w:rsidRPr="00C36A5B">
        <w:rPr>
          <w:rFonts w:ascii="Sylfaen" w:hAnsi="Sylfaen"/>
          <w:sz w:val="24"/>
          <w:szCs w:val="24"/>
        </w:rPr>
        <w:t>მოტეხილი</w:t>
      </w:r>
      <w:proofErr w:type="spellEnd"/>
      <w:r w:rsidR="005C5277" w:rsidRPr="00C36A5B">
        <w:rPr>
          <w:rFonts w:ascii="Sylfaen" w:hAnsi="Sylfaen"/>
          <w:sz w:val="24"/>
          <w:szCs w:val="24"/>
          <w:lang w:val="ka-GE"/>
        </w:rPr>
        <w:t xml:space="preserve"> კბილის ამოღება (ოსტეოტომია)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ან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აპიკალური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პაროდონტიტით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დაზიანებული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კბილის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ამოღება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;  </w:t>
      </w:r>
      <w:r w:rsidRPr="00C36A5B">
        <w:rPr>
          <w:rFonts w:ascii="Sylfaen" w:hAnsi="Sylfaen"/>
          <w:sz w:val="24"/>
          <w:szCs w:val="24"/>
        </w:rPr>
        <w:br/>
        <w:t xml:space="preserve">- </w:t>
      </w:r>
      <w:proofErr w:type="spellStart"/>
      <w:r w:rsidRPr="00C36A5B">
        <w:rPr>
          <w:rFonts w:ascii="Sylfaen" w:hAnsi="Sylfaen"/>
          <w:sz w:val="24"/>
          <w:szCs w:val="24"/>
        </w:rPr>
        <w:t>ხანგრძლივი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ქირურგიული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ჩარევები</w:t>
      </w:r>
      <w:proofErr w:type="spellEnd"/>
      <w:r w:rsidRPr="00C36A5B">
        <w:rPr>
          <w:rFonts w:ascii="Sylfaen" w:hAnsi="Sylfaen"/>
          <w:sz w:val="24"/>
          <w:szCs w:val="24"/>
        </w:rPr>
        <w:t xml:space="preserve">;  </w:t>
      </w:r>
      <w:r w:rsidRPr="00C36A5B">
        <w:rPr>
          <w:rFonts w:ascii="Sylfaen" w:hAnsi="Sylfaen"/>
          <w:sz w:val="24"/>
          <w:szCs w:val="24"/>
        </w:rPr>
        <w:br/>
        <w:t xml:space="preserve">- </w:t>
      </w:r>
      <w:proofErr w:type="spellStart"/>
      <w:r w:rsidRPr="00C36A5B">
        <w:rPr>
          <w:rFonts w:ascii="Sylfaen" w:hAnsi="Sylfaen"/>
          <w:sz w:val="24"/>
          <w:szCs w:val="24"/>
        </w:rPr>
        <w:t>ტრანსკუტანური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ოსტეოსინთეზი</w:t>
      </w:r>
      <w:proofErr w:type="spellEnd"/>
      <w:r w:rsidRPr="00C36A5B">
        <w:rPr>
          <w:rFonts w:ascii="Sylfaen" w:hAnsi="Sylfaen"/>
          <w:sz w:val="24"/>
          <w:szCs w:val="24"/>
        </w:rPr>
        <w:t xml:space="preserve">;  </w:t>
      </w:r>
      <w:r w:rsidRPr="00C36A5B">
        <w:rPr>
          <w:rFonts w:ascii="Sylfaen" w:hAnsi="Sylfaen"/>
          <w:sz w:val="24"/>
          <w:szCs w:val="24"/>
        </w:rPr>
        <w:br/>
        <w:t xml:space="preserve">- </w:t>
      </w:r>
      <w:proofErr w:type="spellStart"/>
      <w:r w:rsidRPr="00C36A5B">
        <w:rPr>
          <w:rFonts w:ascii="Sylfaen" w:hAnsi="Sylfaen"/>
          <w:sz w:val="24"/>
          <w:szCs w:val="24"/>
        </w:rPr>
        <w:t>კისტ</w:t>
      </w:r>
      <w:proofErr w:type="spellEnd"/>
      <w:r w:rsidR="005C5277" w:rsidRPr="00C36A5B">
        <w:rPr>
          <w:rFonts w:ascii="Sylfaen" w:hAnsi="Sylfaen"/>
          <w:sz w:val="24"/>
          <w:szCs w:val="24"/>
          <w:lang w:val="ka-GE"/>
        </w:rPr>
        <w:t>ებ</w:t>
      </w:r>
      <w:proofErr w:type="spellStart"/>
      <w:r w:rsidRPr="00C36A5B">
        <w:rPr>
          <w:rFonts w:ascii="Sylfaen" w:hAnsi="Sylfaen"/>
          <w:sz w:val="24"/>
          <w:szCs w:val="24"/>
        </w:rPr>
        <w:t>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ექსციზია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;  </w:t>
      </w:r>
      <w:r w:rsidRPr="00C36A5B">
        <w:rPr>
          <w:rFonts w:ascii="Sylfaen" w:hAnsi="Sylfaen"/>
          <w:sz w:val="24"/>
          <w:szCs w:val="24"/>
        </w:rPr>
        <w:br/>
        <w:t xml:space="preserve">- </w:t>
      </w:r>
      <w:proofErr w:type="spellStart"/>
      <w:r w:rsidR="005F6A00" w:rsidRPr="00C36A5B">
        <w:rPr>
          <w:rFonts w:ascii="Sylfaen" w:hAnsi="Sylfaen"/>
          <w:sz w:val="24"/>
          <w:szCs w:val="24"/>
        </w:rPr>
        <w:t>ჩარევები</w:t>
      </w:r>
      <w:proofErr w:type="spellEnd"/>
      <w:r w:rsidR="005F6A00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ღრძილის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ლორწოვან</w:t>
      </w:r>
      <w:proofErr w:type="spellEnd"/>
      <w:r w:rsidR="005F6A00" w:rsidRPr="00C36A5B">
        <w:rPr>
          <w:rFonts w:ascii="Sylfaen" w:hAnsi="Sylfaen"/>
          <w:sz w:val="24"/>
          <w:szCs w:val="24"/>
          <w:lang w:val="ka-GE"/>
        </w:rPr>
        <w:t xml:space="preserve"> გარს</w:t>
      </w:r>
      <w:proofErr w:type="spellStart"/>
      <w:r w:rsidRPr="00C36A5B">
        <w:rPr>
          <w:rFonts w:ascii="Sylfaen" w:hAnsi="Sylfaen"/>
          <w:sz w:val="24"/>
          <w:szCs w:val="24"/>
        </w:rPr>
        <w:t>ზე</w:t>
      </w:r>
      <w:proofErr w:type="spellEnd"/>
      <w:r w:rsidRPr="00C36A5B">
        <w:rPr>
          <w:rFonts w:ascii="Sylfaen" w:hAnsi="Sylfaen"/>
          <w:sz w:val="24"/>
          <w:szCs w:val="24"/>
        </w:rPr>
        <w:t xml:space="preserve">;  </w:t>
      </w:r>
      <w:r w:rsidRPr="00C36A5B">
        <w:rPr>
          <w:rFonts w:ascii="Sylfaen" w:hAnsi="Sylfaen"/>
          <w:sz w:val="24"/>
          <w:szCs w:val="24"/>
        </w:rPr>
        <w:br/>
        <w:t xml:space="preserve">- </w:t>
      </w:r>
      <w:proofErr w:type="spellStart"/>
      <w:r w:rsidRPr="00C36A5B">
        <w:rPr>
          <w:rFonts w:ascii="Sylfaen" w:hAnsi="Sylfaen"/>
          <w:sz w:val="24"/>
          <w:szCs w:val="24"/>
        </w:rPr>
        <w:t>კბილის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ფესვის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წვერის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რეზექცია</w:t>
      </w:r>
      <w:proofErr w:type="spellEnd"/>
      <w:r w:rsidRPr="00C36A5B">
        <w:rPr>
          <w:rFonts w:ascii="Sylfaen" w:hAnsi="Sylfaen"/>
          <w:sz w:val="24"/>
          <w:szCs w:val="24"/>
        </w:rPr>
        <w:t>.</w:t>
      </w:r>
      <w:r w:rsidRPr="00C36A5B">
        <w:rPr>
          <w:rFonts w:ascii="Sylfaen" w:hAnsi="Sylfaen"/>
          <w:sz w:val="24"/>
          <w:szCs w:val="24"/>
        </w:rPr>
        <w:br/>
      </w:r>
      <w:proofErr w:type="spellStart"/>
      <w:r w:rsidRPr="00C36A5B">
        <w:rPr>
          <w:rFonts w:ascii="Sylfaen" w:hAnsi="Sylfaen"/>
          <w:b/>
          <w:sz w:val="24"/>
          <w:szCs w:val="24"/>
        </w:rPr>
        <w:t>უკუჩვენებები</w:t>
      </w:r>
      <w:proofErr w:type="spellEnd"/>
      <w:r w:rsidRPr="00C36A5B">
        <w:rPr>
          <w:rFonts w:ascii="Sylfaen" w:hAnsi="Sylfaen"/>
          <w:sz w:val="24"/>
          <w:szCs w:val="24"/>
        </w:rPr>
        <w:t xml:space="preserve">:  </w:t>
      </w:r>
      <w:r w:rsidRPr="00C36A5B">
        <w:rPr>
          <w:rFonts w:ascii="Sylfaen" w:hAnsi="Sylfaen"/>
          <w:sz w:val="24"/>
          <w:szCs w:val="24"/>
        </w:rPr>
        <w:br/>
      </w:r>
      <w:r w:rsidR="005F6A00" w:rsidRPr="00C36A5B">
        <w:rPr>
          <w:rFonts w:ascii="Sylfaen" w:hAnsi="Sylfaen"/>
          <w:sz w:val="24"/>
          <w:szCs w:val="24"/>
          <w:lang w:val="ka-GE"/>
        </w:rPr>
        <w:t xml:space="preserve">მომატებული </w:t>
      </w:r>
      <w:proofErr w:type="spellStart"/>
      <w:r w:rsidR="005F6A00" w:rsidRPr="00C36A5B">
        <w:rPr>
          <w:rFonts w:ascii="Sylfaen" w:hAnsi="Sylfaen"/>
          <w:sz w:val="24"/>
          <w:szCs w:val="24"/>
          <w:lang w:val="ka-GE"/>
        </w:rPr>
        <w:t>მგრძნიბელობა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არტიკაინ</w:t>
      </w:r>
      <w:proofErr w:type="spellEnd"/>
      <w:r w:rsidR="005F6A00" w:rsidRPr="00C36A5B">
        <w:rPr>
          <w:rFonts w:ascii="Sylfaen" w:hAnsi="Sylfaen"/>
          <w:sz w:val="24"/>
          <w:szCs w:val="24"/>
          <w:lang w:val="ka-GE"/>
        </w:rPr>
        <w:t>ის</w:t>
      </w:r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ან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5F6A00" w:rsidRPr="00C36A5B">
        <w:rPr>
          <w:rFonts w:ascii="Sylfaen" w:hAnsi="Sylfaen"/>
          <w:sz w:val="24"/>
          <w:szCs w:val="24"/>
          <w:lang w:val="ka-GE"/>
        </w:rPr>
        <w:t xml:space="preserve">სხვა </w:t>
      </w:r>
      <w:proofErr w:type="spellStart"/>
      <w:r w:rsidR="005F6A00" w:rsidRPr="00C36A5B">
        <w:rPr>
          <w:rFonts w:ascii="Sylfaen" w:hAnsi="Sylfaen"/>
          <w:sz w:val="24"/>
          <w:szCs w:val="24"/>
          <w:lang w:val="ka-GE"/>
        </w:rPr>
        <w:t>ამიდური</w:t>
      </w:r>
      <w:proofErr w:type="spellEnd"/>
      <w:r w:rsidR="005F6A00" w:rsidRPr="00C36A5B">
        <w:rPr>
          <w:rFonts w:ascii="Sylfaen" w:hAnsi="Sylfaen"/>
          <w:sz w:val="24"/>
          <w:szCs w:val="24"/>
          <w:lang w:val="ka-GE"/>
        </w:rPr>
        <w:t xml:space="preserve"> ტიპის ადგილობრი</w:t>
      </w:r>
      <w:r w:rsidR="0050208C" w:rsidRPr="00C36A5B">
        <w:rPr>
          <w:rFonts w:ascii="Sylfaen" w:hAnsi="Sylfaen"/>
          <w:sz w:val="24"/>
          <w:szCs w:val="24"/>
          <w:lang w:val="ka-GE"/>
        </w:rPr>
        <w:t>ვი</w:t>
      </w:r>
      <w:r w:rsidR="005F6A00"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="0050208C" w:rsidRPr="00C36A5B">
        <w:rPr>
          <w:rFonts w:ascii="Sylfaen" w:hAnsi="Sylfaen"/>
          <w:sz w:val="24"/>
          <w:szCs w:val="24"/>
          <w:lang w:val="ka-GE"/>
        </w:rPr>
        <w:t>საანესთეზიო</w:t>
      </w:r>
      <w:r w:rsidR="005F6A00"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Pr="00C36A5B">
        <w:rPr>
          <w:rFonts w:ascii="Sylfaen" w:hAnsi="Sylfaen"/>
          <w:sz w:val="24"/>
          <w:szCs w:val="24"/>
        </w:rPr>
        <w:t xml:space="preserve"> </w:t>
      </w:r>
      <w:r w:rsidR="005F6A00" w:rsidRPr="00C36A5B">
        <w:rPr>
          <w:rFonts w:ascii="Sylfaen" w:hAnsi="Sylfaen"/>
          <w:sz w:val="24"/>
          <w:szCs w:val="24"/>
          <w:lang w:val="ka-GE"/>
        </w:rPr>
        <w:t xml:space="preserve">საშუალებების, </w:t>
      </w:r>
      <w:proofErr w:type="spellStart"/>
      <w:r w:rsidR="005F6A00" w:rsidRPr="00C36A5B">
        <w:rPr>
          <w:rFonts w:ascii="Sylfaen" w:hAnsi="Sylfaen"/>
          <w:sz w:val="24"/>
          <w:szCs w:val="24"/>
        </w:rPr>
        <w:t>ეპინეფრინ</w:t>
      </w:r>
      <w:proofErr w:type="spellEnd"/>
      <w:r w:rsidR="005F6A00" w:rsidRPr="00C36A5B">
        <w:rPr>
          <w:rFonts w:ascii="Sylfaen" w:hAnsi="Sylfaen"/>
          <w:sz w:val="24"/>
          <w:szCs w:val="24"/>
          <w:lang w:val="ka-GE"/>
        </w:rPr>
        <w:t>ის</w:t>
      </w:r>
      <w:r w:rsidR="005F6A00"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="005F6A00" w:rsidRPr="00C36A5B">
        <w:rPr>
          <w:rFonts w:ascii="Sylfaen" w:hAnsi="Sylfaen"/>
          <w:sz w:val="24"/>
          <w:szCs w:val="24"/>
        </w:rPr>
        <w:t>სულფიტებ</w:t>
      </w:r>
      <w:proofErr w:type="spellEnd"/>
      <w:r w:rsidR="005F6A00" w:rsidRPr="00C36A5B">
        <w:rPr>
          <w:rFonts w:ascii="Sylfaen" w:hAnsi="Sylfaen"/>
          <w:sz w:val="24"/>
          <w:szCs w:val="24"/>
          <w:lang w:val="ka-GE"/>
        </w:rPr>
        <w:t xml:space="preserve">ის მიმართ (კერძოდ, პაციენტებში, რომლებიც დაავადებულნი არიან ბრონქული ასთმით სულფიტების მიმართ მომატებული მგრძნობელობით, ვინაიდან </w:t>
      </w:r>
      <w:proofErr w:type="spellStart"/>
      <w:r w:rsidR="005F6A00" w:rsidRPr="00C36A5B">
        <w:rPr>
          <w:rFonts w:ascii="Sylfaen" w:hAnsi="Sylfaen"/>
          <w:sz w:val="24"/>
          <w:szCs w:val="24"/>
          <w:lang w:val="ka-GE"/>
        </w:rPr>
        <w:t>მოლოდნელია</w:t>
      </w:r>
      <w:proofErr w:type="spellEnd"/>
      <w:r w:rsidR="005F6A00" w:rsidRPr="00C36A5B">
        <w:rPr>
          <w:rFonts w:ascii="Sylfaen" w:hAnsi="Sylfaen"/>
          <w:sz w:val="24"/>
          <w:szCs w:val="24"/>
          <w:lang w:val="ka-GE"/>
        </w:rPr>
        <w:t xml:space="preserve"> მწვავე </w:t>
      </w:r>
      <w:proofErr w:type="spellStart"/>
      <w:r w:rsidR="005F6A00" w:rsidRPr="00C36A5B">
        <w:rPr>
          <w:rFonts w:ascii="Sylfaen" w:hAnsi="Sylfaen"/>
          <w:sz w:val="24"/>
          <w:szCs w:val="24"/>
          <w:lang w:val="ka-GE"/>
        </w:rPr>
        <w:t>ალრგიული</w:t>
      </w:r>
      <w:proofErr w:type="spellEnd"/>
      <w:r w:rsidR="005F6A00" w:rsidRPr="00C36A5B">
        <w:rPr>
          <w:rFonts w:ascii="Sylfaen" w:hAnsi="Sylfaen"/>
          <w:sz w:val="24"/>
          <w:szCs w:val="24"/>
          <w:lang w:val="ka-GE"/>
        </w:rPr>
        <w:t xml:space="preserve"> რეაქციების განვითარება </w:t>
      </w:r>
      <w:proofErr w:type="spellStart"/>
      <w:r w:rsidR="005F6A00" w:rsidRPr="00C36A5B">
        <w:rPr>
          <w:rFonts w:ascii="Sylfaen" w:hAnsi="Sylfaen"/>
          <w:sz w:val="24"/>
          <w:szCs w:val="24"/>
          <w:lang w:val="ka-GE"/>
        </w:rPr>
        <w:t>ანაფილაქსიური</w:t>
      </w:r>
      <w:proofErr w:type="spellEnd"/>
      <w:r w:rsidR="005F6A00" w:rsidRPr="00C36A5B">
        <w:rPr>
          <w:rFonts w:ascii="Sylfaen" w:hAnsi="Sylfaen"/>
          <w:sz w:val="24"/>
          <w:szCs w:val="24"/>
          <w:lang w:val="ka-GE"/>
        </w:rPr>
        <w:t xml:space="preserve"> შოკის ისეთი სიმპტომებით, როგორიცაა </w:t>
      </w:r>
      <w:proofErr w:type="spellStart"/>
      <w:r w:rsidR="005F6A00" w:rsidRPr="00C36A5B">
        <w:rPr>
          <w:rFonts w:ascii="Sylfaen" w:hAnsi="Sylfaen"/>
          <w:sz w:val="24"/>
          <w:szCs w:val="24"/>
          <w:lang w:val="ka-GE"/>
        </w:rPr>
        <w:t>ბრონქოსპაზმი</w:t>
      </w:r>
      <w:proofErr w:type="spellEnd"/>
      <w:r w:rsidR="00290A19" w:rsidRPr="00C36A5B">
        <w:rPr>
          <w:rFonts w:ascii="Sylfaen" w:hAnsi="Sylfaen"/>
          <w:sz w:val="24"/>
          <w:szCs w:val="24"/>
          <w:lang w:val="ka-GE"/>
        </w:rPr>
        <w:t>), ან პრეპარატი</w:t>
      </w:r>
      <w:r w:rsidR="0050208C" w:rsidRPr="00C36A5B">
        <w:rPr>
          <w:rFonts w:ascii="Sylfaen" w:hAnsi="Sylfaen"/>
          <w:sz w:val="24"/>
          <w:szCs w:val="24"/>
          <w:lang w:val="ka-GE"/>
        </w:rPr>
        <w:t>ს</w:t>
      </w:r>
      <w:r w:rsidR="00290A19" w:rsidRPr="00C36A5B">
        <w:rPr>
          <w:rFonts w:ascii="Sylfaen" w:hAnsi="Sylfaen"/>
          <w:sz w:val="24"/>
          <w:szCs w:val="24"/>
          <w:lang w:val="ka-GE"/>
        </w:rPr>
        <w:t xml:space="preserve"> სხვა  ნებისმიერი დამხმარე კომპონენტის მიმართ.</w:t>
      </w:r>
    </w:p>
    <w:p w14:paraId="49448D52" w14:textId="567B9B9A" w:rsidR="009D30EC" w:rsidRPr="00C36A5B" w:rsidRDefault="00290A19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36A5B">
        <w:rPr>
          <w:rFonts w:ascii="Sylfaen" w:hAnsi="Sylfaen"/>
          <w:b/>
          <w:i/>
          <w:sz w:val="24"/>
          <w:szCs w:val="24"/>
          <w:lang w:val="ka-GE"/>
        </w:rPr>
        <w:t>პრეპარატის შემადგენლობაში არტიკაინის არსებობასთან დაკავშირებ</w:t>
      </w:r>
      <w:r w:rsidR="009D30EC" w:rsidRPr="00C36A5B">
        <w:rPr>
          <w:rFonts w:ascii="Sylfaen" w:hAnsi="Sylfaen"/>
          <w:b/>
          <w:i/>
          <w:sz w:val="24"/>
          <w:szCs w:val="24"/>
          <w:lang w:val="ka-GE"/>
        </w:rPr>
        <w:t xml:space="preserve">ული უკუჩვენებები </w:t>
      </w:r>
      <w:r w:rsidRPr="00C36A5B">
        <w:rPr>
          <w:rFonts w:ascii="Sylfaen" w:hAnsi="Sylfaen"/>
          <w:sz w:val="24"/>
          <w:szCs w:val="24"/>
          <w:lang w:val="ka-GE"/>
        </w:rPr>
        <w:t xml:space="preserve"> :</w:t>
      </w:r>
      <w:r w:rsidR="00CD5341" w:rsidRPr="00C36A5B">
        <w:rPr>
          <w:rFonts w:ascii="Sylfaen" w:hAnsi="Sylfaen"/>
          <w:sz w:val="24"/>
          <w:szCs w:val="24"/>
        </w:rPr>
        <w:t xml:space="preserve">  </w:t>
      </w:r>
      <w:r w:rsidR="00CD5341" w:rsidRPr="00C36A5B">
        <w:rPr>
          <w:rFonts w:ascii="Sylfaen" w:hAnsi="Sylfaen"/>
          <w:sz w:val="24"/>
          <w:szCs w:val="24"/>
        </w:rPr>
        <w:br/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>- სინუსუ</w:t>
      </w:r>
      <w:r w:rsidR="0050208C" w:rsidRPr="00C36A5B">
        <w:rPr>
          <w:rFonts w:ascii="Sylfaen" w:hAnsi="Sylfaen"/>
          <w:sz w:val="24"/>
          <w:szCs w:val="24"/>
          <w:lang w:val="ka-GE"/>
        </w:rPr>
        <w:t>რ</w:t>
      </w:r>
      <w:r w:rsidRPr="00C36A5B">
        <w:rPr>
          <w:rFonts w:ascii="Sylfaen" w:hAnsi="Sylfaen"/>
          <w:sz w:val="24"/>
          <w:szCs w:val="24"/>
          <w:lang w:val="ka-GE"/>
        </w:rPr>
        <w:t xml:space="preserve">ი კვანძის ფუნქციის მძიმე დარღვევები ან გამტარობის მძიმე  დარღვევები </w:t>
      </w:r>
    </w:p>
    <w:p w14:paraId="18AC3244" w14:textId="65EE6013" w:rsidR="00290A19" w:rsidRPr="00C36A5B" w:rsidRDefault="00290A19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(მაგალითად, </w:t>
      </w:r>
      <w:r w:rsidR="00CD5341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გამოხატული </w:t>
      </w:r>
      <w:proofErr w:type="spellStart"/>
      <w:r w:rsidR="00CD5341" w:rsidRPr="00C36A5B">
        <w:rPr>
          <w:rFonts w:ascii="Sylfaen" w:hAnsi="Sylfaen"/>
          <w:sz w:val="24"/>
          <w:szCs w:val="24"/>
        </w:rPr>
        <w:t>ბრადიკარდია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, II–III </w:t>
      </w:r>
      <w:proofErr w:type="spellStart"/>
      <w:r w:rsidR="00CD5341" w:rsidRPr="00C36A5B">
        <w:rPr>
          <w:rFonts w:ascii="Sylfaen" w:hAnsi="Sylfaen"/>
          <w:sz w:val="24"/>
          <w:szCs w:val="24"/>
        </w:rPr>
        <w:t>ხარისხის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 AV </w:t>
      </w:r>
      <w:proofErr w:type="spellStart"/>
      <w:r w:rsidR="00CD5341" w:rsidRPr="00C36A5B">
        <w:rPr>
          <w:rFonts w:ascii="Sylfaen" w:hAnsi="Sylfaen"/>
          <w:sz w:val="24"/>
          <w:szCs w:val="24"/>
        </w:rPr>
        <w:t>ბლოკადა</w:t>
      </w:r>
      <w:proofErr w:type="spellEnd"/>
      <w:r w:rsidR="009D30EC" w:rsidRPr="00C36A5B">
        <w:rPr>
          <w:rFonts w:ascii="Sylfaen" w:hAnsi="Sylfaen"/>
          <w:sz w:val="24"/>
          <w:szCs w:val="24"/>
          <w:lang w:val="ka-GE"/>
        </w:rPr>
        <w:t>)</w:t>
      </w:r>
      <w:r w:rsidR="00CD5341" w:rsidRPr="00C36A5B">
        <w:rPr>
          <w:rFonts w:ascii="Sylfaen" w:hAnsi="Sylfaen"/>
          <w:sz w:val="24"/>
          <w:szCs w:val="24"/>
        </w:rPr>
        <w:t xml:space="preserve">;  </w:t>
      </w:r>
      <w:r w:rsidR="00CD5341" w:rsidRPr="00C36A5B">
        <w:rPr>
          <w:rFonts w:ascii="Sylfaen" w:hAnsi="Sylfaen"/>
          <w:sz w:val="24"/>
          <w:szCs w:val="24"/>
        </w:rPr>
        <w:br/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>- გულის მწვავე დეკომპენსირებული უკმარისობა;</w:t>
      </w:r>
    </w:p>
    <w:p w14:paraId="67A3E900" w14:textId="77777777" w:rsidR="0050208C" w:rsidRPr="00C36A5B" w:rsidRDefault="00CD5341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</w:rPr>
        <w:t xml:space="preserve"> </w:t>
      </w:r>
      <w:r w:rsidR="009D30EC" w:rsidRPr="00C36A5B">
        <w:rPr>
          <w:rFonts w:ascii="Sylfaen" w:hAnsi="Sylfaen"/>
          <w:sz w:val="24"/>
          <w:szCs w:val="24"/>
          <w:lang w:val="ka-GE"/>
        </w:rPr>
        <w:t>- არტერიული ჰიპოტენზიის მძიმე ფორმა;</w:t>
      </w:r>
      <w:r w:rsidRPr="00C36A5B">
        <w:rPr>
          <w:rFonts w:ascii="Sylfaen" w:hAnsi="Sylfaen"/>
          <w:sz w:val="24"/>
          <w:szCs w:val="24"/>
        </w:rPr>
        <w:t xml:space="preserve">  </w:t>
      </w:r>
    </w:p>
    <w:p w14:paraId="5B9C9A9B" w14:textId="711E8C0B" w:rsidR="009D30EC" w:rsidRPr="00C36A5B" w:rsidRDefault="0050208C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- </w:t>
      </w:r>
      <w:r w:rsidR="009D30EC" w:rsidRPr="00C36A5B">
        <w:rPr>
          <w:rFonts w:ascii="Sylfaen" w:hAnsi="Sylfaen"/>
          <w:sz w:val="24"/>
          <w:szCs w:val="24"/>
          <w:lang w:val="ka-GE"/>
        </w:rPr>
        <w:t xml:space="preserve">ბავშვთა </w:t>
      </w:r>
      <w:proofErr w:type="spellStart"/>
      <w:r w:rsidR="00CD5341" w:rsidRPr="00C36A5B">
        <w:rPr>
          <w:rFonts w:ascii="Sylfaen" w:hAnsi="Sylfaen"/>
          <w:sz w:val="24"/>
          <w:szCs w:val="24"/>
        </w:rPr>
        <w:t>ასაკი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 4 წ</w:t>
      </w:r>
      <w:r w:rsidR="009D30EC" w:rsidRPr="00C36A5B">
        <w:rPr>
          <w:rFonts w:ascii="Sylfaen" w:hAnsi="Sylfaen"/>
          <w:sz w:val="24"/>
          <w:szCs w:val="24"/>
          <w:lang w:val="ka-GE"/>
        </w:rPr>
        <w:t>ლამდე (საკმარისი კლინიკური გამოცდილების არარსებობა)</w:t>
      </w:r>
      <w:r w:rsidR="00CD5341" w:rsidRPr="00C36A5B">
        <w:rPr>
          <w:rFonts w:ascii="Sylfaen" w:hAnsi="Sylfaen"/>
          <w:sz w:val="24"/>
          <w:szCs w:val="24"/>
        </w:rPr>
        <w:t xml:space="preserve">;  </w:t>
      </w:r>
    </w:p>
    <w:p w14:paraId="5143372D" w14:textId="77777777" w:rsidR="009D30EC" w:rsidRPr="00C36A5B" w:rsidRDefault="009D30EC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b/>
          <w:sz w:val="24"/>
          <w:szCs w:val="24"/>
          <w:lang w:val="ka-GE"/>
        </w:rPr>
        <w:lastRenderedPageBreak/>
        <w:t xml:space="preserve">პრეპარატის შემადგენლობაში </w:t>
      </w:r>
      <w:proofErr w:type="spellStart"/>
      <w:r w:rsidRPr="00C36A5B">
        <w:rPr>
          <w:rFonts w:ascii="Sylfaen" w:hAnsi="Sylfaen"/>
          <w:b/>
          <w:sz w:val="24"/>
          <w:szCs w:val="24"/>
          <w:lang w:val="ka-GE"/>
        </w:rPr>
        <w:t>ეპინეფრინის</w:t>
      </w:r>
      <w:proofErr w:type="spellEnd"/>
      <w:r w:rsidRPr="00C36A5B">
        <w:rPr>
          <w:rFonts w:ascii="Sylfaen" w:hAnsi="Sylfaen"/>
          <w:b/>
          <w:sz w:val="24"/>
          <w:szCs w:val="24"/>
          <w:lang w:val="ka-GE"/>
        </w:rPr>
        <w:t xml:space="preserve"> შემცველობასთან დაკავშირებული უკუჩვენებები</w:t>
      </w:r>
      <w:r w:rsidR="00CD5341" w:rsidRPr="00C36A5B">
        <w:rPr>
          <w:rFonts w:ascii="Sylfaen" w:hAnsi="Sylfaen"/>
          <w:sz w:val="24"/>
          <w:szCs w:val="24"/>
        </w:rPr>
        <w:br/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="00CD5341" w:rsidRPr="00C36A5B">
        <w:rPr>
          <w:rFonts w:ascii="Sylfaen" w:hAnsi="Sylfaen"/>
          <w:sz w:val="24"/>
          <w:szCs w:val="24"/>
        </w:rPr>
        <w:t>დახურულკუთხ</w:t>
      </w:r>
      <w:r w:rsidRPr="00C36A5B">
        <w:rPr>
          <w:rFonts w:ascii="Sylfaen" w:hAnsi="Sylfaen"/>
          <w:sz w:val="24"/>
          <w:szCs w:val="24"/>
          <w:lang w:val="ka-GE"/>
        </w:rPr>
        <w:t>ოვანი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D5341" w:rsidRPr="00C36A5B">
        <w:rPr>
          <w:rFonts w:ascii="Sylfaen" w:hAnsi="Sylfaen"/>
          <w:sz w:val="24"/>
          <w:szCs w:val="24"/>
        </w:rPr>
        <w:t>გლაუკომა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;  </w:t>
      </w:r>
    </w:p>
    <w:p w14:paraId="75C2D207" w14:textId="77777777" w:rsidR="009D30EC" w:rsidRPr="00C36A5B" w:rsidRDefault="009D30EC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 - ფარისებრი ჯირკვლის ჰიპერფუნქცია; </w:t>
      </w:r>
    </w:p>
    <w:p w14:paraId="164209A7" w14:textId="77777777" w:rsidR="009D30EC" w:rsidRPr="00C36A5B" w:rsidRDefault="009D30EC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 - პაროქსიზმული ტაქიკარდია, ტაქიარითმია;</w:t>
      </w:r>
    </w:p>
    <w:p w14:paraId="43B5812C" w14:textId="3040CB87" w:rsidR="009D30EC" w:rsidRPr="00C36A5B" w:rsidRDefault="009D30EC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 - მიოკარდიუმის </w:t>
      </w:r>
      <w:proofErr w:type="spellStart"/>
      <w:r w:rsidRPr="00C36A5B">
        <w:rPr>
          <w:rFonts w:ascii="Sylfaen" w:hAnsi="Sylfaen"/>
          <w:sz w:val="24"/>
          <w:szCs w:val="24"/>
        </w:rPr>
        <w:t>ახლახან</w:t>
      </w:r>
      <w:proofErr w:type="spellEnd"/>
      <w:r w:rsidR="0050208C" w:rsidRPr="00C36A5B">
        <w:rPr>
          <w:rFonts w:ascii="Sylfaen" w:hAnsi="Sylfaen"/>
          <w:sz w:val="24"/>
          <w:szCs w:val="24"/>
          <w:lang w:val="ka-GE"/>
        </w:rPr>
        <w:t>ს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გადატანილი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ინფარქტი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(6 </w:t>
      </w:r>
      <w:proofErr w:type="spellStart"/>
      <w:r w:rsidRPr="00C36A5B">
        <w:rPr>
          <w:rFonts w:ascii="Sylfaen" w:hAnsi="Sylfaen"/>
          <w:sz w:val="24"/>
          <w:szCs w:val="24"/>
        </w:rPr>
        <w:t>თვემდე</w:t>
      </w:r>
      <w:proofErr w:type="spellEnd"/>
      <w:r w:rsidRPr="00C36A5B">
        <w:rPr>
          <w:rFonts w:ascii="Sylfaen" w:hAnsi="Sylfaen"/>
          <w:sz w:val="24"/>
          <w:szCs w:val="24"/>
        </w:rPr>
        <w:t>);</w:t>
      </w:r>
    </w:p>
    <w:p w14:paraId="0460EE5F" w14:textId="6B54D373" w:rsidR="009D30EC" w:rsidRPr="00C36A5B" w:rsidRDefault="009D30EC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 - ა</w:t>
      </w:r>
      <w:r w:rsidR="0050208C" w:rsidRPr="00C36A5B">
        <w:rPr>
          <w:rFonts w:ascii="Sylfaen" w:hAnsi="Sylfaen"/>
          <w:sz w:val="24"/>
          <w:szCs w:val="24"/>
          <w:lang w:val="ka-GE"/>
        </w:rPr>
        <w:t>ხ</w:t>
      </w:r>
      <w:r w:rsidRPr="00C36A5B">
        <w:rPr>
          <w:rFonts w:ascii="Sylfaen" w:hAnsi="Sylfaen"/>
          <w:sz w:val="24"/>
          <w:szCs w:val="24"/>
          <w:lang w:val="ka-GE"/>
        </w:rPr>
        <w:t>ლახან</w:t>
      </w:r>
      <w:r w:rsidR="0050208C" w:rsidRPr="00C36A5B">
        <w:rPr>
          <w:rFonts w:ascii="Sylfaen" w:hAnsi="Sylfaen"/>
          <w:sz w:val="24"/>
          <w:szCs w:val="24"/>
          <w:lang w:val="ka-GE"/>
        </w:rPr>
        <w:t>ს</w:t>
      </w:r>
      <w:r w:rsidRPr="00C36A5B">
        <w:rPr>
          <w:rFonts w:ascii="Sylfaen" w:hAnsi="Sylfaen"/>
          <w:sz w:val="24"/>
          <w:szCs w:val="24"/>
          <w:lang w:val="ka-GE"/>
        </w:rPr>
        <w:t xml:space="preserve"> გადატანილი აორტოკორონარული შუნტირება (3 თვემდე);</w:t>
      </w:r>
    </w:p>
    <w:p w14:paraId="5803C39A" w14:textId="4EA011AC" w:rsidR="00BE1264" w:rsidRPr="00C36A5B" w:rsidRDefault="009D30EC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 - 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არასელექტიური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ბეტა-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ადრენობლოკატორების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="00581745" w:rsidRPr="00C36A5B">
        <w:rPr>
          <w:rFonts w:ascii="Sylfaen" w:hAnsi="Sylfaen"/>
          <w:sz w:val="24"/>
          <w:szCs w:val="24"/>
          <w:lang w:val="ka-GE"/>
        </w:rPr>
        <w:t xml:space="preserve">მიღება, მაგალითად, </w:t>
      </w:r>
      <w:proofErr w:type="spellStart"/>
      <w:r w:rsidR="00581745" w:rsidRPr="00C36A5B">
        <w:rPr>
          <w:rFonts w:ascii="Sylfaen" w:hAnsi="Sylfaen"/>
          <w:sz w:val="24"/>
          <w:szCs w:val="24"/>
          <w:lang w:val="ka-GE"/>
        </w:rPr>
        <w:t>პროპრანოლოლის</w:t>
      </w:r>
      <w:proofErr w:type="spellEnd"/>
      <w:r w:rsidR="00581745" w:rsidRPr="00C36A5B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="00581745" w:rsidRPr="00C36A5B">
        <w:rPr>
          <w:rFonts w:ascii="Sylfaen" w:hAnsi="Sylfaen"/>
          <w:sz w:val="24"/>
          <w:szCs w:val="24"/>
          <w:lang w:val="ka-GE"/>
        </w:rPr>
        <w:t>ჰიპერტონული</w:t>
      </w:r>
      <w:proofErr w:type="spellEnd"/>
      <w:r w:rsidR="00581745" w:rsidRPr="00C36A5B">
        <w:rPr>
          <w:rFonts w:ascii="Sylfaen" w:hAnsi="Sylfaen"/>
          <w:sz w:val="24"/>
          <w:szCs w:val="24"/>
          <w:lang w:val="ka-GE"/>
        </w:rPr>
        <w:t xml:space="preserve"> კრიზისა და ბრადიკარდიის მძიმე ფორმის განვითარების რისკი)</w:t>
      </w:r>
      <w:r w:rsidRPr="00C36A5B">
        <w:rPr>
          <w:rFonts w:ascii="Sylfaen" w:hAnsi="Sylfaen"/>
          <w:sz w:val="24"/>
          <w:szCs w:val="24"/>
        </w:rPr>
        <w:t xml:space="preserve">  </w:t>
      </w:r>
      <w:r w:rsidR="00CD5341" w:rsidRPr="00C36A5B">
        <w:rPr>
          <w:rFonts w:ascii="Sylfaen" w:hAnsi="Sylfaen"/>
          <w:sz w:val="24"/>
          <w:szCs w:val="24"/>
        </w:rPr>
        <w:br/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="00CD5341" w:rsidRPr="00C36A5B">
        <w:rPr>
          <w:rFonts w:ascii="Sylfaen" w:hAnsi="Sylfaen"/>
          <w:sz w:val="24"/>
          <w:szCs w:val="24"/>
        </w:rPr>
        <w:t>ფეოქრომოციტომა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;  </w:t>
      </w:r>
      <w:r w:rsidR="00CD5341" w:rsidRPr="00C36A5B">
        <w:rPr>
          <w:rFonts w:ascii="Sylfaen" w:hAnsi="Sylfaen"/>
          <w:sz w:val="24"/>
          <w:szCs w:val="24"/>
        </w:rPr>
        <w:br/>
        <w:t xml:space="preserve">  - </w:t>
      </w:r>
      <w:proofErr w:type="spellStart"/>
      <w:r w:rsidR="00CD5341" w:rsidRPr="00C36A5B">
        <w:rPr>
          <w:rFonts w:ascii="Sylfaen" w:hAnsi="Sylfaen"/>
          <w:sz w:val="24"/>
          <w:szCs w:val="24"/>
        </w:rPr>
        <w:t>არტერიული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D5341" w:rsidRPr="00C36A5B">
        <w:rPr>
          <w:rFonts w:ascii="Sylfaen" w:hAnsi="Sylfaen"/>
          <w:sz w:val="24"/>
          <w:szCs w:val="24"/>
        </w:rPr>
        <w:t>ჰიპერტენზიის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D5341" w:rsidRPr="00C36A5B">
        <w:rPr>
          <w:rFonts w:ascii="Sylfaen" w:hAnsi="Sylfaen"/>
          <w:sz w:val="24"/>
          <w:szCs w:val="24"/>
        </w:rPr>
        <w:t>მძიმე</w:t>
      </w:r>
      <w:proofErr w:type="spellEnd"/>
      <w:r w:rsidR="00CD5341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D5341" w:rsidRPr="00C36A5B">
        <w:rPr>
          <w:rFonts w:ascii="Sylfaen" w:hAnsi="Sylfaen"/>
          <w:sz w:val="24"/>
          <w:szCs w:val="24"/>
        </w:rPr>
        <w:t>ფორმა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.</w:t>
      </w:r>
      <w:r w:rsidR="00CD5341" w:rsidRPr="00C36A5B">
        <w:rPr>
          <w:rFonts w:ascii="Sylfaen" w:hAnsi="Sylfaen"/>
          <w:sz w:val="24"/>
          <w:szCs w:val="24"/>
        </w:rPr>
        <w:t xml:space="preserve">  </w:t>
      </w:r>
      <w:r w:rsidR="00CD5341" w:rsidRPr="00C36A5B">
        <w:rPr>
          <w:rFonts w:ascii="Sylfaen" w:hAnsi="Sylfaen"/>
          <w:sz w:val="24"/>
          <w:szCs w:val="24"/>
        </w:rPr>
        <w:br/>
      </w:r>
      <w:r w:rsidR="00581745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სიფრთხილით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:  </w:t>
      </w:r>
    </w:p>
    <w:p w14:paraId="13A76EAB" w14:textId="2105EF97" w:rsidR="00BE1264" w:rsidRPr="00C36A5B" w:rsidRDefault="00581745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პრეპარატი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i/>
          <w:sz w:val="24"/>
          <w:szCs w:val="24"/>
        </w:rPr>
        <w:t>სიფრთხილით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 </w:t>
      </w:r>
      <w:proofErr w:type="spellStart"/>
      <w:r w:rsidR="00BE1264" w:rsidRPr="00C36A5B">
        <w:rPr>
          <w:rFonts w:ascii="Sylfaen" w:hAnsi="Sylfaen"/>
          <w:sz w:val="24"/>
          <w:szCs w:val="24"/>
        </w:rPr>
        <w:t>ინიშნება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პაციენტებში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  </w:t>
      </w:r>
      <w:proofErr w:type="spellStart"/>
      <w:r w:rsidR="00BE1264" w:rsidRPr="00C36A5B">
        <w:rPr>
          <w:rFonts w:ascii="Sylfaen" w:hAnsi="Sylfaen"/>
          <w:sz w:val="24"/>
          <w:szCs w:val="24"/>
        </w:rPr>
        <w:t>ქრონიკული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გულის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უკმარისობ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ით</w:t>
      </w:r>
      <w:r w:rsidR="00BE1264"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გულის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იშემიური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დაავადებ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ით (გიდ)</w:t>
      </w:r>
      <w:r w:rsidR="00BE1264"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="00BE1264" w:rsidRPr="00C36A5B">
        <w:rPr>
          <w:rFonts w:ascii="Sylfaen" w:hAnsi="Sylfaen"/>
          <w:sz w:val="24"/>
          <w:szCs w:val="24"/>
        </w:rPr>
        <w:t>სტენოკარდი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ით</w:t>
      </w:r>
      <w:r w:rsidR="00BE1264" w:rsidRPr="00C36A5B">
        <w:rPr>
          <w:rFonts w:ascii="Sylfaen" w:hAnsi="Sylfaen"/>
          <w:sz w:val="24"/>
          <w:szCs w:val="24"/>
        </w:rPr>
        <w:t>, ა</w:t>
      </w:r>
      <w:r w:rsidR="0050208C" w:rsidRPr="00C36A5B">
        <w:rPr>
          <w:rFonts w:ascii="Sylfaen" w:hAnsi="Sylfaen"/>
          <w:sz w:val="24"/>
          <w:szCs w:val="24"/>
          <w:lang w:val="ka-GE"/>
        </w:rPr>
        <w:t>თ</w:t>
      </w:r>
      <w:proofErr w:type="spellStart"/>
      <w:r w:rsidR="00BE1264" w:rsidRPr="00C36A5B">
        <w:rPr>
          <w:rFonts w:ascii="Sylfaen" w:hAnsi="Sylfaen"/>
          <w:sz w:val="24"/>
          <w:szCs w:val="24"/>
        </w:rPr>
        <w:t>ეროსკლეროზი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თ</w:t>
      </w:r>
      <w:r w:rsidR="0050208C" w:rsidRPr="00C36A5B">
        <w:rPr>
          <w:rFonts w:ascii="Sylfaen" w:hAnsi="Sylfaen"/>
          <w:sz w:val="24"/>
          <w:szCs w:val="24"/>
          <w:lang w:val="ka-GE"/>
        </w:rPr>
        <w:t>,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მიოკარდიუმის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ინფარქტი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თ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ანა</w:t>
      </w:r>
      <w:r w:rsidRPr="00C36A5B">
        <w:rPr>
          <w:rFonts w:ascii="Sylfaen" w:hAnsi="Sylfaen"/>
          <w:sz w:val="24"/>
          <w:szCs w:val="24"/>
          <w:lang w:val="ka-GE"/>
        </w:rPr>
        <w:t>მნეზშ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ი, </w:t>
      </w:r>
      <w:r w:rsidRPr="00C36A5B">
        <w:rPr>
          <w:rFonts w:ascii="Sylfaen" w:hAnsi="Sylfaen"/>
          <w:sz w:val="24"/>
          <w:szCs w:val="24"/>
          <w:lang w:val="ka-GE"/>
        </w:rPr>
        <w:t xml:space="preserve">გულის </w:t>
      </w:r>
      <w:proofErr w:type="spellStart"/>
      <w:r w:rsidR="00BE1264" w:rsidRPr="00C36A5B">
        <w:rPr>
          <w:rFonts w:ascii="Sylfaen" w:hAnsi="Sylfaen"/>
          <w:sz w:val="24"/>
          <w:szCs w:val="24"/>
        </w:rPr>
        <w:t>რითმის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დარღვევები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თ</w:t>
      </w:r>
      <w:r w:rsidR="00BE1264"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="00BE1264" w:rsidRPr="00C36A5B">
        <w:rPr>
          <w:rFonts w:ascii="Sylfaen" w:hAnsi="Sylfaen"/>
          <w:sz w:val="24"/>
          <w:szCs w:val="24"/>
        </w:rPr>
        <w:t>არტერიული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ჰიპერტენზი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ით</w:t>
      </w:r>
      <w:r w:rsidR="00BE1264" w:rsidRPr="00C36A5B">
        <w:rPr>
          <w:rFonts w:ascii="Sylfaen" w:hAnsi="Sylfaen"/>
          <w:sz w:val="24"/>
          <w:szCs w:val="24"/>
        </w:rPr>
        <w:t xml:space="preserve">;  </w:t>
      </w:r>
      <w:r w:rsidRPr="00C36A5B">
        <w:rPr>
          <w:rFonts w:ascii="Sylfaen" w:hAnsi="Sylfaen"/>
          <w:sz w:val="24"/>
          <w:szCs w:val="24"/>
          <w:lang w:val="ka-GE"/>
        </w:rPr>
        <w:t xml:space="preserve">პაციენტებში </w:t>
      </w:r>
      <w:proofErr w:type="spellStart"/>
      <w:r w:rsidR="00BE1264" w:rsidRPr="00C36A5B">
        <w:rPr>
          <w:rFonts w:ascii="Sylfaen" w:hAnsi="Sylfaen"/>
          <w:sz w:val="24"/>
          <w:szCs w:val="24"/>
        </w:rPr>
        <w:t>ცერებროვასკულური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დარღვევები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თ, </w:t>
      </w:r>
      <w:proofErr w:type="spellStart"/>
      <w:r w:rsidR="00BE1264" w:rsidRPr="00C36A5B">
        <w:rPr>
          <w:rFonts w:ascii="Sylfaen" w:hAnsi="Sylfaen"/>
          <w:sz w:val="24"/>
          <w:szCs w:val="24"/>
        </w:rPr>
        <w:t>ინსულტი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თ ანამნეზში</w:t>
      </w:r>
      <w:r w:rsidR="00BE1264" w:rsidRPr="00C36A5B">
        <w:rPr>
          <w:rFonts w:ascii="Sylfaen" w:hAnsi="Sylfaen"/>
          <w:sz w:val="24"/>
          <w:szCs w:val="24"/>
        </w:rPr>
        <w:t>;</w:t>
      </w:r>
      <w:r w:rsidRPr="00C36A5B">
        <w:rPr>
          <w:rFonts w:ascii="Sylfaen" w:hAnsi="Sylfaen"/>
          <w:sz w:val="24"/>
          <w:szCs w:val="24"/>
          <w:lang w:val="ka-GE"/>
        </w:rPr>
        <w:t xml:space="preserve"> პაციენტებში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ქრონიკული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ბრონქიტი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თ</w:t>
      </w:r>
      <w:r w:rsidR="00BE1264"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="00BE1264" w:rsidRPr="00C36A5B">
        <w:rPr>
          <w:rFonts w:ascii="Sylfaen" w:hAnsi="Sylfaen"/>
          <w:sz w:val="24"/>
          <w:szCs w:val="24"/>
        </w:rPr>
        <w:t>ფილტვების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ემფიზემ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ით;</w:t>
      </w:r>
      <w:r w:rsidR="00BE1264" w:rsidRPr="00C36A5B">
        <w:rPr>
          <w:rFonts w:ascii="Sylfaen" w:hAnsi="Sylfaen"/>
          <w:sz w:val="24"/>
          <w:szCs w:val="24"/>
        </w:rPr>
        <w:t xml:space="preserve">  </w:t>
      </w:r>
      <w:r w:rsidRPr="00C36A5B">
        <w:rPr>
          <w:rFonts w:ascii="Sylfaen" w:hAnsi="Sylfaen"/>
          <w:sz w:val="24"/>
          <w:szCs w:val="24"/>
          <w:lang w:val="ka-GE"/>
        </w:rPr>
        <w:t xml:space="preserve">პაციენტებში </w:t>
      </w:r>
      <w:proofErr w:type="spellStart"/>
      <w:r w:rsidR="00BE1264" w:rsidRPr="00C36A5B">
        <w:rPr>
          <w:rFonts w:ascii="Sylfaen" w:hAnsi="Sylfaen"/>
          <w:sz w:val="24"/>
          <w:szCs w:val="24"/>
        </w:rPr>
        <w:t>შაქრიანი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დიაბეტი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თ</w:t>
      </w:r>
      <w:r w:rsidR="00BE1264" w:rsidRPr="00C36A5B">
        <w:rPr>
          <w:rFonts w:ascii="Sylfaen" w:hAnsi="Sylfaen"/>
          <w:sz w:val="24"/>
          <w:szCs w:val="24"/>
        </w:rPr>
        <w:t xml:space="preserve"> (</w:t>
      </w:r>
      <w:r w:rsidRPr="00C36A5B">
        <w:rPr>
          <w:rFonts w:ascii="Sylfaen" w:hAnsi="Sylfaen"/>
          <w:sz w:val="24"/>
          <w:szCs w:val="24"/>
          <w:lang w:val="ka-GE"/>
        </w:rPr>
        <w:t xml:space="preserve">სისხლში </w:t>
      </w:r>
      <w:proofErr w:type="spellStart"/>
      <w:r w:rsidR="00BE1264" w:rsidRPr="00C36A5B">
        <w:rPr>
          <w:rFonts w:ascii="Sylfaen" w:hAnsi="Sylfaen"/>
          <w:sz w:val="24"/>
          <w:szCs w:val="24"/>
        </w:rPr>
        <w:t>გლუკოზის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კონცენტრაცი</w:t>
      </w:r>
      <w:r w:rsidR="00BE1264" w:rsidRPr="00C36A5B">
        <w:rPr>
          <w:rFonts w:ascii="Sylfaen" w:hAnsi="Sylfaen"/>
          <w:sz w:val="24"/>
          <w:szCs w:val="24"/>
        </w:rPr>
        <w:t>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ცვლილების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="00895BCB" w:rsidRPr="00C36A5B">
        <w:rPr>
          <w:rFonts w:ascii="Sylfaen" w:hAnsi="Sylfaen"/>
          <w:sz w:val="24"/>
          <w:szCs w:val="24"/>
          <w:lang w:val="ka-GE"/>
        </w:rPr>
        <w:t xml:space="preserve">პოტენციური </w:t>
      </w:r>
      <w:proofErr w:type="spellStart"/>
      <w:r w:rsidR="00BE1264" w:rsidRPr="00C36A5B">
        <w:rPr>
          <w:rFonts w:ascii="Sylfaen" w:hAnsi="Sylfaen"/>
          <w:sz w:val="24"/>
          <w:szCs w:val="24"/>
        </w:rPr>
        <w:t>რისკი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);  </w:t>
      </w:r>
      <w:r w:rsidR="00895BCB" w:rsidRPr="00C36A5B">
        <w:rPr>
          <w:rFonts w:ascii="Sylfaen" w:hAnsi="Sylfaen"/>
          <w:sz w:val="24"/>
          <w:szCs w:val="24"/>
          <w:lang w:val="ka-GE"/>
        </w:rPr>
        <w:t xml:space="preserve">პაციენტებში </w:t>
      </w:r>
      <w:proofErr w:type="spellStart"/>
      <w:r w:rsidR="00BE1264" w:rsidRPr="00C36A5B">
        <w:rPr>
          <w:rFonts w:ascii="Sylfaen" w:hAnsi="Sylfaen"/>
          <w:sz w:val="24"/>
          <w:szCs w:val="24"/>
        </w:rPr>
        <w:t>ქოლინესთერაზის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="00895BCB" w:rsidRPr="00C36A5B">
        <w:rPr>
          <w:rFonts w:ascii="Sylfaen" w:hAnsi="Sylfaen"/>
          <w:sz w:val="24"/>
          <w:szCs w:val="24"/>
          <w:lang w:val="ka-GE"/>
        </w:rPr>
        <w:t>უკმარისობით</w:t>
      </w:r>
      <w:r w:rsidR="00BE1264" w:rsidRPr="00C36A5B">
        <w:rPr>
          <w:rFonts w:ascii="Sylfaen" w:hAnsi="Sylfaen"/>
          <w:sz w:val="24"/>
          <w:szCs w:val="24"/>
        </w:rPr>
        <w:t>(</w:t>
      </w:r>
      <w:r w:rsidR="00895BCB" w:rsidRPr="00C36A5B">
        <w:rPr>
          <w:rFonts w:ascii="Sylfaen" w:hAnsi="Sylfaen"/>
          <w:sz w:val="24"/>
          <w:szCs w:val="24"/>
          <w:lang w:val="ka-GE"/>
        </w:rPr>
        <w:t>გამოყენება შესაძლებელია მხოლოდ უკიდურესი აუცილ</w:t>
      </w:r>
      <w:r w:rsidR="0050208C" w:rsidRPr="00C36A5B">
        <w:rPr>
          <w:rFonts w:ascii="Sylfaen" w:hAnsi="Sylfaen"/>
          <w:sz w:val="24"/>
          <w:szCs w:val="24"/>
          <w:lang w:val="ka-GE"/>
        </w:rPr>
        <w:t>ე</w:t>
      </w:r>
      <w:r w:rsidR="00895BCB" w:rsidRPr="00C36A5B">
        <w:rPr>
          <w:rFonts w:ascii="Sylfaen" w:hAnsi="Sylfaen"/>
          <w:sz w:val="24"/>
          <w:szCs w:val="24"/>
          <w:lang w:val="ka-GE"/>
        </w:rPr>
        <w:t>ბლობის შემთხვევაში</w:t>
      </w:r>
      <w:r w:rsidR="00BE1264"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="00895BCB" w:rsidRPr="00C36A5B">
        <w:rPr>
          <w:rFonts w:ascii="Sylfaen" w:hAnsi="Sylfaen"/>
          <w:sz w:val="24"/>
          <w:szCs w:val="24"/>
          <w:lang w:val="ka-GE"/>
        </w:rPr>
        <w:t>ვინაიდ</w:t>
      </w:r>
      <w:r w:rsidR="00BE1264" w:rsidRPr="00C36A5B">
        <w:rPr>
          <w:rFonts w:ascii="Sylfaen" w:hAnsi="Sylfaen"/>
          <w:sz w:val="24"/>
          <w:szCs w:val="24"/>
        </w:rPr>
        <w:t>ან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="00895BCB" w:rsidRPr="00C36A5B">
        <w:rPr>
          <w:rFonts w:ascii="Sylfaen" w:hAnsi="Sylfaen"/>
          <w:sz w:val="24"/>
          <w:szCs w:val="24"/>
          <w:lang w:val="ka-GE"/>
        </w:rPr>
        <w:t xml:space="preserve">შესაძლებელია პრეპარატის </w:t>
      </w:r>
      <w:r w:rsidR="0050208C" w:rsidRPr="00C36A5B">
        <w:rPr>
          <w:rFonts w:ascii="Sylfaen" w:hAnsi="Sylfaen"/>
          <w:sz w:val="24"/>
          <w:szCs w:val="24"/>
          <w:lang w:val="ka-GE"/>
        </w:rPr>
        <w:t xml:space="preserve">მოქმედების </w:t>
      </w:r>
      <w:proofErr w:type="spellStart"/>
      <w:r w:rsidR="00895BCB" w:rsidRPr="00C36A5B">
        <w:rPr>
          <w:rFonts w:ascii="Sylfaen" w:hAnsi="Sylfaen"/>
          <w:sz w:val="24"/>
          <w:szCs w:val="24"/>
          <w:lang w:val="ka-GE"/>
        </w:rPr>
        <w:t>პროლონგირება</w:t>
      </w:r>
      <w:proofErr w:type="spellEnd"/>
      <w:r w:rsidR="00895BCB" w:rsidRPr="00C36A5B">
        <w:rPr>
          <w:rFonts w:ascii="Sylfaen" w:hAnsi="Sylfaen"/>
          <w:sz w:val="24"/>
          <w:szCs w:val="24"/>
          <w:lang w:val="ka-GE"/>
        </w:rPr>
        <w:t xml:space="preserve"> და </w:t>
      </w:r>
      <w:r w:rsidR="006A4FB2" w:rsidRPr="00C36A5B">
        <w:rPr>
          <w:rFonts w:ascii="Sylfaen" w:hAnsi="Sylfaen"/>
          <w:sz w:val="24"/>
          <w:szCs w:val="24"/>
          <w:lang w:val="ka-GE"/>
        </w:rPr>
        <w:t xml:space="preserve">მისი </w:t>
      </w:r>
      <w:r w:rsidR="00895BCB" w:rsidRPr="00C36A5B">
        <w:rPr>
          <w:rFonts w:ascii="Sylfaen" w:hAnsi="Sylfaen"/>
          <w:sz w:val="24"/>
          <w:szCs w:val="24"/>
          <w:lang w:val="ka-GE"/>
        </w:rPr>
        <w:t>გამოხატული გაძლიერება)</w:t>
      </w:r>
      <w:r w:rsidR="00BE1264" w:rsidRPr="00C36A5B">
        <w:rPr>
          <w:rFonts w:ascii="Sylfaen" w:hAnsi="Sylfaen"/>
          <w:sz w:val="24"/>
          <w:szCs w:val="24"/>
        </w:rPr>
        <w:t xml:space="preserve">;  </w:t>
      </w:r>
      <w:r w:rsidR="00895BCB" w:rsidRPr="00C36A5B">
        <w:rPr>
          <w:rFonts w:ascii="Sylfaen" w:hAnsi="Sylfaen"/>
          <w:sz w:val="24"/>
          <w:szCs w:val="24"/>
          <w:lang w:val="ka-GE"/>
        </w:rPr>
        <w:t xml:space="preserve">პაციენტებში </w:t>
      </w:r>
      <w:proofErr w:type="spellStart"/>
      <w:r w:rsidR="00BE1264" w:rsidRPr="00C36A5B">
        <w:rPr>
          <w:rFonts w:ascii="Sylfaen" w:hAnsi="Sylfaen"/>
          <w:sz w:val="24"/>
          <w:szCs w:val="24"/>
        </w:rPr>
        <w:t>სისხლის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შედედების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დარღვევები</w:t>
      </w:r>
      <w:proofErr w:type="spellEnd"/>
      <w:r w:rsidR="00895BCB" w:rsidRPr="00C36A5B">
        <w:rPr>
          <w:rFonts w:ascii="Sylfaen" w:hAnsi="Sylfaen"/>
          <w:sz w:val="24"/>
          <w:szCs w:val="24"/>
          <w:lang w:val="ka-GE"/>
        </w:rPr>
        <w:t>თ</w:t>
      </w:r>
      <w:r w:rsidR="00BE1264" w:rsidRPr="00C36A5B">
        <w:rPr>
          <w:rFonts w:ascii="Sylfaen" w:hAnsi="Sylfaen"/>
          <w:sz w:val="24"/>
          <w:szCs w:val="24"/>
        </w:rPr>
        <w:t xml:space="preserve">;  </w:t>
      </w:r>
      <w:r w:rsidR="00895BCB" w:rsidRPr="00C36A5B">
        <w:rPr>
          <w:rFonts w:ascii="Sylfaen" w:hAnsi="Sylfaen"/>
          <w:sz w:val="24"/>
          <w:szCs w:val="24"/>
          <w:lang w:val="ka-GE"/>
        </w:rPr>
        <w:t xml:space="preserve">პაციენტებში </w:t>
      </w:r>
      <w:proofErr w:type="spellStart"/>
      <w:r w:rsidR="00BE1264" w:rsidRPr="00C36A5B">
        <w:rPr>
          <w:rFonts w:ascii="Sylfaen" w:hAnsi="Sylfaen"/>
          <w:sz w:val="24"/>
          <w:szCs w:val="24"/>
        </w:rPr>
        <w:t>ღვიძლისა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და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თირკმლის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="00895BCB" w:rsidRPr="00C36A5B">
        <w:rPr>
          <w:rFonts w:ascii="Sylfaen" w:hAnsi="Sylfaen"/>
          <w:sz w:val="24"/>
          <w:szCs w:val="24"/>
          <w:lang w:val="ka-GE"/>
        </w:rPr>
        <w:t xml:space="preserve">ფუნქციის </w:t>
      </w:r>
      <w:proofErr w:type="spellStart"/>
      <w:r w:rsidR="00BE1264" w:rsidRPr="00C36A5B">
        <w:rPr>
          <w:rFonts w:ascii="Sylfaen" w:hAnsi="Sylfaen"/>
          <w:sz w:val="24"/>
          <w:szCs w:val="24"/>
        </w:rPr>
        <w:t>მძიმე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დარღვევები</w:t>
      </w:r>
      <w:proofErr w:type="spellEnd"/>
      <w:r w:rsidR="00895BCB" w:rsidRPr="00C36A5B">
        <w:rPr>
          <w:rFonts w:ascii="Sylfaen" w:hAnsi="Sylfaen"/>
          <w:sz w:val="24"/>
          <w:szCs w:val="24"/>
          <w:lang w:val="ka-GE"/>
        </w:rPr>
        <w:t>თ</w:t>
      </w:r>
      <w:r w:rsidR="00BE1264" w:rsidRPr="00C36A5B">
        <w:rPr>
          <w:rFonts w:ascii="Sylfaen" w:hAnsi="Sylfaen"/>
          <w:sz w:val="24"/>
          <w:szCs w:val="24"/>
        </w:rPr>
        <w:t xml:space="preserve">;  </w:t>
      </w:r>
      <w:r w:rsidR="00895BCB" w:rsidRPr="00C36A5B">
        <w:rPr>
          <w:rFonts w:ascii="Sylfaen" w:hAnsi="Sylfaen"/>
          <w:sz w:val="24"/>
          <w:szCs w:val="24"/>
          <w:lang w:val="ka-GE"/>
        </w:rPr>
        <w:t>პაციენტებში გამოხატული</w:t>
      </w:r>
      <w:proofErr w:type="spellStart"/>
      <w:r w:rsidR="00BE1264" w:rsidRPr="00C36A5B">
        <w:rPr>
          <w:rFonts w:ascii="Sylfaen" w:hAnsi="Sylfaen"/>
          <w:sz w:val="24"/>
          <w:szCs w:val="24"/>
        </w:rPr>
        <w:t>ული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ა</w:t>
      </w:r>
      <w:r w:rsidR="00895BCB" w:rsidRPr="00C36A5B">
        <w:rPr>
          <w:rFonts w:ascii="Sylfaen" w:hAnsi="Sylfaen"/>
          <w:sz w:val="24"/>
          <w:szCs w:val="24"/>
          <w:lang w:val="ka-GE"/>
        </w:rPr>
        <w:t>ღ</w:t>
      </w:r>
      <w:proofErr w:type="spellStart"/>
      <w:r w:rsidR="00BE1264" w:rsidRPr="00C36A5B">
        <w:rPr>
          <w:rFonts w:ascii="Sylfaen" w:hAnsi="Sylfaen"/>
          <w:sz w:val="24"/>
          <w:szCs w:val="24"/>
        </w:rPr>
        <w:t>გზნება</w:t>
      </w:r>
      <w:proofErr w:type="spellEnd"/>
      <w:r w:rsidR="00895BCB" w:rsidRPr="00C36A5B">
        <w:rPr>
          <w:rFonts w:ascii="Sylfaen" w:hAnsi="Sylfaen"/>
          <w:sz w:val="24"/>
          <w:szCs w:val="24"/>
          <w:lang w:val="ka-GE"/>
        </w:rPr>
        <w:t>დობით</w:t>
      </w:r>
      <w:r w:rsidR="00BE1264" w:rsidRPr="00C36A5B">
        <w:rPr>
          <w:rFonts w:ascii="Sylfaen" w:hAnsi="Sylfaen"/>
          <w:sz w:val="24"/>
          <w:szCs w:val="24"/>
        </w:rPr>
        <w:t xml:space="preserve">, </w:t>
      </w:r>
      <w:r w:rsidR="00895BCB" w:rsidRPr="00C36A5B">
        <w:rPr>
          <w:rFonts w:ascii="Sylfaen" w:hAnsi="Sylfaen"/>
          <w:sz w:val="24"/>
          <w:szCs w:val="24"/>
          <w:lang w:val="ka-GE"/>
        </w:rPr>
        <w:t xml:space="preserve">პაციენტებში </w:t>
      </w:r>
      <w:proofErr w:type="spellStart"/>
      <w:r w:rsidR="00BE1264" w:rsidRPr="00C36A5B">
        <w:rPr>
          <w:rFonts w:ascii="Sylfaen" w:hAnsi="Sylfaen"/>
          <w:sz w:val="24"/>
          <w:szCs w:val="24"/>
        </w:rPr>
        <w:t>ეპილეფსიი</w:t>
      </w:r>
      <w:proofErr w:type="spellEnd"/>
      <w:r w:rsidR="00895BCB" w:rsidRPr="00C36A5B">
        <w:rPr>
          <w:rFonts w:ascii="Sylfaen" w:hAnsi="Sylfaen"/>
          <w:sz w:val="24"/>
          <w:szCs w:val="24"/>
          <w:lang w:val="ka-GE"/>
        </w:rPr>
        <w:t>თ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ანამნეზ</w:t>
      </w:r>
      <w:proofErr w:type="spellEnd"/>
      <w:r w:rsidR="00895BCB" w:rsidRPr="00C36A5B">
        <w:rPr>
          <w:rFonts w:ascii="Sylfaen" w:hAnsi="Sylfaen"/>
          <w:sz w:val="24"/>
          <w:szCs w:val="24"/>
          <w:lang w:val="ka-GE"/>
        </w:rPr>
        <w:t>შ</w:t>
      </w:r>
      <w:r w:rsidR="00BE1264" w:rsidRPr="00C36A5B">
        <w:rPr>
          <w:rFonts w:ascii="Sylfaen" w:hAnsi="Sylfaen"/>
          <w:sz w:val="24"/>
          <w:szCs w:val="24"/>
        </w:rPr>
        <w:t xml:space="preserve">ი;  </w:t>
      </w:r>
      <w:proofErr w:type="spellStart"/>
      <w:r w:rsidR="00BE1264" w:rsidRPr="00C36A5B">
        <w:rPr>
          <w:rFonts w:ascii="Sylfaen" w:hAnsi="Sylfaen"/>
          <w:sz w:val="24"/>
          <w:szCs w:val="24"/>
        </w:rPr>
        <w:t>ჰალოგენშემცველ</w:t>
      </w:r>
      <w:proofErr w:type="spellEnd"/>
      <w:r w:rsidR="00895BCB" w:rsidRPr="00C36A5B">
        <w:rPr>
          <w:rFonts w:ascii="Sylfaen" w:hAnsi="Sylfaen"/>
          <w:sz w:val="24"/>
          <w:szCs w:val="24"/>
          <w:lang w:val="ka-GE"/>
        </w:rPr>
        <w:t xml:space="preserve"> საშუალებებთან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r w:rsidR="00895BCB" w:rsidRPr="00C36A5B">
        <w:rPr>
          <w:rFonts w:ascii="Sylfaen" w:hAnsi="Sylfaen"/>
          <w:sz w:val="24"/>
          <w:szCs w:val="24"/>
          <w:lang w:val="ka-GE"/>
        </w:rPr>
        <w:t>ერთდ</w:t>
      </w:r>
      <w:r w:rsidR="006A4FB2" w:rsidRPr="00C36A5B">
        <w:rPr>
          <w:rFonts w:ascii="Sylfaen" w:hAnsi="Sylfaen"/>
          <w:sz w:val="24"/>
          <w:szCs w:val="24"/>
          <w:lang w:val="ka-GE"/>
        </w:rPr>
        <w:t>რ</w:t>
      </w:r>
      <w:r w:rsidR="00895BCB" w:rsidRPr="00C36A5B">
        <w:rPr>
          <w:rFonts w:ascii="Sylfaen" w:hAnsi="Sylfaen"/>
          <w:sz w:val="24"/>
          <w:szCs w:val="24"/>
          <w:lang w:val="ka-GE"/>
        </w:rPr>
        <w:t xml:space="preserve">ოული გამოყენებისას </w:t>
      </w:r>
      <w:proofErr w:type="spellStart"/>
      <w:r w:rsidR="00BE1264" w:rsidRPr="00C36A5B">
        <w:rPr>
          <w:rFonts w:ascii="Sylfaen" w:hAnsi="Sylfaen"/>
          <w:sz w:val="24"/>
          <w:szCs w:val="24"/>
        </w:rPr>
        <w:t>ინჰალაციური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ანესთეზიის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="00895BCB" w:rsidRPr="00C36A5B">
        <w:rPr>
          <w:rFonts w:ascii="Sylfaen" w:hAnsi="Sylfaen"/>
          <w:sz w:val="24"/>
          <w:szCs w:val="24"/>
          <w:lang w:val="ka-GE"/>
        </w:rPr>
        <w:t>ჩატარების დროს</w:t>
      </w:r>
      <w:r w:rsidR="00BE1264" w:rsidRPr="00C36A5B">
        <w:rPr>
          <w:rFonts w:ascii="Sylfaen" w:hAnsi="Sylfaen"/>
          <w:sz w:val="24"/>
          <w:szCs w:val="24"/>
        </w:rPr>
        <w:t xml:space="preserve">.  </w:t>
      </w:r>
    </w:p>
    <w:p w14:paraId="48FD7E35" w14:textId="2BB31F60" w:rsidR="00BE1264" w:rsidRPr="00C36A5B" w:rsidRDefault="00BE1264" w:rsidP="00483B73">
      <w:pPr>
        <w:spacing w:after="0" w:line="240" w:lineRule="auto"/>
        <w:rPr>
          <w:rFonts w:ascii="Sylfaen" w:hAnsi="Sylfaen"/>
          <w:i/>
          <w:sz w:val="24"/>
          <w:szCs w:val="24"/>
        </w:rPr>
      </w:pPr>
      <w:proofErr w:type="spellStart"/>
      <w:r w:rsidRPr="00C36A5B">
        <w:rPr>
          <w:rFonts w:ascii="Sylfaen" w:hAnsi="Sylfaen"/>
          <w:i/>
          <w:sz w:val="24"/>
          <w:szCs w:val="24"/>
        </w:rPr>
        <w:t>ორსულობა</w:t>
      </w:r>
      <w:proofErr w:type="spellEnd"/>
      <w:r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i/>
          <w:sz w:val="24"/>
          <w:szCs w:val="24"/>
        </w:rPr>
        <w:t>და</w:t>
      </w:r>
      <w:proofErr w:type="spellEnd"/>
      <w:r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i/>
          <w:sz w:val="24"/>
          <w:szCs w:val="24"/>
        </w:rPr>
        <w:t>ლაქტაცი</w:t>
      </w:r>
      <w:proofErr w:type="spellEnd"/>
      <w:r w:rsidR="00895BCB" w:rsidRPr="00C36A5B">
        <w:rPr>
          <w:rFonts w:ascii="Sylfaen" w:hAnsi="Sylfaen"/>
          <w:i/>
          <w:sz w:val="24"/>
          <w:szCs w:val="24"/>
          <w:lang w:val="ka-GE"/>
        </w:rPr>
        <w:t>ის პერიოდი</w:t>
      </w:r>
      <w:r w:rsidRPr="00C36A5B">
        <w:rPr>
          <w:rFonts w:ascii="Sylfaen" w:hAnsi="Sylfaen"/>
          <w:i/>
          <w:sz w:val="24"/>
          <w:szCs w:val="24"/>
        </w:rPr>
        <w:t>:</w:t>
      </w:r>
    </w:p>
    <w:p w14:paraId="7DF3A137" w14:textId="10E03B6A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არტიკაინი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ეპინეფრინი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გადიან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პლაცენტარულ</w:t>
      </w:r>
      <w:proofErr w:type="spellEnd"/>
      <w:r w:rsidR="0061602D" w:rsidRPr="00C36A5B">
        <w:rPr>
          <w:rFonts w:ascii="Sylfaen" w:hAnsi="Sylfaen"/>
          <w:sz w:val="24"/>
          <w:szCs w:val="24"/>
          <w:lang w:val="ka-GE"/>
        </w:rPr>
        <w:t>ი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ბარიერ</w:t>
      </w:r>
      <w:proofErr w:type="spellEnd"/>
      <w:r w:rsidR="0061602D" w:rsidRPr="00C36A5B">
        <w:rPr>
          <w:rFonts w:ascii="Sylfaen" w:hAnsi="Sylfaen"/>
          <w:sz w:val="24"/>
          <w:szCs w:val="24"/>
          <w:lang w:val="ka-GE"/>
        </w:rPr>
        <w:t>ი</w:t>
      </w:r>
      <w:r w:rsidRPr="00C36A5B">
        <w:rPr>
          <w:rFonts w:ascii="Sylfaen" w:hAnsi="Sylfaen"/>
          <w:sz w:val="24"/>
          <w:szCs w:val="24"/>
        </w:rPr>
        <w:t>ს</w:t>
      </w:r>
      <w:r w:rsidR="0061602D" w:rsidRPr="00C36A5B">
        <w:rPr>
          <w:rFonts w:ascii="Sylfaen" w:hAnsi="Sylfaen"/>
          <w:sz w:val="24"/>
          <w:szCs w:val="24"/>
          <w:lang w:val="ka-GE"/>
        </w:rPr>
        <w:t xml:space="preserve"> მიღმა</w:t>
      </w:r>
      <w:r w:rsidRPr="00C36A5B">
        <w:rPr>
          <w:rFonts w:ascii="Sylfaen" w:hAnsi="Sylfaen"/>
          <w:sz w:val="24"/>
          <w:szCs w:val="24"/>
        </w:rPr>
        <w:t xml:space="preserve">.  </w:t>
      </w:r>
    </w:p>
    <w:p w14:paraId="0AD2D453" w14:textId="41424B4A" w:rsidR="006A4FB2" w:rsidRPr="00C36A5B" w:rsidRDefault="0061602D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არტიკაინის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კონცენტრაცია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ახალშობილებ</w:t>
      </w:r>
      <w:r w:rsidR="00BE1264" w:rsidRPr="00C36A5B">
        <w:rPr>
          <w:rFonts w:ascii="Sylfaen" w:hAnsi="Sylfaen"/>
          <w:sz w:val="24"/>
          <w:szCs w:val="24"/>
        </w:rPr>
        <w:t>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სისხლი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ს შრატში (დედისთვის პრეპარატის შეყვანის შემდეგ) შეადგენს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დედის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სისხლის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პლაზმაში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არტიკაინის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არსებული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კონცენტრაციის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დაახლოებით</w:t>
      </w:r>
      <w:proofErr w:type="spellEnd"/>
      <w:r w:rsidRPr="00C36A5B">
        <w:rPr>
          <w:rFonts w:ascii="Sylfaen" w:hAnsi="Sylfaen"/>
          <w:sz w:val="24"/>
          <w:szCs w:val="24"/>
        </w:rPr>
        <w:t xml:space="preserve"> 30%-ს</w:t>
      </w:r>
      <w:r w:rsidR="006A4FB2" w:rsidRPr="00C36A5B">
        <w:rPr>
          <w:rFonts w:ascii="Sylfaen" w:hAnsi="Sylfaen"/>
          <w:sz w:val="24"/>
          <w:szCs w:val="24"/>
          <w:lang w:val="ka-GE"/>
        </w:rPr>
        <w:t>.</w:t>
      </w:r>
      <w:r w:rsidRPr="00C36A5B">
        <w:rPr>
          <w:rFonts w:ascii="Sylfaen" w:hAnsi="Sylfaen"/>
          <w:sz w:val="24"/>
          <w:szCs w:val="24"/>
        </w:rPr>
        <w:t xml:space="preserve"> </w:t>
      </w:r>
      <w:r w:rsidR="00BE1264" w:rsidRPr="00C36A5B">
        <w:rPr>
          <w:rFonts w:ascii="Sylfaen" w:hAnsi="Sylfaen"/>
          <w:sz w:val="24"/>
          <w:szCs w:val="24"/>
        </w:rPr>
        <w:t xml:space="preserve">  </w:t>
      </w:r>
    </w:p>
    <w:p w14:paraId="307D5B1F" w14:textId="568D6E71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კლინიკური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მონაცემების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61602D" w:rsidRPr="00C36A5B">
        <w:rPr>
          <w:rFonts w:ascii="Sylfaen" w:hAnsi="Sylfaen"/>
          <w:sz w:val="24"/>
          <w:szCs w:val="24"/>
          <w:lang w:val="ka-GE"/>
        </w:rPr>
        <w:t>უკმარის</w:t>
      </w:r>
      <w:proofErr w:type="spellStart"/>
      <w:r w:rsidRPr="00C36A5B">
        <w:rPr>
          <w:rFonts w:ascii="Sylfaen" w:hAnsi="Sylfaen"/>
          <w:sz w:val="24"/>
          <w:szCs w:val="24"/>
        </w:rPr>
        <w:t>ობის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გამო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="00A9431C" w:rsidRPr="00C36A5B">
        <w:rPr>
          <w:rFonts w:ascii="Sylfaen" w:hAnsi="Sylfaen"/>
          <w:sz w:val="24"/>
          <w:szCs w:val="24"/>
        </w:rPr>
        <w:t>პრეპარატის</w:t>
      </w:r>
      <w:proofErr w:type="spellEnd"/>
      <w:r w:rsidR="00A9431C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A9431C" w:rsidRPr="00C36A5B">
        <w:rPr>
          <w:rFonts w:ascii="Sylfaen" w:hAnsi="Sylfaen"/>
          <w:sz w:val="24"/>
          <w:szCs w:val="24"/>
        </w:rPr>
        <w:t>გამოყენებ</w:t>
      </w:r>
      <w:proofErr w:type="spellEnd"/>
      <w:r w:rsidR="00A9431C" w:rsidRPr="00C36A5B">
        <w:rPr>
          <w:rFonts w:ascii="Sylfaen" w:hAnsi="Sylfaen"/>
          <w:sz w:val="24"/>
          <w:szCs w:val="24"/>
          <w:lang w:val="ka-GE"/>
        </w:rPr>
        <w:t>ის შესახებ</w:t>
      </w:r>
      <w:r w:rsidR="00A9431C" w:rsidRPr="00C36A5B">
        <w:rPr>
          <w:rFonts w:ascii="Sylfaen" w:hAnsi="Sylfaen"/>
          <w:sz w:val="24"/>
          <w:szCs w:val="24"/>
        </w:rPr>
        <w:t xml:space="preserve"> </w:t>
      </w:r>
      <w:r w:rsidR="0094096C" w:rsidRPr="00C36A5B">
        <w:rPr>
          <w:rFonts w:ascii="Sylfaen" w:hAnsi="Sylfaen"/>
          <w:sz w:val="24"/>
          <w:szCs w:val="24"/>
          <w:lang w:val="ka-GE"/>
        </w:rPr>
        <w:t xml:space="preserve">გადაწყვეტილება </w:t>
      </w:r>
      <w:r w:rsidR="00A9431C" w:rsidRPr="00C36A5B">
        <w:rPr>
          <w:rFonts w:ascii="Sylfaen" w:hAnsi="Sylfaen"/>
          <w:sz w:val="24"/>
          <w:szCs w:val="24"/>
          <w:lang w:val="ka-GE"/>
        </w:rPr>
        <w:t>ექიმ სტომატოლოგის მიერ უნდა იქნას</w:t>
      </w:r>
      <w:r w:rsidR="0094096C"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="00A9431C" w:rsidRPr="00C36A5B">
        <w:rPr>
          <w:rFonts w:ascii="Sylfaen" w:hAnsi="Sylfaen"/>
          <w:sz w:val="24"/>
          <w:szCs w:val="24"/>
          <w:lang w:val="ka-GE"/>
        </w:rPr>
        <w:t xml:space="preserve">მიღებული </w:t>
      </w:r>
      <w:proofErr w:type="spellStart"/>
      <w:r w:rsidRPr="00C36A5B">
        <w:rPr>
          <w:rFonts w:ascii="Sylfaen" w:hAnsi="Sylfaen"/>
          <w:sz w:val="24"/>
          <w:szCs w:val="24"/>
        </w:rPr>
        <w:t>მხოლოდ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იმ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თუ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6A4FB2" w:rsidRPr="00C36A5B">
        <w:rPr>
          <w:rFonts w:ascii="Sylfaen" w:hAnsi="Sylfaen"/>
          <w:sz w:val="24"/>
          <w:szCs w:val="24"/>
          <w:lang w:val="ka-GE"/>
        </w:rPr>
        <w:t xml:space="preserve">მისი მიღების </w:t>
      </w:r>
      <w:r w:rsidR="00A9431C" w:rsidRPr="00C36A5B">
        <w:rPr>
          <w:rFonts w:ascii="Sylfaen" w:hAnsi="Sylfaen"/>
          <w:sz w:val="24"/>
          <w:szCs w:val="24"/>
          <w:lang w:val="ka-GE"/>
        </w:rPr>
        <w:t>პოტენციური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სარგებელი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დედისთვის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ა</w:t>
      </w:r>
      <w:r w:rsidR="00A9431C" w:rsidRPr="00C36A5B">
        <w:rPr>
          <w:rFonts w:ascii="Sylfaen" w:hAnsi="Sylfaen"/>
          <w:sz w:val="24"/>
          <w:szCs w:val="24"/>
          <w:lang w:val="ka-GE"/>
        </w:rPr>
        <w:t>მართლებს</w:t>
      </w:r>
      <w:r w:rsidRPr="00C36A5B">
        <w:rPr>
          <w:rFonts w:ascii="Sylfaen" w:hAnsi="Sylfaen"/>
          <w:sz w:val="24"/>
          <w:szCs w:val="24"/>
        </w:rPr>
        <w:t xml:space="preserve"> </w:t>
      </w:r>
      <w:r w:rsidR="00A9431C" w:rsidRPr="00C36A5B">
        <w:rPr>
          <w:rFonts w:ascii="Sylfaen" w:hAnsi="Sylfaen"/>
          <w:sz w:val="24"/>
          <w:szCs w:val="24"/>
          <w:lang w:val="ka-GE"/>
        </w:rPr>
        <w:t xml:space="preserve">პოტენციურ რისკს </w:t>
      </w:r>
      <w:proofErr w:type="spellStart"/>
      <w:r w:rsidRPr="00C36A5B">
        <w:rPr>
          <w:rFonts w:ascii="Sylfaen" w:hAnsi="Sylfaen"/>
          <w:sz w:val="24"/>
          <w:szCs w:val="24"/>
        </w:rPr>
        <w:t>ნაყოფისთვის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.  </w:t>
      </w:r>
    </w:p>
    <w:p w14:paraId="541D7539" w14:textId="7047D7ED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ორსულობის</w:t>
      </w:r>
      <w:proofErr w:type="spellEnd"/>
      <w:r w:rsidR="00A9431C" w:rsidRPr="00C36A5B">
        <w:rPr>
          <w:rFonts w:ascii="Sylfaen" w:hAnsi="Sylfaen"/>
          <w:sz w:val="24"/>
          <w:szCs w:val="24"/>
          <w:lang w:val="ka-GE"/>
        </w:rPr>
        <w:t xml:space="preserve"> დროს </w:t>
      </w:r>
      <w:proofErr w:type="spellStart"/>
      <w:r w:rsidR="00A9431C" w:rsidRPr="00C36A5B">
        <w:rPr>
          <w:rFonts w:ascii="Sylfaen" w:hAnsi="Sylfaen"/>
          <w:sz w:val="24"/>
          <w:szCs w:val="24"/>
          <w:lang w:val="ka-GE"/>
        </w:rPr>
        <w:t>არტიკაინის</w:t>
      </w:r>
      <w:proofErr w:type="spellEnd"/>
      <w:r w:rsidR="00A9431C" w:rsidRPr="00C36A5B">
        <w:rPr>
          <w:rFonts w:ascii="Sylfaen" w:hAnsi="Sylfaen"/>
          <w:sz w:val="24"/>
          <w:szCs w:val="24"/>
          <w:lang w:val="ka-GE"/>
        </w:rPr>
        <w:t xml:space="preserve"> გამოყენების აუცილებლობისას</w:t>
      </w:r>
      <w:r w:rsidRPr="00C36A5B">
        <w:rPr>
          <w:rFonts w:ascii="Sylfaen" w:hAnsi="Sylfaen"/>
          <w:sz w:val="24"/>
          <w:szCs w:val="24"/>
        </w:rPr>
        <w:t xml:space="preserve"> </w:t>
      </w:r>
      <w:r w:rsidR="00A9431C" w:rsidRPr="00C36A5B">
        <w:rPr>
          <w:rFonts w:ascii="Sylfaen" w:hAnsi="Sylfaen"/>
          <w:sz w:val="24"/>
          <w:szCs w:val="24"/>
          <w:lang w:val="ka-GE"/>
        </w:rPr>
        <w:t xml:space="preserve">ჯობია </w:t>
      </w:r>
      <w:proofErr w:type="spellStart"/>
      <w:r w:rsidRPr="00C36A5B">
        <w:rPr>
          <w:rFonts w:ascii="Sylfaen" w:hAnsi="Sylfaen"/>
          <w:sz w:val="24"/>
          <w:szCs w:val="24"/>
        </w:rPr>
        <w:t>გამოიყ</w:t>
      </w:r>
      <w:r w:rsidR="00A9431C" w:rsidRPr="00C36A5B">
        <w:rPr>
          <w:rFonts w:ascii="Sylfaen" w:hAnsi="Sylfaen"/>
          <w:sz w:val="24"/>
          <w:szCs w:val="24"/>
          <w:lang w:val="ka-GE"/>
        </w:rPr>
        <w:t>ენებული</w:t>
      </w:r>
      <w:proofErr w:type="spellEnd"/>
      <w:r w:rsidR="00A9431C" w:rsidRPr="00C36A5B">
        <w:rPr>
          <w:rFonts w:ascii="Sylfaen" w:hAnsi="Sylfaen"/>
          <w:sz w:val="24"/>
          <w:szCs w:val="24"/>
          <w:lang w:val="ka-GE"/>
        </w:rPr>
        <w:t xml:space="preserve"> იქნას  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ისეთი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A9431C" w:rsidRPr="00C36A5B">
        <w:rPr>
          <w:rFonts w:ascii="Sylfaen" w:hAnsi="Sylfaen"/>
          <w:sz w:val="24"/>
          <w:szCs w:val="24"/>
          <w:lang w:val="ka-GE"/>
        </w:rPr>
        <w:t xml:space="preserve">სამკურნალო </w:t>
      </w:r>
      <w:proofErr w:type="spellStart"/>
      <w:r w:rsidRPr="00C36A5B">
        <w:rPr>
          <w:rFonts w:ascii="Sylfaen" w:hAnsi="Sylfaen"/>
          <w:sz w:val="24"/>
          <w:szCs w:val="24"/>
        </w:rPr>
        <w:t>საშუალებები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რომლებიც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არ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შეიცავ</w:t>
      </w:r>
      <w:proofErr w:type="spellEnd"/>
      <w:r w:rsidR="00A9431C" w:rsidRPr="00C36A5B">
        <w:rPr>
          <w:rFonts w:ascii="Sylfaen" w:hAnsi="Sylfaen"/>
          <w:sz w:val="24"/>
          <w:szCs w:val="24"/>
          <w:lang w:val="ka-GE"/>
        </w:rPr>
        <w:t>ენ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ეპინეფრინს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ან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A9431C" w:rsidRPr="00C36A5B">
        <w:rPr>
          <w:rFonts w:ascii="Sylfaen" w:hAnsi="Sylfaen"/>
          <w:sz w:val="24"/>
          <w:szCs w:val="24"/>
          <w:lang w:val="ka-GE"/>
        </w:rPr>
        <w:t>ეპინეფრინის</w:t>
      </w:r>
      <w:proofErr w:type="spellEnd"/>
      <w:r w:rsidR="00A9431C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კონცენტრაცი</w:t>
      </w:r>
      <w:proofErr w:type="spellEnd"/>
      <w:r w:rsidR="00A9431C" w:rsidRPr="00C36A5B">
        <w:rPr>
          <w:rFonts w:ascii="Sylfaen" w:hAnsi="Sylfaen"/>
          <w:sz w:val="24"/>
          <w:szCs w:val="24"/>
          <w:lang w:val="ka-GE"/>
        </w:rPr>
        <w:t>ა შეადგენს</w:t>
      </w:r>
      <w:r w:rsidRPr="00C36A5B">
        <w:rPr>
          <w:rFonts w:ascii="Sylfaen" w:hAnsi="Sylfaen"/>
          <w:sz w:val="24"/>
          <w:szCs w:val="24"/>
        </w:rPr>
        <w:t xml:space="preserve"> 0,005 </w:t>
      </w:r>
      <w:proofErr w:type="spellStart"/>
      <w:r w:rsidRPr="00C36A5B">
        <w:rPr>
          <w:rFonts w:ascii="Sylfaen" w:hAnsi="Sylfaen"/>
          <w:sz w:val="24"/>
          <w:szCs w:val="24"/>
        </w:rPr>
        <w:t>მგ</w:t>
      </w:r>
      <w:proofErr w:type="spellEnd"/>
      <w:r w:rsidRPr="00C36A5B">
        <w:rPr>
          <w:rFonts w:ascii="Sylfaen" w:hAnsi="Sylfaen"/>
          <w:sz w:val="24"/>
          <w:szCs w:val="24"/>
        </w:rPr>
        <w:t>/</w:t>
      </w:r>
      <w:proofErr w:type="spellStart"/>
      <w:r w:rsidRPr="00C36A5B">
        <w:rPr>
          <w:rFonts w:ascii="Sylfaen" w:hAnsi="Sylfaen"/>
          <w:sz w:val="24"/>
          <w:szCs w:val="24"/>
        </w:rPr>
        <w:t>მლ</w:t>
      </w:r>
      <w:proofErr w:type="spellEnd"/>
      <w:r w:rsidRPr="00C36A5B">
        <w:rPr>
          <w:rFonts w:ascii="Sylfaen" w:hAnsi="Sylfaen"/>
          <w:sz w:val="24"/>
          <w:szCs w:val="24"/>
        </w:rPr>
        <w:t xml:space="preserve">.  </w:t>
      </w:r>
    </w:p>
    <w:p w14:paraId="584A796B" w14:textId="746D62C6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ინტრავასკულარულ</w:t>
      </w:r>
      <w:proofErr w:type="spellEnd"/>
      <w:r w:rsidR="0094096C" w:rsidRPr="00C36A5B">
        <w:rPr>
          <w:rFonts w:ascii="Sylfaen" w:hAnsi="Sylfaen"/>
          <w:sz w:val="24"/>
          <w:szCs w:val="24"/>
          <w:lang w:val="ka-GE"/>
        </w:rPr>
        <w:t>ად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94096C" w:rsidRPr="00C36A5B">
        <w:rPr>
          <w:rFonts w:ascii="Sylfaen" w:hAnsi="Sylfaen"/>
          <w:sz w:val="24"/>
          <w:szCs w:val="24"/>
        </w:rPr>
        <w:t>შემთხვევით</w:t>
      </w:r>
      <w:proofErr w:type="spellEnd"/>
      <w:r w:rsidR="0094096C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შეყვან</w:t>
      </w:r>
      <w:proofErr w:type="spellEnd"/>
      <w:r w:rsidR="00A9431C" w:rsidRPr="00C36A5B">
        <w:rPr>
          <w:rFonts w:ascii="Sylfaen" w:hAnsi="Sylfaen"/>
          <w:sz w:val="24"/>
          <w:szCs w:val="24"/>
          <w:lang w:val="ka-GE"/>
        </w:rPr>
        <w:t>ის დროს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A9431C" w:rsidRPr="00C36A5B">
        <w:rPr>
          <w:rFonts w:ascii="Sylfaen" w:hAnsi="Sylfaen"/>
          <w:sz w:val="24"/>
          <w:szCs w:val="24"/>
        </w:rPr>
        <w:t>ეპინეფრინ</w:t>
      </w:r>
      <w:proofErr w:type="spellEnd"/>
      <w:r w:rsidR="00A9431C" w:rsidRPr="00C36A5B">
        <w:rPr>
          <w:rFonts w:ascii="Sylfaen" w:hAnsi="Sylfaen"/>
          <w:sz w:val="24"/>
          <w:szCs w:val="24"/>
          <w:lang w:val="ka-GE"/>
        </w:rPr>
        <w:t xml:space="preserve">მა </w:t>
      </w:r>
      <w:proofErr w:type="spellStart"/>
      <w:r w:rsidRPr="00C36A5B">
        <w:rPr>
          <w:rFonts w:ascii="Sylfaen" w:hAnsi="Sylfaen"/>
          <w:sz w:val="24"/>
          <w:szCs w:val="24"/>
        </w:rPr>
        <w:t>შესაძლოა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შეამციროს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საშვილოსნოს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სისხლმომარაგება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.  </w:t>
      </w:r>
    </w:p>
    <w:p w14:paraId="3C20D623" w14:textId="32939A63" w:rsidR="00BE1264" w:rsidRPr="00C36A5B" w:rsidRDefault="00A9431C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proofErr w:type="spellStart"/>
      <w:r w:rsidR="00BE1264" w:rsidRPr="00C36A5B">
        <w:rPr>
          <w:rFonts w:ascii="Sylfaen" w:hAnsi="Sylfaen"/>
          <w:sz w:val="24"/>
          <w:szCs w:val="24"/>
        </w:rPr>
        <w:t>მოკლევადიანი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გამოყენებ</w:t>
      </w:r>
      <w:proofErr w:type="spellEnd"/>
      <w:r w:rsidR="00F1625B" w:rsidRPr="00C36A5B">
        <w:rPr>
          <w:rFonts w:ascii="Sylfaen" w:hAnsi="Sylfaen"/>
          <w:sz w:val="24"/>
          <w:szCs w:val="24"/>
          <w:lang w:val="ka-GE"/>
        </w:rPr>
        <w:t>ა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ძუძუთი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კვების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="00F1625B" w:rsidRPr="00C36A5B">
        <w:rPr>
          <w:rFonts w:ascii="Sylfaen" w:hAnsi="Sylfaen"/>
          <w:sz w:val="24"/>
          <w:szCs w:val="24"/>
          <w:lang w:val="ka-GE"/>
        </w:rPr>
        <w:t>პერიოდში</w:t>
      </w:r>
      <w:r w:rsidR="00BE1264"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="00BE1264" w:rsidRPr="00C36A5B">
        <w:rPr>
          <w:rFonts w:ascii="Sylfaen" w:hAnsi="Sylfaen"/>
          <w:sz w:val="24"/>
          <w:szCs w:val="24"/>
        </w:rPr>
        <w:t>როგორც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წესი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, </w:t>
      </w:r>
      <w:r w:rsidR="00F1625B" w:rsidRPr="00C36A5B">
        <w:rPr>
          <w:rFonts w:ascii="Sylfaen" w:hAnsi="Sylfaen"/>
          <w:sz w:val="24"/>
          <w:szCs w:val="24"/>
          <w:lang w:val="ka-GE"/>
        </w:rPr>
        <w:t>არ ითხოვს ძუძუთი კვების შეწყვეტას</w:t>
      </w:r>
      <w:r w:rsidR="00BE1264"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="00BE1264" w:rsidRPr="00C36A5B">
        <w:rPr>
          <w:rFonts w:ascii="Sylfaen" w:hAnsi="Sylfaen"/>
          <w:sz w:val="24"/>
          <w:szCs w:val="24"/>
        </w:rPr>
        <w:t>რადგან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დედის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რძეში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არტიკაინისა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და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ეპინეფრინის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კლინიკურად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მნიშვნელოვანი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კონცენტრაციები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არ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="006A4FB2" w:rsidRPr="00C36A5B">
        <w:rPr>
          <w:rFonts w:ascii="Sylfaen" w:hAnsi="Sylfaen"/>
          <w:sz w:val="24"/>
          <w:szCs w:val="24"/>
          <w:lang w:val="ka-GE"/>
        </w:rPr>
        <w:t>ფიქსირდება.</w:t>
      </w:r>
      <w:r w:rsidR="00BE1264" w:rsidRPr="00C36A5B">
        <w:rPr>
          <w:rFonts w:ascii="Sylfaen" w:hAnsi="Sylfaen"/>
          <w:sz w:val="24"/>
          <w:szCs w:val="24"/>
        </w:rPr>
        <w:t xml:space="preserve">  </w:t>
      </w:r>
    </w:p>
    <w:p w14:paraId="39170DE6" w14:textId="77777777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b/>
          <w:sz w:val="24"/>
          <w:szCs w:val="24"/>
        </w:rPr>
        <w:t>გამოყენების</w:t>
      </w:r>
      <w:proofErr w:type="spellEnd"/>
      <w:r w:rsidRPr="00C36A5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b/>
          <w:sz w:val="24"/>
          <w:szCs w:val="24"/>
        </w:rPr>
        <w:t>წესი</w:t>
      </w:r>
      <w:proofErr w:type="spellEnd"/>
      <w:r w:rsidRPr="00C36A5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b/>
          <w:sz w:val="24"/>
          <w:szCs w:val="24"/>
        </w:rPr>
        <w:t>და</w:t>
      </w:r>
      <w:proofErr w:type="spellEnd"/>
      <w:r w:rsidRPr="00C36A5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b/>
          <w:sz w:val="24"/>
          <w:szCs w:val="24"/>
        </w:rPr>
        <w:t>დოზები</w:t>
      </w:r>
      <w:proofErr w:type="spellEnd"/>
      <w:r w:rsidRPr="00C36A5B">
        <w:rPr>
          <w:rFonts w:ascii="Sylfaen" w:hAnsi="Sylfaen"/>
          <w:sz w:val="24"/>
          <w:szCs w:val="24"/>
        </w:rPr>
        <w:t>:</w:t>
      </w:r>
    </w:p>
    <w:p w14:paraId="3B2635C7" w14:textId="63CC3AEB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პრეპარატი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განკუთვნილია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F1625B" w:rsidRPr="00C36A5B">
        <w:rPr>
          <w:rFonts w:ascii="Sylfaen" w:hAnsi="Sylfaen"/>
          <w:sz w:val="24"/>
          <w:szCs w:val="24"/>
          <w:lang w:val="ka-GE"/>
        </w:rPr>
        <w:t>პირის ღრუში გამ</w:t>
      </w:r>
      <w:r w:rsidR="00EC2611" w:rsidRPr="00C36A5B">
        <w:rPr>
          <w:rFonts w:ascii="Sylfaen" w:hAnsi="Sylfaen"/>
          <w:sz w:val="24"/>
          <w:szCs w:val="24"/>
          <w:lang w:val="ka-GE"/>
        </w:rPr>
        <w:t>ო</w:t>
      </w:r>
      <w:r w:rsidR="00F1625B" w:rsidRPr="00C36A5B">
        <w:rPr>
          <w:rFonts w:ascii="Sylfaen" w:hAnsi="Sylfaen"/>
          <w:sz w:val="24"/>
          <w:szCs w:val="24"/>
          <w:lang w:val="ka-GE"/>
        </w:rPr>
        <w:t xml:space="preserve">საყენებლად და </w:t>
      </w:r>
      <w:proofErr w:type="spellStart"/>
      <w:r w:rsidRPr="00C36A5B">
        <w:rPr>
          <w:rFonts w:ascii="Sylfaen" w:hAnsi="Sylfaen"/>
          <w:sz w:val="24"/>
          <w:szCs w:val="24"/>
        </w:rPr>
        <w:t>შეიძლება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შეყვანილ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იქნას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F1625B" w:rsidRPr="00C36A5B">
        <w:rPr>
          <w:rFonts w:ascii="Sylfaen" w:hAnsi="Sylfaen"/>
          <w:sz w:val="24"/>
          <w:szCs w:val="24"/>
          <w:lang w:val="ka-GE"/>
        </w:rPr>
        <w:t>მხოლოდ იმ ქსოვილებში, სადაც არ არის ანთებითი პროცესი.</w:t>
      </w:r>
      <w:r w:rsidRPr="00C36A5B">
        <w:rPr>
          <w:rFonts w:ascii="Sylfaen" w:hAnsi="Sylfaen"/>
          <w:sz w:val="24"/>
          <w:szCs w:val="24"/>
        </w:rPr>
        <w:t xml:space="preserve"> </w:t>
      </w:r>
    </w:p>
    <w:p w14:paraId="0CB3EE24" w14:textId="63968D6C" w:rsidR="00F1625B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proofErr w:type="spellStart"/>
      <w:r w:rsidRPr="00C36A5B">
        <w:rPr>
          <w:rFonts w:ascii="Sylfaen" w:hAnsi="Sylfaen"/>
          <w:sz w:val="24"/>
          <w:szCs w:val="24"/>
        </w:rPr>
        <w:t>არ</w:t>
      </w:r>
      <w:proofErr w:type="spellEnd"/>
      <w:r w:rsidR="00F1625B" w:rsidRPr="00C36A5B">
        <w:rPr>
          <w:rFonts w:ascii="Sylfaen" w:hAnsi="Sylfaen"/>
          <w:sz w:val="24"/>
          <w:szCs w:val="24"/>
          <w:lang w:val="ka-GE"/>
        </w:rPr>
        <w:t xml:space="preserve"> შეიძლება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ინექცი</w:t>
      </w:r>
      <w:proofErr w:type="spellEnd"/>
      <w:r w:rsidR="00F1625B" w:rsidRPr="00C36A5B">
        <w:rPr>
          <w:rFonts w:ascii="Sylfaen" w:hAnsi="Sylfaen"/>
          <w:sz w:val="24"/>
          <w:szCs w:val="24"/>
          <w:lang w:val="ka-GE"/>
        </w:rPr>
        <w:t xml:space="preserve">ის </w:t>
      </w:r>
      <w:proofErr w:type="spellStart"/>
      <w:r w:rsidR="00F1625B" w:rsidRPr="00C36A5B">
        <w:rPr>
          <w:rFonts w:ascii="Sylfaen" w:hAnsi="Sylfaen"/>
          <w:sz w:val="24"/>
          <w:szCs w:val="24"/>
          <w:lang w:val="ka-GE"/>
        </w:rPr>
        <w:t>ჩატარებ</w:t>
      </w:r>
      <w:proofErr w:type="spellEnd"/>
      <w:r w:rsidRPr="00C36A5B">
        <w:rPr>
          <w:rFonts w:ascii="Sylfaen" w:hAnsi="Sylfaen"/>
          <w:sz w:val="24"/>
          <w:szCs w:val="24"/>
        </w:rPr>
        <w:t xml:space="preserve">ა </w:t>
      </w:r>
      <w:r w:rsidR="00F1625B" w:rsidRPr="00C36A5B">
        <w:rPr>
          <w:rFonts w:ascii="Sylfaen" w:hAnsi="Sylfaen"/>
          <w:sz w:val="24"/>
          <w:szCs w:val="24"/>
          <w:lang w:val="ka-GE"/>
        </w:rPr>
        <w:t xml:space="preserve">ქსოვილებში </w:t>
      </w:r>
      <w:proofErr w:type="spellStart"/>
      <w:r w:rsidRPr="00C36A5B">
        <w:rPr>
          <w:rFonts w:ascii="Sylfaen" w:hAnsi="Sylfaen"/>
          <w:sz w:val="24"/>
          <w:szCs w:val="24"/>
        </w:rPr>
        <w:t>ანთებ</w:t>
      </w:r>
      <w:proofErr w:type="spellEnd"/>
      <w:r w:rsidR="00F1625B" w:rsidRPr="00C36A5B">
        <w:rPr>
          <w:rFonts w:ascii="Sylfaen" w:hAnsi="Sylfaen"/>
          <w:sz w:val="24"/>
          <w:szCs w:val="24"/>
          <w:lang w:val="ka-GE"/>
        </w:rPr>
        <w:t>ადი პროცესით</w:t>
      </w:r>
      <w:r w:rsidR="006A4FB2" w:rsidRPr="00C36A5B">
        <w:rPr>
          <w:rFonts w:ascii="Sylfaen" w:hAnsi="Sylfaen"/>
          <w:sz w:val="24"/>
          <w:szCs w:val="24"/>
          <w:lang w:val="ka-GE"/>
        </w:rPr>
        <w:t>.</w:t>
      </w:r>
    </w:p>
    <w:p w14:paraId="43E9D9F3" w14:textId="3D26CEF1" w:rsidR="00BE1264" w:rsidRPr="00C36A5B" w:rsidRDefault="00F1625B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  <w:lang w:val="ka-GE"/>
        </w:rPr>
        <w:t>პრეპარატის ინტრავენურად შეყვანა არ  შეიძლება</w:t>
      </w:r>
      <w:r w:rsidR="00BE1264" w:rsidRPr="00C36A5B">
        <w:rPr>
          <w:rFonts w:ascii="Sylfaen" w:hAnsi="Sylfaen"/>
          <w:sz w:val="24"/>
          <w:szCs w:val="24"/>
        </w:rPr>
        <w:t xml:space="preserve">.  </w:t>
      </w:r>
    </w:p>
    <w:p w14:paraId="2C85F290" w14:textId="6F437582" w:rsidR="00BE1264" w:rsidRPr="00C36A5B" w:rsidRDefault="00F1625B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36A5B">
        <w:rPr>
          <w:rFonts w:ascii="Sylfaen" w:hAnsi="Sylfaen"/>
          <w:sz w:val="24"/>
          <w:szCs w:val="24"/>
          <w:lang w:val="ka-GE"/>
        </w:rPr>
        <w:lastRenderedPageBreak/>
        <w:t xml:space="preserve">იმისათვის, რომ თავიდან ავიცილოთ პრეპარატის </w:t>
      </w:r>
      <w:r w:rsidR="006A4FB2" w:rsidRPr="00C36A5B">
        <w:rPr>
          <w:rFonts w:ascii="Sylfaen" w:hAnsi="Sylfaen"/>
          <w:sz w:val="24"/>
          <w:szCs w:val="24"/>
          <w:lang w:val="ka-GE"/>
        </w:rPr>
        <w:t>ს</w:t>
      </w:r>
      <w:r w:rsidRPr="00C36A5B">
        <w:rPr>
          <w:rFonts w:ascii="Sylfaen" w:hAnsi="Sylfaen"/>
          <w:sz w:val="24"/>
          <w:szCs w:val="24"/>
          <w:lang w:val="ka-GE"/>
        </w:rPr>
        <w:t xml:space="preserve">ისხლძარღვებში </w:t>
      </w:r>
      <w:r w:rsidR="006A4FB2" w:rsidRPr="00C36A5B">
        <w:rPr>
          <w:rFonts w:ascii="Sylfaen" w:hAnsi="Sylfaen"/>
          <w:sz w:val="24"/>
          <w:szCs w:val="24"/>
          <w:lang w:val="ka-GE"/>
        </w:rPr>
        <w:t>შ</w:t>
      </w:r>
      <w:r w:rsidRPr="00C36A5B">
        <w:rPr>
          <w:rFonts w:ascii="Sylfaen" w:hAnsi="Sylfaen"/>
          <w:sz w:val="24"/>
          <w:szCs w:val="24"/>
          <w:lang w:val="ka-GE"/>
        </w:rPr>
        <w:t xml:space="preserve">ემთხვევითი მოხვედრა, მის შეყვანამდე ყოველთვის უნდა ტარდებოდეს 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ორეტაპიანი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ასპირაციული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>სინჯ</w:t>
      </w:r>
      <w:r w:rsidR="00BE1264" w:rsidRPr="00C36A5B">
        <w:rPr>
          <w:rFonts w:ascii="Sylfaen" w:hAnsi="Sylfaen"/>
          <w:sz w:val="24"/>
          <w:szCs w:val="24"/>
        </w:rPr>
        <w:t xml:space="preserve">ი </w:t>
      </w:r>
      <w:proofErr w:type="spellStart"/>
      <w:r w:rsidR="00BE1264" w:rsidRPr="00C36A5B">
        <w:rPr>
          <w:rFonts w:ascii="Sylfaen" w:hAnsi="Sylfaen"/>
          <w:sz w:val="24"/>
          <w:szCs w:val="24"/>
        </w:rPr>
        <w:t>ნემსის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90° </w:t>
      </w:r>
      <w:proofErr w:type="spellStart"/>
      <w:r w:rsidR="00BE1264" w:rsidRPr="00C36A5B">
        <w:rPr>
          <w:rFonts w:ascii="Sylfaen" w:hAnsi="Sylfaen"/>
          <w:sz w:val="24"/>
          <w:szCs w:val="24"/>
        </w:rPr>
        <w:t>და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180°-</w:t>
      </w:r>
      <w:proofErr w:type="spellStart"/>
      <w:r w:rsidR="00BE1264" w:rsidRPr="00C36A5B">
        <w:rPr>
          <w:rFonts w:ascii="Sylfaen" w:hAnsi="Sylfaen"/>
          <w:sz w:val="24"/>
          <w:szCs w:val="24"/>
        </w:rPr>
        <w:t>ით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შემობრუნებით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.  </w:t>
      </w:r>
    </w:p>
    <w:p w14:paraId="752316DC" w14:textId="34E8A424" w:rsidR="00BE1264" w:rsidRPr="00C36A5B" w:rsidRDefault="009E6321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ისეთი ძირითადი </w:t>
      </w:r>
      <w:proofErr w:type="spellStart"/>
      <w:r w:rsidRPr="00C36A5B">
        <w:rPr>
          <w:rFonts w:ascii="Sylfaen" w:hAnsi="Sylfaen"/>
          <w:sz w:val="24"/>
          <w:szCs w:val="24"/>
        </w:rPr>
        <w:t>სისტემური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რეაქციები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ს თავიდან აცილება, რომლებიც შეიძლება </w:t>
      </w:r>
      <w:proofErr w:type="spellStart"/>
      <w:r w:rsidRPr="00C36A5B">
        <w:rPr>
          <w:rFonts w:ascii="Sylfaen" w:hAnsi="Sylfaen"/>
          <w:sz w:val="24"/>
          <w:szCs w:val="24"/>
        </w:rPr>
        <w:t>განვითარ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დნენ პრეპარატის შემთხვევით 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ინტრავ</w:t>
      </w:r>
      <w:r w:rsidR="006A4FB2" w:rsidRPr="00C36A5B">
        <w:rPr>
          <w:rFonts w:ascii="Sylfaen" w:hAnsi="Sylfaen"/>
          <w:sz w:val="24"/>
          <w:szCs w:val="24"/>
          <w:lang w:val="ka-GE"/>
        </w:rPr>
        <w:t>ასკულარული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შეყვანის დროს,</w:t>
      </w:r>
      <w:r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შეიძლება ინექციის </w:t>
      </w:r>
      <w:proofErr w:type="spellStart"/>
      <w:r w:rsidR="00BE1264" w:rsidRPr="00C36A5B">
        <w:rPr>
          <w:rFonts w:ascii="Sylfaen" w:hAnsi="Sylfaen"/>
          <w:sz w:val="24"/>
          <w:szCs w:val="24"/>
        </w:rPr>
        <w:t>ტექნიკის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დაცვ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ისას: 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ასპირაციული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სინჯის </w:t>
      </w:r>
      <w:r w:rsidR="006A4FB2" w:rsidRPr="00C36A5B">
        <w:rPr>
          <w:rFonts w:ascii="Sylfaen" w:hAnsi="Sylfaen"/>
          <w:sz w:val="24"/>
          <w:szCs w:val="24"/>
          <w:lang w:val="ka-GE"/>
        </w:rPr>
        <w:t>ჩატარების</w:t>
      </w:r>
      <w:r w:rsidRPr="00C36A5B">
        <w:rPr>
          <w:rFonts w:ascii="Sylfaen" w:hAnsi="Sylfaen"/>
          <w:sz w:val="24"/>
          <w:szCs w:val="24"/>
          <w:lang w:val="ka-GE"/>
        </w:rPr>
        <w:t xml:space="preserve"> შემდეგ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ნელა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შეჰყავთ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პრეპარატი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ს </w:t>
      </w:r>
      <w:r w:rsidR="00BE1264" w:rsidRPr="00C36A5B">
        <w:rPr>
          <w:rFonts w:ascii="Sylfaen" w:hAnsi="Sylfaen"/>
          <w:sz w:val="24"/>
          <w:szCs w:val="24"/>
        </w:rPr>
        <w:t xml:space="preserve">0,1–0,2 </w:t>
      </w:r>
      <w:proofErr w:type="spellStart"/>
      <w:r w:rsidR="00BE1264" w:rsidRPr="00C36A5B">
        <w:rPr>
          <w:rFonts w:ascii="Sylfaen" w:hAnsi="Sylfaen"/>
          <w:sz w:val="24"/>
          <w:szCs w:val="24"/>
        </w:rPr>
        <w:t>მლ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="00BE1264" w:rsidRPr="00C36A5B">
        <w:rPr>
          <w:rFonts w:ascii="Sylfaen" w:hAnsi="Sylfaen"/>
          <w:sz w:val="24"/>
          <w:szCs w:val="24"/>
        </w:rPr>
        <w:t>შემდეგ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მინიმუმ </w:t>
      </w:r>
      <w:r w:rsidR="00BE1264" w:rsidRPr="00C36A5B">
        <w:rPr>
          <w:rFonts w:ascii="Sylfaen" w:hAnsi="Sylfaen"/>
          <w:sz w:val="24"/>
          <w:szCs w:val="24"/>
        </w:rPr>
        <w:t xml:space="preserve">20–30 </w:t>
      </w:r>
      <w:proofErr w:type="spellStart"/>
      <w:r w:rsidR="00BE1264" w:rsidRPr="00C36A5B">
        <w:rPr>
          <w:rFonts w:ascii="Sylfaen" w:hAnsi="Sylfaen"/>
          <w:sz w:val="24"/>
          <w:szCs w:val="24"/>
        </w:rPr>
        <w:t>წამ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ის გასვლის შემდეგ,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ნელა შეჰყავთ პრეპარატის </w:t>
      </w:r>
      <w:proofErr w:type="spellStart"/>
      <w:r w:rsidR="00BE1264" w:rsidRPr="00C36A5B">
        <w:rPr>
          <w:rFonts w:ascii="Sylfaen" w:hAnsi="Sylfaen"/>
          <w:sz w:val="24"/>
          <w:szCs w:val="24"/>
        </w:rPr>
        <w:t>დანარჩენი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დოზა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.  </w:t>
      </w:r>
      <w:r w:rsidRPr="00C36A5B">
        <w:rPr>
          <w:rFonts w:ascii="Sylfaen" w:hAnsi="Sylfaen"/>
          <w:sz w:val="24"/>
          <w:szCs w:val="24"/>
          <w:lang w:val="ka-GE"/>
        </w:rPr>
        <w:t>ინექციის წნევა უნდა შეესაბამებოდეს ქსოვილების მგრძნობელობას.</w:t>
      </w:r>
    </w:p>
    <w:p w14:paraId="178CF94E" w14:textId="2DE98E91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ინფიცირების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თავიდან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ასაცილებლად</w:t>
      </w:r>
      <w:proofErr w:type="spellEnd"/>
      <w:r w:rsidR="009E6321" w:rsidRPr="00C36A5B">
        <w:rPr>
          <w:rFonts w:ascii="Sylfaen" w:hAnsi="Sylfaen"/>
          <w:sz w:val="24"/>
          <w:szCs w:val="24"/>
          <w:lang w:val="ka-GE"/>
        </w:rPr>
        <w:t xml:space="preserve"> (მათ შორის ჰეპატიტის </w:t>
      </w:r>
      <w:r w:rsidR="00741E10" w:rsidRPr="00C36A5B">
        <w:rPr>
          <w:rFonts w:ascii="Sylfaen" w:hAnsi="Sylfaen"/>
          <w:sz w:val="24"/>
          <w:szCs w:val="24"/>
          <w:lang w:val="ka-GE"/>
        </w:rPr>
        <w:t>ვირუსით</w:t>
      </w:r>
      <w:r w:rsidR="009E6321" w:rsidRPr="00C36A5B">
        <w:rPr>
          <w:rFonts w:ascii="Sylfaen" w:hAnsi="Sylfaen"/>
          <w:sz w:val="24"/>
          <w:szCs w:val="24"/>
          <w:lang w:val="ka-GE"/>
        </w:rPr>
        <w:t>)</w:t>
      </w:r>
      <w:r w:rsidRPr="00C36A5B">
        <w:rPr>
          <w:rFonts w:ascii="Sylfaen" w:hAnsi="Sylfaen"/>
          <w:sz w:val="24"/>
          <w:szCs w:val="24"/>
        </w:rPr>
        <w:t xml:space="preserve"> </w:t>
      </w:r>
      <w:r w:rsidR="00741E10" w:rsidRPr="00C36A5B">
        <w:rPr>
          <w:rFonts w:ascii="Sylfaen" w:hAnsi="Sylfaen"/>
          <w:sz w:val="24"/>
          <w:szCs w:val="24"/>
          <w:lang w:val="ka-GE"/>
        </w:rPr>
        <w:t xml:space="preserve">აუცილებლად </w:t>
      </w:r>
      <w:r w:rsidR="0094096C" w:rsidRPr="00C36A5B">
        <w:rPr>
          <w:rFonts w:ascii="Sylfaen" w:hAnsi="Sylfaen"/>
          <w:sz w:val="24"/>
          <w:szCs w:val="24"/>
          <w:lang w:val="ka-GE"/>
        </w:rPr>
        <w:t>თვალყური უნდა ვადევნოთ იმას, რომ ამპულიდან ხ</w:t>
      </w:r>
      <w:r w:rsidR="00741E10" w:rsidRPr="00C36A5B">
        <w:rPr>
          <w:rFonts w:ascii="Sylfaen" w:hAnsi="Sylfaen"/>
          <w:sz w:val="24"/>
          <w:szCs w:val="24"/>
          <w:lang w:val="ka-GE"/>
        </w:rPr>
        <w:t>ს</w:t>
      </w:r>
      <w:r w:rsidR="0094096C" w:rsidRPr="00C36A5B">
        <w:rPr>
          <w:rFonts w:ascii="Sylfaen" w:hAnsi="Sylfaen"/>
          <w:sz w:val="24"/>
          <w:szCs w:val="24"/>
          <w:lang w:val="ka-GE"/>
        </w:rPr>
        <w:t>ნა</w:t>
      </w:r>
      <w:r w:rsidR="00EC2611" w:rsidRPr="00C36A5B">
        <w:rPr>
          <w:rFonts w:ascii="Sylfaen" w:hAnsi="Sylfaen"/>
          <w:sz w:val="24"/>
          <w:szCs w:val="24"/>
          <w:lang w:val="ka-GE"/>
        </w:rPr>
        <w:t>რ</w:t>
      </w:r>
      <w:r w:rsidR="0094096C" w:rsidRPr="00C36A5B">
        <w:rPr>
          <w:rFonts w:ascii="Sylfaen" w:hAnsi="Sylfaen"/>
          <w:sz w:val="24"/>
          <w:szCs w:val="24"/>
          <w:lang w:val="ka-GE"/>
        </w:rPr>
        <w:t>ის ამოღებ</w:t>
      </w:r>
      <w:r w:rsidR="00741E10" w:rsidRPr="00C36A5B">
        <w:rPr>
          <w:rFonts w:ascii="Sylfaen" w:hAnsi="Sylfaen"/>
          <w:sz w:val="24"/>
          <w:szCs w:val="24"/>
          <w:lang w:val="ka-GE"/>
        </w:rPr>
        <w:t>ა</w:t>
      </w:r>
      <w:r w:rsidR="0094096C"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="00741E10" w:rsidRPr="00C36A5B">
        <w:rPr>
          <w:rFonts w:ascii="Sylfaen" w:hAnsi="Sylfaen"/>
          <w:sz w:val="24"/>
          <w:szCs w:val="24"/>
          <w:lang w:val="ka-GE"/>
        </w:rPr>
        <w:t>მოხდეს</w:t>
      </w:r>
      <w:r w:rsidR="0094096C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ახალი</w:t>
      </w:r>
      <w:proofErr w:type="spellEnd"/>
      <w:r w:rsidR="00741E10" w:rsidRPr="00C36A5B">
        <w:rPr>
          <w:rFonts w:ascii="Sylfaen" w:hAnsi="Sylfaen"/>
          <w:sz w:val="24"/>
          <w:szCs w:val="24"/>
          <w:lang w:val="ka-GE"/>
        </w:rPr>
        <w:t>,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სტერილური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შპრიც</w:t>
      </w:r>
      <w:proofErr w:type="spellEnd"/>
      <w:r w:rsidR="0094096C" w:rsidRPr="00C36A5B">
        <w:rPr>
          <w:rFonts w:ascii="Sylfaen" w:hAnsi="Sylfaen"/>
          <w:sz w:val="24"/>
          <w:szCs w:val="24"/>
          <w:lang w:val="ka-GE"/>
        </w:rPr>
        <w:t>ები</w:t>
      </w:r>
      <w:r w:rsidR="00741E10" w:rsidRPr="00C36A5B">
        <w:rPr>
          <w:rFonts w:ascii="Sylfaen" w:hAnsi="Sylfaen"/>
          <w:sz w:val="24"/>
          <w:szCs w:val="24"/>
          <w:lang w:val="ka-GE"/>
        </w:rPr>
        <w:t>თ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ნემ</w:t>
      </w:r>
      <w:proofErr w:type="spellEnd"/>
      <w:r w:rsidR="0094096C" w:rsidRPr="00C36A5B">
        <w:rPr>
          <w:rFonts w:ascii="Sylfaen" w:hAnsi="Sylfaen"/>
          <w:sz w:val="24"/>
          <w:szCs w:val="24"/>
          <w:lang w:val="ka-GE"/>
        </w:rPr>
        <w:t>სები</w:t>
      </w:r>
      <w:r w:rsidR="00741E10" w:rsidRPr="00C36A5B">
        <w:rPr>
          <w:rFonts w:ascii="Sylfaen" w:hAnsi="Sylfaen"/>
          <w:sz w:val="24"/>
          <w:szCs w:val="24"/>
          <w:lang w:val="ka-GE"/>
        </w:rPr>
        <w:t>თ</w:t>
      </w:r>
      <w:r w:rsidRPr="00C36A5B">
        <w:rPr>
          <w:rFonts w:ascii="Sylfaen" w:hAnsi="Sylfaen"/>
          <w:sz w:val="24"/>
          <w:szCs w:val="24"/>
        </w:rPr>
        <w:t xml:space="preserve">.  </w:t>
      </w:r>
    </w:p>
    <w:p w14:paraId="1644EA1F" w14:textId="5A3C12C8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გახსნილი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კარტრიჯის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ხელმეორედ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გამოყენება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94096C" w:rsidRPr="00C36A5B">
        <w:rPr>
          <w:rFonts w:ascii="Sylfaen" w:hAnsi="Sylfaen"/>
          <w:sz w:val="24"/>
          <w:szCs w:val="24"/>
          <w:lang w:val="ka-GE"/>
        </w:rPr>
        <w:t>სხვა პაციენტებზე არ შეიძლებ</w:t>
      </w:r>
      <w:r w:rsidRPr="00C36A5B">
        <w:rPr>
          <w:rFonts w:ascii="Sylfaen" w:hAnsi="Sylfaen"/>
          <w:sz w:val="24"/>
          <w:szCs w:val="24"/>
        </w:rPr>
        <w:t>ა (</w:t>
      </w:r>
      <w:proofErr w:type="spellStart"/>
      <w:r w:rsidRPr="00C36A5B">
        <w:rPr>
          <w:rFonts w:ascii="Sylfaen" w:hAnsi="Sylfaen"/>
          <w:sz w:val="24"/>
          <w:szCs w:val="24"/>
        </w:rPr>
        <w:t>ჰეპატიტი</w:t>
      </w:r>
      <w:proofErr w:type="spellEnd"/>
      <w:r w:rsidR="0094096C" w:rsidRPr="00C36A5B">
        <w:rPr>
          <w:rFonts w:ascii="Sylfaen" w:hAnsi="Sylfaen"/>
          <w:sz w:val="24"/>
          <w:szCs w:val="24"/>
          <w:lang w:val="ka-GE"/>
        </w:rPr>
        <w:t>თ</w:t>
      </w:r>
      <w:r w:rsidRPr="00C36A5B">
        <w:rPr>
          <w:rFonts w:ascii="Sylfaen" w:hAnsi="Sylfaen"/>
          <w:sz w:val="24"/>
          <w:szCs w:val="24"/>
        </w:rPr>
        <w:t xml:space="preserve"> </w:t>
      </w:r>
      <w:r w:rsidR="0094096C" w:rsidRPr="00C36A5B">
        <w:rPr>
          <w:rFonts w:ascii="Sylfaen" w:hAnsi="Sylfaen"/>
          <w:sz w:val="24"/>
          <w:szCs w:val="24"/>
          <w:lang w:val="ka-GE"/>
        </w:rPr>
        <w:t>დაავადების საშიშროება</w:t>
      </w:r>
      <w:r w:rsidRPr="00C36A5B">
        <w:rPr>
          <w:rFonts w:ascii="Sylfaen" w:hAnsi="Sylfaen"/>
          <w:sz w:val="24"/>
          <w:szCs w:val="24"/>
        </w:rPr>
        <w:t>)</w:t>
      </w:r>
      <w:r w:rsidR="0094096C" w:rsidRPr="00C36A5B">
        <w:rPr>
          <w:rFonts w:ascii="Sylfaen" w:hAnsi="Sylfaen"/>
          <w:sz w:val="24"/>
          <w:szCs w:val="24"/>
          <w:lang w:val="ka-GE"/>
        </w:rPr>
        <w:t>!</w:t>
      </w:r>
      <w:r w:rsidRPr="00C36A5B">
        <w:rPr>
          <w:rFonts w:ascii="Sylfaen" w:hAnsi="Sylfaen"/>
          <w:sz w:val="24"/>
          <w:szCs w:val="24"/>
        </w:rPr>
        <w:t xml:space="preserve">  </w:t>
      </w:r>
    </w:p>
    <w:p w14:paraId="4DA96F74" w14:textId="7E8A15DE" w:rsidR="0094096C" w:rsidRPr="00C36A5B" w:rsidRDefault="0094096C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36A5B">
        <w:rPr>
          <w:rFonts w:ascii="Sylfaen" w:hAnsi="Sylfaen"/>
          <w:sz w:val="24"/>
          <w:szCs w:val="24"/>
          <w:lang w:val="ka-GE"/>
        </w:rPr>
        <w:t>არ შეიძლება დაზიანებული კატრიჯის გამოყენება.</w:t>
      </w:r>
    </w:p>
    <w:p w14:paraId="6CD6775C" w14:textId="374F586E" w:rsidR="00BE1264" w:rsidRPr="00C36A5B" w:rsidRDefault="0094096C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  <w:lang w:val="ka-GE"/>
        </w:rPr>
        <w:t>სამკურნალო პრეპარატი არ შეიძლება იქნას გამოყენებული, თუ ხსნარმა შეიცვალა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ფერი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ან აიმღვრა.</w:t>
      </w:r>
      <w:r w:rsidR="00BE1264" w:rsidRPr="00C36A5B">
        <w:rPr>
          <w:rFonts w:ascii="Sylfaen" w:hAnsi="Sylfaen"/>
          <w:sz w:val="24"/>
          <w:szCs w:val="24"/>
        </w:rPr>
        <w:t xml:space="preserve">  </w:t>
      </w:r>
    </w:p>
    <w:p w14:paraId="1EEEB2CB" w14:textId="77777777" w:rsidR="00C32A31" w:rsidRPr="00C36A5B" w:rsidRDefault="00BE1264" w:rsidP="00483B73">
      <w:pPr>
        <w:spacing w:after="0" w:line="240" w:lineRule="auto"/>
        <w:rPr>
          <w:rFonts w:ascii="Sylfaen" w:hAnsi="Sylfaen"/>
          <w:b/>
          <w:sz w:val="24"/>
          <w:szCs w:val="24"/>
        </w:rPr>
      </w:pPr>
      <w:proofErr w:type="spellStart"/>
      <w:r w:rsidRPr="00C36A5B">
        <w:rPr>
          <w:rFonts w:ascii="Sylfaen" w:hAnsi="Sylfaen"/>
          <w:b/>
          <w:sz w:val="24"/>
          <w:szCs w:val="24"/>
        </w:rPr>
        <w:t>დოზირებ</w:t>
      </w:r>
      <w:proofErr w:type="spellEnd"/>
      <w:r w:rsidR="00EC2611" w:rsidRPr="00C36A5B">
        <w:rPr>
          <w:rFonts w:ascii="Sylfaen" w:hAnsi="Sylfaen"/>
          <w:b/>
          <w:sz w:val="24"/>
          <w:szCs w:val="24"/>
          <w:lang w:val="ka-GE"/>
        </w:rPr>
        <w:t>ის რეჟიმი</w:t>
      </w:r>
      <w:r w:rsidRPr="00C36A5B">
        <w:rPr>
          <w:rFonts w:ascii="Sylfaen" w:hAnsi="Sylfaen"/>
          <w:b/>
          <w:sz w:val="24"/>
          <w:szCs w:val="24"/>
        </w:rPr>
        <w:t>:</w:t>
      </w:r>
    </w:p>
    <w:p w14:paraId="2AC7E213" w14:textId="65903CB4" w:rsidR="00BE1264" w:rsidRPr="00C36A5B" w:rsidRDefault="00C32A31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  <w:lang w:val="ka-GE"/>
        </w:rPr>
        <w:t>ანესთეზიისთვის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ზედა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ყბ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ის </w:t>
      </w:r>
      <w:proofErr w:type="spellStart"/>
      <w:r w:rsidR="00BE1264" w:rsidRPr="00C36A5B">
        <w:rPr>
          <w:rFonts w:ascii="Sylfaen" w:hAnsi="Sylfaen"/>
          <w:sz w:val="24"/>
          <w:szCs w:val="24"/>
        </w:rPr>
        <w:t>კბილების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741E10" w:rsidRPr="00C36A5B">
        <w:rPr>
          <w:rFonts w:ascii="Sylfaen" w:hAnsi="Sylfaen"/>
          <w:sz w:val="24"/>
          <w:szCs w:val="24"/>
        </w:rPr>
        <w:t>არაგართულებული</w:t>
      </w:r>
      <w:proofErr w:type="spellEnd"/>
      <w:r w:rsidR="00741E10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ამოღებისას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,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ანთების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არარსებობის შემთხვევაში, ჩვეულებრივ </w:t>
      </w:r>
      <w:proofErr w:type="spellStart"/>
      <w:r w:rsidR="00BE1264" w:rsidRPr="00C36A5B">
        <w:rPr>
          <w:rFonts w:ascii="Sylfaen" w:hAnsi="Sylfaen"/>
          <w:sz w:val="24"/>
          <w:szCs w:val="24"/>
        </w:rPr>
        <w:t>საკმარისია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პ</w:t>
      </w:r>
      <w:proofErr w:type="spellStart"/>
      <w:r w:rsidRPr="00C36A5B">
        <w:rPr>
          <w:rFonts w:ascii="Sylfaen" w:hAnsi="Sylfaen"/>
          <w:sz w:val="24"/>
          <w:szCs w:val="24"/>
        </w:rPr>
        <w:t>რეპარატ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არტიკაინ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ვეგას დეპოს შექმნა გარდამავალ ნაკეცში</w:t>
      </w:r>
      <w:r w:rsidR="00741E10" w:rsidRPr="00C36A5B">
        <w:rPr>
          <w:rFonts w:ascii="Sylfaen" w:hAnsi="Sylfaen"/>
          <w:sz w:val="24"/>
          <w:szCs w:val="24"/>
          <w:lang w:val="ka-GE"/>
        </w:rPr>
        <w:t>,</w:t>
      </w:r>
      <w:r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ლორწოვანისქვეშა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გარსში</w:t>
      </w:r>
      <w:r w:rsidR="00741E10" w:rsidRPr="00C36A5B">
        <w:rPr>
          <w:rFonts w:ascii="Sylfaen" w:hAnsi="Sylfaen"/>
          <w:sz w:val="24"/>
          <w:szCs w:val="24"/>
          <w:lang w:val="ka-GE"/>
        </w:rPr>
        <w:t xml:space="preserve"> მისი </w:t>
      </w:r>
      <w:r w:rsidRPr="00C36A5B">
        <w:rPr>
          <w:rFonts w:ascii="Sylfaen" w:hAnsi="Sylfaen"/>
          <w:sz w:val="24"/>
          <w:szCs w:val="24"/>
          <w:lang w:val="ka-GE"/>
        </w:rPr>
        <w:t xml:space="preserve"> შეყვანის გზით ვესტიბულარული მხრიდან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(პრეპარატის </w:t>
      </w:r>
      <w:r w:rsidR="00BE1264" w:rsidRPr="00C36A5B">
        <w:rPr>
          <w:rFonts w:ascii="Sylfaen" w:hAnsi="Sylfaen"/>
          <w:sz w:val="24"/>
          <w:szCs w:val="24"/>
        </w:rPr>
        <w:t xml:space="preserve">1,7 </w:t>
      </w:r>
      <w:proofErr w:type="spellStart"/>
      <w:r w:rsidR="00BE1264" w:rsidRPr="00C36A5B">
        <w:rPr>
          <w:rFonts w:ascii="Sylfaen" w:hAnsi="Sylfaen"/>
          <w:sz w:val="24"/>
          <w:szCs w:val="24"/>
        </w:rPr>
        <w:t>მლ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 </w:t>
      </w:r>
      <w:proofErr w:type="spellStart"/>
      <w:r w:rsidR="00BE1264" w:rsidRPr="00C36A5B">
        <w:rPr>
          <w:rFonts w:ascii="Sylfaen" w:hAnsi="Sylfaen"/>
          <w:sz w:val="24"/>
          <w:szCs w:val="24"/>
        </w:rPr>
        <w:t>თითო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კბილზე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)</w:t>
      </w:r>
      <w:r w:rsidR="00BE1264" w:rsidRPr="00C36A5B">
        <w:rPr>
          <w:rFonts w:ascii="Sylfaen" w:hAnsi="Sylfaen"/>
          <w:sz w:val="24"/>
          <w:szCs w:val="24"/>
        </w:rPr>
        <w:t xml:space="preserve">. </w:t>
      </w:r>
      <w:r w:rsidRPr="00C36A5B">
        <w:rPr>
          <w:rFonts w:ascii="Sylfaen" w:hAnsi="Sylfaen"/>
          <w:sz w:val="24"/>
          <w:szCs w:val="24"/>
          <w:lang w:val="ka-GE"/>
        </w:rPr>
        <w:t>ცალკეული შემთხვევების დროს სრული ანესთეზიის მისაღწევად შეიძლება საჭირო გახდეს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</w:rPr>
        <w:t>1</w:t>
      </w:r>
      <w:r w:rsidR="00C6209C" w:rsidRPr="00C36A5B">
        <w:rPr>
          <w:rFonts w:ascii="Sylfaen" w:hAnsi="Sylfaen"/>
          <w:sz w:val="24"/>
          <w:szCs w:val="24"/>
          <w:lang w:val="ka-GE"/>
        </w:rPr>
        <w:t xml:space="preserve">მლ-დან </w:t>
      </w:r>
      <w:r w:rsidRPr="00C36A5B">
        <w:rPr>
          <w:rFonts w:ascii="Sylfaen" w:hAnsi="Sylfaen"/>
          <w:sz w:val="24"/>
          <w:szCs w:val="24"/>
        </w:rPr>
        <w:t xml:space="preserve">1,7 </w:t>
      </w:r>
      <w:proofErr w:type="spellStart"/>
      <w:r w:rsidRPr="00C36A5B">
        <w:rPr>
          <w:rFonts w:ascii="Sylfaen" w:hAnsi="Sylfaen"/>
          <w:sz w:val="24"/>
          <w:szCs w:val="24"/>
        </w:rPr>
        <w:t>მლ</w:t>
      </w:r>
      <w:proofErr w:type="spellEnd"/>
      <w:r w:rsidR="00C6209C" w:rsidRPr="00C36A5B">
        <w:rPr>
          <w:rFonts w:ascii="Sylfaen" w:hAnsi="Sylfaen"/>
          <w:sz w:val="24"/>
          <w:szCs w:val="24"/>
          <w:lang w:val="ka-GE"/>
        </w:rPr>
        <w:t xml:space="preserve">-მდე </w:t>
      </w:r>
      <w:proofErr w:type="spellStart"/>
      <w:r w:rsidR="00BE1264" w:rsidRPr="00C36A5B">
        <w:rPr>
          <w:rFonts w:ascii="Sylfaen" w:hAnsi="Sylfaen"/>
          <w:sz w:val="24"/>
          <w:szCs w:val="24"/>
        </w:rPr>
        <w:t>დამატებითი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შეყვანა</w:t>
      </w:r>
      <w:r w:rsidR="00BE1264" w:rsidRPr="00C36A5B">
        <w:rPr>
          <w:rFonts w:ascii="Sylfaen" w:hAnsi="Sylfaen"/>
          <w:sz w:val="24"/>
          <w:szCs w:val="24"/>
        </w:rPr>
        <w:t xml:space="preserve">. </w:t>
      </w:r>
      <w:r w:rsidR="00C6209C" w:rsidRPr="00C36A5B">
        <w:rPr>
          <w:rFonts w:ascii="Sylfaen" w:hAnsi="Sylfaen"/>
          <w:sz w:val="24"/>
          <w:szCs w:val="24"/>
          <w:lang w:val="ka-GE"/>
        </w:rPr>
        <w:t>უმეტეს შემთხვევაში ეს გვაძლევს შესაძლებლობას არ ჩავატაროთ მტკივ</w:t>
      </w:r>
      <w:r w:rsidR="00741E10" w:rsidRPr="00C36A5B">
        <w:rPr>
          <w:rFonts w:ascii="Sylfaen" w:hAnsi="Sylfaen"/>
          <w:sz w:val="24"/>
          <w:szCs w:val="24"/>
          <w:lang w:val="ka-GE"/>
        </w:rPr>
        <w:t>ნ</w:t>
      </w:r>
      <w:r w:rsidR="00C6209C" w:rsidRPr="00C36A5B">
        <w:rPr>
          <w:rFonts w:ascii="Sylfaen" w:hAnsi="Sylfaen"/>
          <w:sz w:val="24"/>
          <w:szCs w:val="24"/>
          <w:lang w:val="ka-GE"/>
        </w:rPr>
        <w:t>ეული ინექცია ზედა სასაზე.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</w:p>
    <w:p w14:paraId="0A9D8C00" w14:textId="4FC566F5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ანესთეზიისთვის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C6209C" w:rsidRPr="00C36A5B">
        <w:rPr>
          <w:rFonts w:ascii="Sylfaen" w:hAnsi="Sylfaen"/>
          <w:sz w:val="24"/>
          <w:szCs w:val="24"/>
          <w:lang w:val="ka-GE"/>
        </w:rPr>
        <w:t>გაჭრისა და ნაკერების დადებისას</w:t>
      </w:r>
      <w:r w:rsidR="00741E10" w:rsidRPr="00C36A5B">
        <w:rPr>
          <w:rFonts w:ascii="Sylfaen" w:hAnsi="Sylfaen"/>
          <w:sz w:val="24"/>
          <w:szCs w:val="24"/>
          <w:lang w:val="ka-GE"/>
        </w:rPr>
        <w:t>,</w:t>
      </w:r>
      <w:r w:rsidR="00C6209C" w:rsidRPr="00C36A5B">
        <w:rPr>
          <w:rFonts w:ascii="Sylfaen" w:hAnsi="Sylfaen"/>
          <w:sz w:val="24"/>
          <w:szCs w:val="24"/>
          <w:lang w:val="ka-GE"/>
        </w:rPr>
        <w:t xml:space="preserve"> სასის უბანზე სასის დეპოს შექმნის მიზნით</w:t>
      </w:r>
      <w:r w:rsidR="00741E10" w:rsidRPr="00C36A5B">
        <w:rPr>
          <w:rFonts w:ascii="Sylfaen" w:hAnsi="Sylfaen"/>
          <w:sz w:val="24"/>
          <w:szCs w:val="24"/>
          <w:lang w:val="ka-GE"/>
        </w:rPr>
        <w:t>,</w:t>
      </w:r>
      <w:r w:rsidR="00C6209C" w:rsidRPr="00C36A5B">
        <w:rPr>
          <w:rFonts w:ascii="Sylfaen" w:hAnsi="Sylfaen"/>
          <w:sz w:val="24"/>
          <w:szCs w:val="24"/>
          <w:lang w:val="ka-GE"/>
        </w:rPr>
        <w:t xml:space="preserve"> აუცილებელი</w:t>
      </w:r>
      <w:r w:rsidRPr="00C36A5B">
        <w:rPr>
          <w:rFonts w:ascii="Sylfaen" w:hAnsi="Sylfaen"/>
          <w:sz w:val="24"/>
          <w:szCs w:val="24"/>
        </w:rPr>
        <w:t xml:space="preserve">ა </w:t>
      </w:r>
      <w:r w:rsidR="00C6209C" w:rsidRPr="00C36A5B"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proofErr w:type="spellStart"/>
      <w:r w:rsidR="00C6209C" w:rsidRPr="00C36A5B">
        <w:rPr>
          <w:rFonts w:ascii="Sylfaen" w:hAnsi="Sylfaen"/>
          <w:sz w:val="24"/>
          <w:szCs w:val="24"/>
        </w:rPr>
        <w:t>დაახლოებით</w:t>
      </w:r>
      <w:proofErr w:type="spellEnd"/>
      <w:r w:rsidR="00C6209C" w:rsidRPr="00C36A5B">
        <w:rPr>
          <w:rFonts w:ascii="Sylfaen" w:hAnsi="Sylfaen"/>
          <w:sz w:val="24"/>
          <w:szCs w:val="24"/>
        </w:rPr>
        <w:t xml:space="preserve"> 0,1 </w:t>
      </w:r>
      <w:proofErr w:type="spellStart"/>
      <w:r w:rsidR="00C6209C" w:rsidRPr="00C36A5B">
        <w:rPr>
          <w:rFonts w:ascii="Sylfaen" w:hAnsi="Sylfaen"/>
          <w:sz w:val="24"/>
          <w:szCs w:val="24"/>
        </w:rPr>
        <w:t>მლ</w:t>
      </w:r>
      <w:proofErr w:type="spellEnd"/>
      <w:r w:rsidR="00C6209C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თითოეულ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ინექციაზე</w:t>
      </w:r>
      <w:proofErr w:type="spellEnd"/>
      <w:r w:rsidRPr="00C36A5B">
        <w:rPr>
          <w:rFonts w:ascii="Sylfaen" w:hAnsi="Sylfaen"/>
          <w:sz w:val="24"/>
          <w:szCs w:val="24"/>
        </w:rPr>
        <w:t xml:space="preserve">.  </w:t>
      </w:r>
    </w:p>
    <w:p w14:paraId="6D9ED2FF" w14:textId="37D6ECC7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რამდენიმე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C6209C" w:rsidRPr="00C36A5B">
        <w:rPr>
          <w:rFonts w:ascii="Sylfaen" w:hAnsi="Sylfaen"/>
          <w:sz w:val="24"/>
          <w:szCs w:val="24"/>
          <w:lang w:val="ka-GE"/>
        </w:rPr>
        <w:t xml:space="preserve">გვერდიგვერდ მდებარე </w:t>
      </w:r>
      <w:proofErr w:type="spellStart"/>
      <w:r w:rsidRPr="00C36A5B">
        <w:rPr>
          <w:rFonts w:ascii="Sylfaen" w:hAnsi="Sylfaen"/>
          <w:sz w:val="24"/>
          <w:szCs w:val="24"/>
        </w:rPr>
        <w:t>კბილის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ამოღებისას</w:t>
      </w:r>
      <w:proofErr w:type="spellEnd"/>
      <w:r w:rsidR="00C6209C" w:rsidRPr="00C36A5B">
        <w:rPr>
          <w:rFonts w:ascii="Sylfaen" w:hAnsi="Sylfaen"/>
          <w:sz w:val="24"/>
          <w:szCs w:val="24"/>
          <w:lang w:val="ka-GE"/>
        </w:rPr>
        <w:t xml:space="preserve">, ჩვეულებრივ, ხერხდება </w:t>
      </w:r>
      <w:proofErr w:type="spellStart"/>
      <w:r w:rsidRPr="00C36A5B">
        <w:rPr>
          <w:rFonts w:ascii="Sylfaen" w:hAnsi="Sylfaen"/>
          <w:sz w:val="24"/>
          <w:szCs w:val="24"/>
        </w:rPr>
        <w:t>ინექციების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რაოდენობ</w:t>
      </w:r>
      <w:proofErr w:type="spellEnd"/>
      <w:r w:rsidR="00C6209C" w:rsidRPr="00C36A5B">
        <w:rPr>
          <w:rFonts w:ascii="Sylfaen" w:hAnsi="Sylfaen"/>
          <w:sz w:val="24"/>
          <w:szCs w:val="24"/>
          <w:lang w:val="ka-GE"/>
        </w:rPr>
        <w:t xml:space="preserve">ის </w:t>
      </w:r>
      <w:r w:rsidR="00741E10" w:rsidRPr="00C36A5B">
        <w:rPr>
          <w:rFonts w:ascii="Sylfaen" w:hAnsi="Sylfaen"/>
          <w:sz w:val="24"/>
          <w:szCs w:val="24"/>
          <w:lang w:val="ka-GE"/>
        </w:rPr>
        <w:t>შეზღუდვა.</w:t>
      </w:r>
      <w:r w:rsidRPr="00C36A5B">
        <w:rPr>
          <w:rFonts w:ascii="Sylfaen" w:hAnsi="Sylfaen"/>
          <w:sz w:val="24"/>
          <w:szCs w:val="24"/>
        </w:rPr>
        <w:t xml:space="preserve">  </w:t>
      </w:r>
    </w:p>
    <w:p w14:paraId="141051E4" w14:textId="441052B9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ქვედა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ყბის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პრემოლარების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ამოღებისას</w:t>
      </w:r>
      <w:proofErr w:type="spellEnd"/>
      <w:r w:rsidR="005A2F10" w:rsidRPr="00C36A5B">
        <w:rPr>
          <w:rFonts w:ascii="Sylfaen" w:hAnsi="Sylfaen"/>
          <w:sz w:val="24"/>
          <w:szCs w:val="24"/>
          <w:lang w:val="ka-GE"/>
        </w:rPr>
        <w:t>,</w:t>
      </w:r>
      <w:r w:rsidR="00C6209C" w:rsidRPr="00C36A5B">
        <w:rPr>
          <w:rFonts w:ascii="Sylfaen" w:hAnsi="Sylfaen"/>
          <w:sz w:val="24"/>
          <w:szCs w:val="24"/>
          <w:lang w:val="ka-GE"/>
        </w:rPr>
        <w:t xml:space="preserve"> ანთების არარსებობის შემთხვევაში, როგორც წესი, </w:t>
      </w:r>
      <w:proofErr w:type="spellStart"/>
      <w:r w:rsidRPr="00C36A5B">
        <w:rPr>
          <w:rFonts w:ascii="Sylfaen" w:hAnsi="Sylfaen"/>
          <w:sz w:val="24"/>
          <w:szCs w:val="24"/>
        </w:rPr>
        <w:t>საკმარისია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1,7 </w:t>
      </w:r>
      <w:proofErr w:type="spellStart"/>
      <w:r w:rsidRPr="00C36A5B">
        <w:rPr>
          <w:rFonts w:ascii="Sylfaen" w:hAnsi="Sylfaen"/>
          <w:sz w:val="24"/>
          <w:szCs w:val="24"/>
        </w:rPr>
        <w:t>მლ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7B3369" w:rsidRPr="00C36A5B">
        <w:rPr>
          <w:rFonts w:ascii="Sylfaen" w:hAnsi="Sylfaen"/>
          <w:sz w:val="24"/>
          <w:szCs w:val="24"/>
          <w:lang w:val="ka-GE"/>
        </w:rPr>
        <w:t xml:space="preserve">შეყვანა </w:t>
      </w:r>
      <w:proofErr w:type="spellStart"/>
      <w:r w:rsidRPr="00C36A5B">
        <w:rPr>
          <w:rFonts w:ascii="Sylfaen" w:hAnsi="Sylfaen"/>
          <w:sz w:val="24"/>
          <w:szCs w:val="24"/>
        </w:rPr>
        <w:t>თითო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კბილზე</w:t>
      </w:r>
      <w:proofErr w:type="spellEnd"/>
      <w:r w:rsidRPr="00C36A5B">
        <w:rPr>
          <w:rFonts w:ascii="Sylfaen" w:hAnsi="Sylfaen"/>
          <w:sz w:val="24"/>
          <w:szCs w:val="24"/>
        </w:rPr>
        <w:t xml:space="preserve">. </w:t>
      </w:r>
      <w:r w:rsidR="00C6209C" w:rsidRPr="00C36A5B">
        <w:rPr>
          <w:rFonts w:ascii="Sylfaen" w:hAnsi="Sylfaen"/>
          <w:sz w:val="24"/>
          <w:szCs w:val="24"/>
          <w:lang w:val="ka-GE"/>
        </w:rPr>
        <w:t xml:space="preserve">თუკი ასეთი გზით ვერ მოხერხდა </w:t>
      </w:r>
      <w:r w:rsidR="005A2F10" w:rsidRPr="00C36A5B">
        <w:rPr>
          <w:rFonts w:ascii="Sylfaen" w:hAnsi="Sylfaen"/>
          <w:sz w:val="24"/>
          <w:szCs w:val="24"/>
          <w:lang w:val="ka-GE"/>
        </w:rPr>
        <w:t xml:space="preserve">სასურველი ეფექტის მიღწევა, </w:t>
      </w:r>
      <w:proofErr w:type="spellStart"/>
      <w:r w:rsidRPr="00C36A5B">
        <w:rPr>
          <w:rFonts w:ascii="Sylfaen" w:hAnsi="Sylfaen"/>
          <w:sz w:val="24"/>
          <w:szCs w:val="24"/>
        </w:rPr>
        <w:t>საჭირო</w:t>
      </w:r>
      <w:proofErr w:type="spellEnd"/>
      <w:r w:rsidR="005A2F10" w:rsidRPr="00C36A5B">
        <w:rPr>
          <w:rFonts w:ascii="Sylfaen" w:hAnsi="Sylfaen"/>
          <w:sz w:val="24"/>
          <w:szCs w:val="24"/>
          <w:lang w:val="ka-GE"/>
        </w:rPr>
        <w:t>ა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დამატებითი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ინექცი</w:t>
      </w:r>
      <w:proofErr w:type="spellEnd"/>
      <w:r w:rsidR="005A2F10" w:rsidRPr="00C36A5B">
        <w:rPr>
          <w:rFonts w:ascii="Sylfaen" w:hAnsi="Sylfaen"/>
          <w:sz w:val="24"/>
          <w:szCs w:val="24"/>
          <w:lang w:val="ka-GE"/>
        </w:rPr>
        <w:t>ის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ჩატარ</w:t>
      </w:r>
      <w:proofErr w:type="spellEnd"/>
      <w:r w:rsidR="005A2F10" w:rsidRPr="00C36A5B">
        <w:rPr>
          <w:rFonts w:ascii="Sylfaen" w:hAnsi="Sylfaen"/>
          <w:sz w:val="24"/>
          <w:szCs w:val="24"/>
          <w:lang w:val="ka-GE"/>
        </w:rPr>
        <w:t xml:space="preserve">ება </w:t>
      </w:r>
      <w:proofErr w:type="spellStart"/>
      <w:r w:rsidR="005A2F10" w:rsidRPr="00C36A5B">
        <w:rPr>
          <w:rFonts w:ascii="Sylfaen" w:hAnsi="Sylfaen"/>
          <w:sz w:val="24"/>
          <w:szCs w:val="24"/>
          <w:lang w:val="ka-GE"/>
        </w:rPr>
        <w:t>ანესთეტიკის</w:t>
      </w:r>
      <w:proofErr w:type="spellEnd"/>
      <w:r w:rsidR="005A2F10" w:rsidRPr="00C36A5B">
        <w:rPr>
          <w:rFonts w:ascii="Sylfaen" w:hAnsi="Sylfaen"/>
          <w:sz w:val="24"/>
          <w:szCs w:val="24"/>
          <w:lang w:val="ka-GE"/>
        </w:rPr>
        <w:t xml:space="preserve">  </w:t>
      </w:r>
      <w:r w:rsidR="007B3369" w:rsidRPr="00C36A5B">
        <w:rPr>
          <w:rFonts w:ascii="Sylfaen" w:hAnsi="Sylfaen"/>
          <w:sz w:val="24"/>
          <w:szCs w:val="24"/>
          <w:lang w:val="ka-GE"/>
        </w:rPr>
        <w:t>1-</w:t>
      </w:r>
      <w:r w:rsidR="005A2F10" w:rsidRPr="00C36A5B">
        <w:rPr>
          <w:rFonts w:ascii="Sylfaen" w:hAnsi="Sylfaen"/>
          <w:sz w:val="24"/>
          <w:szCs w:val="24"/>
          <w:lang w:val="ka-GE"/>
        </w:rPr>
        <w:t xml:space="preserve">1,7 მლ-ს შეყვანით </w:t>
      </w:r>
      <w:proofErr w:type="spellStart"/>
      <w:r w:rsidR="005A2F10" w:rsidRPr="00C36A5B">
        <w:rPr>
          <w:rFonts w:ascii="Sylfaen" w:hAnsi="Sylfaen"/>
          <w:sz w:val="24"/>
          <w:szCs w:val="24"/>
          <w:lang w:val="ka-GE"/>
        </w:rPr>
        <w:t>ლორწოვანისქვეშა</w:t>
      </w:r>
      <w:proofErr w:type="spellEnd"/>
      <w:r w:rsidR="005A2F10" w:rsidRPr="00C36A5B">
        <w:rPr>
          <w:rFonts w:ascii="Sylfaen" w:hAnsi="Sylfaen"/>
          <w:sz w:val="24"/>
          <w:szCs w:val="24"/>
          <w:lang w:val="ka-GE"/>
        </w:rPr>
        <w:t xml:space="preserve"> გარსში</w:t>
      </w:r>
      <w:r w:rsidR="007B3369" w:rsidRPr="00C36A5B">
        <w:rPr>
          <w:rFonts w:ascii="Sylfaen" w:hAnsi="Sylfaen"/>
          <w:sz w:val="24"/>
          <w:szCs w:val="24"/>
          <w:lang w:val="ka-GE"/>
        </w:rPr>
        <w:t>,</w:t>
      </w:r>
      <w:r w:rsidR="005A2F10" w:rsidRPr="00C36A5B">
        <w:rPr>
          <w:rFonts w:ascii="Sylfaen" w:hAnsi="Sylfaen"/>
          <w:sz w:val="24"/>
          <w:szCs w:val="24"/>
          <w:lang w:val="ka-GE"/>
        </w:rPr>
        <w:t xml:space="preserve"> გარდამავალი </w:t>
      </w:r>
      <w:proofErr w:type="spellStart"/>
      <w:r w:rsidR="005A2F10" w:rsidRPr="00C36A5B">
        <w:rPr>
          <w:rFonts w:ascii="Sylfaen" w:hAnsi="Sylfaen"/>
          <w:sz w:val="24"/>
          <w:szCs w:val="24"/>
          <w:lang w:val="ka-GE"/>
        </w:rPr>
        <w:t>ნაკეცის</w:t>
      </w:r>
      <w:proofErr w:type="spellEnd"/>
      <w:r w:rsidR="005A2F10" w:rsidRPr="00C36A5B">
        <w:rPr>
          <w:rFonts w:ascii="Sylfaen" w:hAnsi="Sylfaen"/>
          <w:sz w:val="24"/>
          <w:szCs w:val="24"/>
          <w:lang w:val="ka-GE"/>
        </w:rPr>
        <w:t xml:space="preserve"> უბანში</w:t>
      </w:r>
      <w:r w:rsidR="007B3369" w:rsidRPr="00C36A5B">
        <w:rPr>
          <w:rFonts w:ascii="Sylfaen" w:hAnsi="Sylfaen"/>
          <w:sz w:val="24"/>
          <w:szCs w:val="24"/>
          <w:lang w:val="ka-GE"/>
        </w:rPr>
        <w:t>,</w:t>
      </w:r>
      <w:r w:rsidR="005A2F10" w:rsidRPr="00C36A5B">
        <w:rPr>
          <w:rFonts w:ascii="Sylfaen" w:hAnsi="Sylfaen"/>
          <w:sz w:val="24"/>
          <w:szCs w:val="24"/>
          <w:lang w:val="ka-GE"/>
        </w:rPr>
        <w:t xml:space="preserve"> ვესტიბულარული მხრიდან</w:t>
      </w:r>
      <w:r w:rsidRPr="00C36A5B">
        <w:rPr>
          <w:rFonts w:ascii="Sylfaen" w:hAnsi="Sylfaen"/>
          <w:sz w:val="24"/>
          <w:szCs w:val="24"/>
        </w:rPr>
        <w:t xml:space="preserve">. </w:t>
      </w:r>
      <w:proofErr w:type="spellStart"/>
      <w:r w:rsidRPr="00C36A5B">
        <w:rPr>
          <w:rFonts w:ascii="Sylfaen" w:hAnsi="Sylfaen"/>
          <w:sz w:val="24"/>
          <w:szCs w:val="24"/>
        </w:rPr>
        <w:t>თუ</w:t>
      </w:r>
      <w:proofErr w:type="spellEnd"/>
      <w:r w:rsidR="005A2F10" w:rsidRPr="00C36A5B">
        <w:rPr>
          <w:rFonts w:ascii="Sylfaen" w:hAnsi="Sylfaen"/>
          <w:sz w:val="24"/>
          <w:szCs w:val="24"/>
          <w:lang w:val="ka-GE"/>
        </w:rPr>
        <w:t>კი ამ შემთხვევაშიც ვერ მოხერხდა სრული ანესთეზიის მიღწევა,</w:t>
      </w:r>
      <w:r w:rsidRPr="00C36A5B">
        <w:rPr>
          <w:rFonts w:ascii="Sylfaen" w:hAnsi="Sylfaen"/>
          <w:sz w:val="24"/>
          <w:szCs w:val="24"/>
        </w:rPr>
        <w:t xml:space="preserve"> </w:t>
      </w:r>
      <w:r w:rsidR="005A2F10" w:rsidRPr="00C36A5B">
        <w:rPr>
          <w:rFonts w:ascii="Sylfaen" w:hAnsi="Sylfaen"/>
          <w:sz w:val="24"/>
          <w:szCs w:val="24"/>
          <w:lang w:val="ka-GE"/>
        </w:rPr>
        <w:t>საჭიროა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ჩატარდეს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ქვედა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ყბის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ნერვ</w:t>
      </w:r>
      <w:proofErr w:type="spellEnd"/>
      <w:r w:rsidR="005A2F10" w:rsidRPr="00C36A5B">
        <w:rPr>
          <w:rFonts w:ascii="Sylfaen" w:hAnsi="Sylfaen"/>
          <w:sz w:val="24"/>
          <w:szCs w:val="24"/>
          <w:lang w:val="ka-GE"/>
        </w:rPr>
        <w:t xml:space="preserve">ის </w:t>
      </w:r>
      <w:proofErr w:type="spellStart"/>
      <w:r w:rsidR="005A2F10" w:rsidRPr="00C36A5B">
        <w:rPr>
          <w:rFonts w:ascii="Sylfaen" w:hAnsi="Sylfaen"/>
          <w:sz w:val="24"/>
          <w:szCs w:val="24"/>
        </w:rPr>
        <w:t>გამტარი</w:t>
      </w:r>
      <w:proofErr w:type="spellEnd"/>
      <w:r w:rsidR="005A2F10" w:rsidRPr="00C36A5B">
        <w:rPr>
          <w:rFonts w:ascii="Sylfaen" w:hAnsi="Sylfaen"/>
          <w:sz w:val="24"/>
          <w:szCs w:val="24"/>
        </w:rPr>
        <w:t xml:space="preserve"> </w:t>
      </w:r>
      <w:r w:rsidR="005A2F10" w:rsidRPr="00C36A5B">
        <w:rPr>
          <w:rFonts w:ascii="Sylfaen" w:hAnsi="Sylfaen"/>
          <w:sz w:val="24"/>
          <w:szCs w:val="24"/>
          <w:lang w:val="ka-GE"/>
        </w:rPr>
        <w:t>ბლოკად</w:t>
      </w:r>
      <w:r w:rsidR="005A2F10" w:rsidRPr="00C36A5B">
        <w:rPr>
          <w:rFonts w:ascii="Sylfaen" w:hAnsi="Sylfaen"/>
          <w:sz w:val="24"/>
          <w:szCs w:val="24"/>
        </w:rPr>
        <w:t>ა</w:t>
      </w:r>
      <w:r w:rsidRPr="00C36A5B">
        <w:rPr>
          <w:rFonts w:ascii="Sylfaen" w:hAnsi="Sylfaen"/>
          <w:sz w:val="24"/>
          <w:szCs w:val="24"/>
        </w:rPr>
        <w:t xml:space="preserve">.  </w:t>
      </w:r>
    </w:p>
    <w:p w14:paraId="51226036" w14:textId="2A9EA085" w:rsidR="00BE1264" w:rsidRPr="00C36A5B" w:rsidRDefault="005A2F10" w:rsidP="00483B73">
      <w:pPr>
        <w:spacing w:after="0" w:line="240" w:lineRule="auto"/>
        <w:rPr>
          <w:rFonts w:ascii="Sylfaen" w:hAnsi="Sylfaen"/>
          <w:i/>
          <w:sz w:val="24"/>
          <w:szCs w:val="24"/>
          <w:lang w:val="ka-GE"/>
        </w:rPr>
      </w:pPr>
      <w:r w:rsidRPr="00C36A5B">
        <w:rPr>
          <w:rFonts w:ascii="Sylfaen" w:hAnsi="Sylfaen"/>
          <w:b/>
          <w:sz w:val="24"/>
          <w:szCs w:val="24"/>
          <w:lang w:val="ka-GE"/>
        </w:rPr>
        <w:t xml:space="preserve">არტიკაინი-ვეგა 40 მგ + </w:t>
      </w:r>
      <w:r w:rsidRPr="00C36A5B">
        <w:rPr>
          <w:rFonts w:ascii="Sylfaen" w:hAnsi="Sylfaen"/>
          <w:b/>
          <w:i/>
          <w:sz w:val="24"/>
          <w:szCs w:val="24"/>
          <w:lang w:val="ka-GE"/>
        </w:rPr>
        <w:t xml:space="preserve">0,01 </w:t>
      </w:r>
      <w:r w:rsidR="001D7F29" w:rsidRPr="00C36A5B">
        <w:rPr>
          <w:rFonts w:ascii="Sylfaen" w:hAnsi="Sylfaen"/>
          <w:b/>
          <w:i/>
          <w:sz w:val="24"/>
          <w:szCs w:val="24"/>
          <w:lang w:val="ka-GE"/>
        </w:rPr>
        <w:t>მგ/</w:t>
      </w:r>
      <w:r w:rsidRPr="00C36A5B">
        <w:rPr>
          <w:rFonts w:ascii="Sylfaen" w:hAnsi="Sylfaen"/>
          <w:b/>
          <w:i/>
          <w:sz w:val="24"/>
          <w:szCs w:val="24"/>
          <w:lang w:val="ka-GE"/>
        </w:rPr>
        <w:t>მლ</w:t>
      </w:r>
      <w:r w:rsidRPr="00C36A5B">
        <w:rPr>
          <w:rFonts w:ascii="Sylfaen" w:hAnsi="Sylfaen"/>
          <w:i/>
          <w:sz w:val="24"/>
          <w:szCs w:val="24"/>
          <w:lang w:val="ka-GE"/>
        </w:rPr>
        <w:t xml:space="preserve"> :</w:t>
      </w:r>
    </w:p>
    <w:p w14:paraId="4DB8240D" w14:textId="288D643E" w:rsidR="005A2F10" w:rsidRPr="00C36A5B" w:rsidRDefault="001D7F29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36A5B">
        <w:rPr>
          <w:rFonts w:ascii="Sylfaen" w:hAnsi="Sylfaen"/>
          <w:sz w:val="24"/>
          <w:szCs w:val="24"/>
          <w:lang w:val="ka-GE"/>
        </w:rPr>
        <w:t>ქირურგიული ჩარევებისას, მათი სიმძიმისა და ხანგრძლივობიდან გამომდინარე, პრეპარატის დოზა შეირჩევა ინდივიდუალურად.</w:t>
      </w:r>
    </w:p>
    <w:p w14:paraId="534B5778" w14:textId="133542CC" w:rsidR="001D7F29" w:rsidRPr="00C36A5B" w:rsidRDefault="001D7F29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36A5B">
        <w:rPr>
          <w:rFonts w:ascii="Sylfaen" w:hAnsi="Sylfaen"/>
          <w:b/>
          <w:sz w:val="24"/>
          <w:szCs w:val="24"/>
          <w:lang w:val="ka-GE"/>
        </w:rPr>
        <w:t xml:space="preserve">არტიკაინ-ვეგა 40 მგ + </w:t>
      </w:r>
      <w:r w:rsidRPr="00C36A5B">
        <w:rPr>
          <w:rFonts w:ascii="Sylfaen" w:hAnsi="Sylfaen"/>
          <w:b/>
          <w:i/>
          <w:sz w:val="24"/>
          <w:szCs w:val="24"/>
          <w:lang w:val="ka-GE"/>
        </w:rPr>
        <w:t>0,005 მგ/მლ</w:t>
      </w:r>
      <w:r w:rsidRPr="00C36A5B">
        <w:rPr>
          <w:rFonts w:ascii="Sylfaen" w:hAnsi="Sylfaen"/>
          <w:sz w:val="24"/>
          <w:szCs w:val="24"/>
          <w:lang w:val="ka-GE"/>
        </w:rPr>
        <w:t xml:space="preserve"> :</w:t>
      </w:r>
    </w:p>
    <w:p w14:paraId="7D5046B3" w14:textId="51F7B1F7" w:rsidR="001D7F29" w:rsidRPr="00C36A5B" w:rsidRDefault="001D7F29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ღრუების დამუშავებისა და </w:t>
      </w:r>
      <w:r w:rsidR="00AF58E3" w:rsidRPr="00C36A5B">
        <w:rPr>
          <w:rFonts w:ascii="Sylfaen" w:hAnsi="Sylfaen"/>
          <w:sz w:val="24"/>
          <w:szCs w:val="24"/>
          <w:u w:val="single"/>
          <w:lang w:val="ka-GE"/>
        </w:rPr>
        <w:t>გვირგვინისთვის</w:t>
      </w:r>
      <w:r w:rsidR="00AF58E3"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კბილების გაქლიბვის დროს, ქვედა </w:t>
      </w:r>
      <w:r w:rsidR="007B3369" w:rsidRPr="00C36A5B">
        <w:rPr>
          <w:rFonts w:ascii="Sylfaen" w:hAnsi="Sylfaen"/>
          <w:sz w:val="24"/>
          <w:szCs w:val="24"/>
          <w:lang w:val="ka-GE"/>
        </w:rPr>
        <w:t xml:space="preserve">ყბის </w:t>
      </w:r>
      <w:r w:rsidR="00AF58E3" w:rsidRPr="00C36A5B">
        <w:rPr>
          <w:rFonts w:ascii="Sylfaen" w:hAnsi="Sylfaen"/>
          <w:sz w:val="24"/>
          <w:szCs w:val="24"/>
          <w:lang w:val="ka-GE"/>
        </w:rPr>
        <w:t>მოლარების</w:t>
      </w:r>
      <w:r w:rsidR="00606812" w:rsidRPr="00C36A5B">
        <w:rPr>
          <w:rFonts w:ascii="Sylfaen" w:hAnsi="Sylfaen"/>
          <w:sz w:val="24"/>
          <w:szCs w:val="24"/>
          <w:lang w:val="ka-GE"/>
        </w:rPr>
        <w:t xml:space="preserve"> გარდა, მკურნალო</w:t>
      </w:r>
      <w:r w:rsidR="00193064" w:rsidRPr="00C36A5B">
        <w:rPr>
          <w:rFonts w:ascii="Sylfaen" w:hAnsi="Sylfaen"/>
          <w:sz w:val="24"/>
          <w:szCs w:val="24"/>
          <w:lang w:val="ka-GE"/>
        </w:rPr>
        <w:t>ბ</w:t>
      </w:r>
      <w:r w:rsidR="00606812" w:rsidRPr="00C36A5B">
        <w:rPr>
          <w:rFonts w:ascii="Sylfaen" w:hAnsi="Sylfaen"/>
          <w:sz w:val="24"/>
          <w:szCs w:val="24"/>
          <w:lang w:val="ka-GE"/>
        </w:rPr>
        <w:t>ის მოცულობისა და ხანგრძლივობ</w:t>
      </w:r>
      <w:r w:rsidR="00193064" w:rsidRPr="00C36A5B">
        <w:rPr>
          <w:rFonts w:ascii="Sylfaen" w:hAnsi="Sylfaen"/>
          <w:sz w:val="24"/>
          <w:szCs w:val="24"/>
          <w:lang w:val="ka-GE"/>
        </w:rPr>
        <w:t xml:space="preserve">იდან გამომდინარე ნაჩვენებია </w:t>
      </w:r>
      <w:r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="00193064" w:rsidRPr="00C36A5B">
        <w:rPr>
          <w:rFonts w:ascii="Sylfaen" w:hAnsi="Sylfaen"/>
          <w:sz w:val="24"/>
          <w:szCs w:val="24"/>
          <w:lang w:val="ka-GE"/>
        </w:rPr>
        <w:t>პრეპარატის შეყვანა გარდამავალი ნაკეცის უბანში ვესტიბულარული მხრიდან დოზით 0,5-1,7 მლ კბილზე.</w:t>
      </w:r>
    </w:p>
    <w:p w14:paraId="58D9427D" w14:textId="301690D7" w:rsidR="00193064" w:rsidRPr="00C36A5B" w:rsidRDefault="001930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  <w:lang w:val="ka-GE"/>
        </w:rPr>
        <w:t>ზრდასრუ</w:t>
      </w:r>
      <w:r w:rsidR="00BE1264" w:rsidRPr="00C36A5B">
        <w:rPr>
          <w:rFonts w:ascii="Sylfaen" w:hAnsi="Sylfaen"/>
          <w:sz w:val="24"/>
          <w:szCs w:val="24"/>
        </w:rPr>
        <w:t>ლებში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ერთი სამკურნალო პროცედურის შესრულებისას შეიძლება 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არტიკაინის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შეყვანა </w:t>
      </w:r>
      <w:proofErr w:type="spellStart"/>
      <w:r w:rsidRPr="00C36A5B">
        <w:rPr>
          <w:rFonts w:ascii="Sylfaen" w:hAnsi="Sylfaen"/>
          <w:sz w:val="24"/>
          <w:szCs w:val="24"/>
        </w:rPr>
        <w:t>დოზ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ით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</w:rPr>
        <w:t xml:space="preserve">7 </w:t>
      </w:r>
      <w:proofErr w:type="spellStart"/>
      <w:r w:rsidRPr="00C36A5B">
        <w:rPr>
          <w:rFonts w:ascii="Sylfaen" w:hAnsi="Sylfaen"/>
          <w:sz w:val="24"/>
          <w:szCs w:val="24"/>
        </w:rPr>
        <w:t>მგ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-</w:t>
      </w:r>
      <w:r w:rsidR="007B3369" w:rsidRPr="00C36A5B">
        <w:rPr>
          <w:rFonts w:ascii="Sylfaen" w:hAnsi="Sylfaen"/>
          <w:sz w:val="24"/>
          <w:szCs w:val="24"/>
          <w:lang w:val="ka-GE"/>
        </w:rPr>
        <w:t>მდე</w:t>
      </w:r>
      <w:r w:rsidRPr="00C36A5B">
        <w:rPr>
          <w:rFonts w:ascii="Sylfaen" w:hAnsi="Sylfaen"/>
          <w:sz w:val="24"/>
          <w:szCs w:val="24"/>
          <w:lang w:val="ka-GE"/>
        </w:rPr>
        <w:t xml:space="preserve">  1</w:t>
      </w:r>
      <w:proofErr w:type="spellStart"/>
      <w:r w:rsidRPr="00C36A5B">
        <w:rPr>
          <w:rFonts w:ascii="Sylfaen" w:hAnsi="Sylfaen"/>
          <w:sz w:val="24"/>
          <w:szCs w:val="24"/>
        </w:rPr>
        <w:t>კგ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სხეულის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მასაზე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. აღინიშნება, რომ პაციენტები კარგად იტანდნენ 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დოზებს </w:t>
      </w:r>
      <w:r w:rsidR="00BE1264" w:rsidRPr="00C36A5B">
        <w:rPr>
          <w:rFonts w:ascii="Sylfaen" w:hAnsi="Sylfaen"/>
          <w:sz w:val="24"/>
          <w:szCs w:val="24"/>
        </w:rPr>
        <w:t xml:space="preserve">500 </w:t>
      </w:r>
      <w:proofErr w:type="spellStart"/>
      <w:r w:rsidR="00BE1264" w:rsidRPr="00C36A5B">
        <w:rPr>
          <w:rFonts w:ascii="Sylfaen" w:hAnsi="Sylfaen"/>
          <w:sz w:val="24"/>
          <w:szCs w:val="24"/>
        </w:rPr>
        <w:t>მგ-მდე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(შეესაბამება საინექციო ხსნარის </w:t>
      </w:r>
      <w:r w:rsidR="00BE1264" w:rsidRPr="00C36A5B">
        <w:rPr>
          <w:rFonts w:ascii="Sylfaen" w:hAnsi="Sylfaen"/>
          <w:sz w:val="24"/>
          <w:szCs w:val="24"/>
        </w:rPr>
        <w:t xml:space="preserve">12,5 </w:t>
      </w:r>
      <w:proofErr w:type="spellStart"/>
      <w:r w:rsidR="00BE1264" w:rsidRPr="00C36A5B">
        <w:rPr>
          <w:rFonts w:ascii="Sylfaen" w:hAnsi="Sylfaen"/>
          <w:sz w:val="24"/>
          <w:szCs w:val="24"/>
        </w:rPr>
        <w:t>მლ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>-ს</w:t>
      </w:r>
      <w:r w:rsidR="00BE1264" w:rsidRPr="00C36A5B">
        <w:rPr>
          <w:rFonts w:ascii="Sylfaen" w:hAnsi="Sylfaen"/>
          <w:sz w:val="24"/>
          <w:szCs w:val="24"/>
        </w:rPr>
        <w:t xml:space="preserve">).  </w:t>
      </w:r>
    </w:p>
    <w:p w14:paraId="71CB99F4" w14:textId="38579861" w:rsidR="0006229E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proofErr w:type="spellStart"/>
      <w:r w:rsidRPr="00C36A5B">
        <w:rPr>
          <w:rFonts w:ascii="Sylfaen" w:hAnsi="Sylfaen"/>
          <w:i/>
          <w:sz w:val="24"/>
          <w:szCs w:val="24"/>
        </w:rPr>
        <w:t>ხანდაზმულ</w:t>
      </w:r>
      <w:proofErr w:type="spellEnd"/>
      <w:r w:rsidR="00193064" w:rsidRPr="00C36A5B">
        <w:rPr>
          <w:rFonts w:ascii="Sylfaen" w:hAnsi="Sylfaen"/>
          <w:i/>
          <w:sz w:val="24"/>
          <w:szCs w:val="24"/>
          <w:lang w:val="ka-GE"/>
        </w:rPr>
        <w:t>ი ასაკის პაციენტებ</w:t>
      </w:r>
      <w:r w:rsidR="007B3369" w:rsidRPr="00C36A5B">
        <w:rPr>
          <w:rFonts w:ascii="Sylfaen" w:hAnsi="Sylfaen"/>
          <w:i/>
          <w:sz w:val="24"/>
          <w:szCs w:val="24"/>
          <w:lang w:val="ka-GE"/>
        </w:rPr>
        <w:t>ში</w:t>
      </w:r>
      <w:r w:rsidR="00193064" w:rsidRPr="00C36A5B">
        <w:rPr>
          <w:rFonts w:ascii="Sylfaen" w:hAnsi="Sylfaen"/>
          <w:i/>
          <w:sz w:val="24"/>
          <w:szCs w:val="24"/>
          <w:lang w:val="ka-GE"/>
        </w:rPr>
        <w:t xml:space="preserve"> და </w:t>
      </w:r>
      <w:r w:rsidR="007B3369" w:rsidRPr="00C36A5B">
        <w:rPr>
          <w:rFonts w:ascii="Sylfaen" w:hAnsi="Sylfaen"/>
          <w:i/>
          <w:sz w:val="24"/>
          <w:szCs w:val="24"/>
          <w:lang w:val="ka-GE"/>
        </w:rPr>
        <w:t xml:space="preserve">ყველა პაციენტში </w:t>
      </w:r>
      <w:proofErr w:type="spellStart"/>
      <w:r w:rsidRPr="00C36A5B">
        <w:rPr>
          <w:rFonts w:ascii="Sylfaen" w:hAnsi="Sylfaen"/>
          <w:i/>
          <w:sz w:val="24"/>
          <w:szCs w:val="24"/>
        </w:rPr>
        <w:t>თირკმლის</w:t>
      </w:r>
      <w:proofErr w:type="spellEnd"/>
      <w:r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i/>
          <w:sz w:val="24"/>
          <w:szCs w:val="24"/>
        </w:rPr>
        <w:t>ან</w:t>
      </w:r>
      <w:proofErr w:type="spellEnd"/>
      <w:r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i/>
          <w:sz w:val="24"/>
          <w:szCs w:val="24"/>
        </w:rPr>
        <w:t>ღვიძლის</w:t>
      </w:r>
      <w:proofErr w:type="spellEnd"/>
      <w:r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="0006229E" w:rsidRPr="00C36A5B">
        <w:rPr>
          <w:rFonts w:ascii="Sylfaen" w:hAnsi="Sylfaen"/>
          <w:i/>
          <w:sz w:val="24"/>
          <w:szCs w:val="24"/>
        </w:rPr>
        <w:t>მძიმე</w:t>
      </w:r>
      <w:proofErr w:type="spellEnd"/>
      <w:r w:rsidR="0006229E"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i/>
          <w:sz w:val="24"/>
          <w:szCs w:val="24"/>
        </w:rPr>
        <w:t>უკმარისობის</w:t>
      </w:r>
      <w:proofErr w:type="spellEnd"/>
      <w:r w:rsidR="007B3369" w:rsidRPr="00C36A5B">
        <w:rPr>
          <w:rFonts w:ascii="Sylfaen" w:hAnsi="Sylfaen"/>
          <w:i/>
          <w:sz w:val="24"/>
          <w:szCs w:val="24"/>
          <w:lang w:val="ka-GE"/>
        </w:rPr>
        <w:t>თ</w:t>
      </w:r>
      <w:r w:rsidR="0006229E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gramStart"/>
      <w:r w:rsidR="0006229E" w:rsidRPr="00C36A5B">
        <w:rPr>
          <w:rFonts w:ascii="Sylfaen" w:hAnsi="Sylfaen"/>
          <w:sz w:val="24"/>
          <w:szCs w:val="24"/>
          <w:lang w:val="ka-GE"/>
        </w:rPr>
        <w:t xml:space="preserve">შესაძლებელია 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06229E" w:rsidRPr="00C36A5B">
        <w:rPr>
          <w:rFonts w:ascii="Sylfaen" w:hAnsi="Sylfaen"/>
          <w:sz w:val="24"/>
          <w:szCs w:val="24"/>
          <w:lang w:val="ka-GE"/>
        </w:rPr>
        <w:t>არტიკაინის</w:t>
      </w:r>
      <w:proofErr w:type="spellEnd"/>
      <w:proofErr w:type="gramEnd"/>
      <w:r w:rsidR="0006229E" w:rsidRPr="00C36A5B">
        <w:rPr>
          <w:rFonts w:ascii="Sylfaen" w:hAnsi="Sylfaen"/>
          <w:sz w:val="24"/>
          <w:szCs w:val="24"/>
          <w:lang w:val="ka-GE"/>
        </w:rPr>
        <w:t xml:space="preserve"> გაზრდილი პლაზმური კონცენტრაციების შექმნა. </w:t>
      </w:r>
    </w:p>
    <w:p w14:paraId="275CFAD9" w14:textId="137D91A4" w:rsidR="00BE1264" w:rsidRPr="00C36A5B" w:rsidRDefault="0006229E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  <w:lang w:val="ka-GE"/>
        </w:rPr>
        <w:lastRenderedPageBreak/>
        <w:t xml:space="preserve">ამ პაციენტებისთვის  უნდა იქნას </w:t>
      </w:r>
      <w:proofErr w:type="spellStart"/>
      <w:r w:rsidR="00BE1264" w:rsidRPr="00C36A5B">
        <w:rPr>
          <w:rFonts w:ascii="Sylfaen" w:hAnsi="Sylfaen"/>
          <w:sz w:val="24"/>
          <w:szCs w:val="24"/>
        </w:rPr>
        <w:t>გამო</w:t>
      </w:r>
      <w:r w:rsidRPr="00C36A5B">
        <w:rPr>
          <w:rFonts w:ascii="Sylfaen" w:hAnsi="Sylfaen"/>
          <w:sz w:val="24"/>
          <w:szCs w:val="24"/>
          <w:lang w:val="ka-GE"/>
        </w:rPr>
        <w:t>ყენებული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მინიმალური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დოზები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, რომლებიც აუცილებელია ანესთეზიის საკმარისი სიღრმის მისაღწევად</w:t>
      </w:r>
      <w:r w:rsidR="00BE1264" w:rsidRPr="00C36A5B">
        <w:rPr>
          <w:rFonts w:ascii="Sylfaen" w:hAnsi="Sylfaen"/>
          <w:sz w:val="24"/>
          <w:szCs w:val="24"/>
        </w:rPr>
        <w:t xml:space="preserve">.  </w:t>
      </w:r>
    </w:p>
    <w:p w14:paraId="48F72A5B" w14:textId="12A904CB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proofErr w:type="gramStart"/>
      <w:r w:rsidRPr="00C36A5B">
        <w:rPr>
          <w:rFonts w:ascii="Sylfaen" w:hAnsi="Sylfaen"/>
          <w:b/>
          <w:i/>
          <w:sz w:val="24"/>
          <w:szCs w:val="24"/>
        </w:rPr>
        <w:t>ბავშვები</w:t>
      </w:r>
      <w:proofErr w:type="spellEnd"/>
      <w:r w:rsidR="0006229E" w:rsidRPr="00C36A5B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 w:rsidRPr="00C36A5B">
        <w:rPr>
          <w:rFonts w:ascii="Sylfaen" w:hAnsi="Sylfaen"/>
          <w:sz w:val="24"/>
          <w:szCs w:val="24"/>
        </w:rPr>
        <w:t>:</w:t>
      </w:r>
      <w:proofErr w:type="gramEnd"/>
      <w:r w:rsidRPr="00C36A5B">
        <w:rPr>
          <w:rFonts w:ascii="Sylfaen" w:hAnsi="Sylfaen"/>
          <w:sz w:val="24"/>
          <w:szCs w:val="24"/>
        </w:rPr>
        <w:t xml:space="preserve">  </w:t>
      </w:r>
    </w:p>
    <w:p w14:paraId="4D20B7C7" w14:textId="7AB56970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</w:rPr>
        <w:t>4 წ</w:t>
      </w:r>
      <w:r w:rsidR="0006229E" w:rsidRPr="00C36A5B">
        <w:rPr>
          <w:rFonts w:ascii="Sylfaen" w:hAnsi="Sylfaen"/>
          <w:sz w:val="24"/>
          <w:szCs w:val="24"/>
          <w:lang w:val="ka-GE"/>
        </w:rPr>
        <w:t xml:space="preserve">ელზე უფროსი ასაკის პედიატრიული </w:t>
      </w:r>
      <w:proofErr w:type="gramStart"/>
      <w:r w:rsidR="0006229E" w:rsidRPr="00C36A5B">
        <w:rPr>
          <w:rFonts w:ascii="Sylfaen" w:hAnsi="Sylfaen"/>
          <w:sz w:val="24"/>
          <w:szCs w:val="24"/>
          <w:lang w:val="ka-GE"/>
        </w:rPr>
        <w:t xml:space="preserve">პაციენტებისთვის 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უნდა</w:t>
      </w:r>
      <w:proofErr w:type="spellEnd"/>
      <w:proofErr w:type="gramEnd"/>
      <w:r w:rsidRPr="00C36A5B">
        <w:rPr>
          <w:rFonts w:ascii="Sylfaen" w:hAnsi="Sylfaen"/>
          <w:sz w:val="24"/>
          <w:szCs w:val="24"/>
        </w:rPr>
        <w:t xml:space="preserve"> </w:t>
      </w:r>
      <w:r w:rsidR="0006229E" w:rsidRPr="00C36A5B">
        <w:rPr>
          <w:rFonts w:ascii="Sylfaen" w:hAnsi="Sylfaen"/>
          <w:sz w:val="24"/>
          <w:szCs w:val="24"/>
          <w:lang w:val="ka-GE"/>
        </w:rPr>
        <w:t xml:space="preserve">იქნას </w:t>
      </w:r>
      <w:proofErr w:type="spellStart"/>
      <w:r w:rsidRPr="00C36A5B">
        <w:rPr>
          <w:rFonts w:ascii="Sylfaen" w:hAnsi="Sylfaen"/>
          <w:sz w:val="24"/>
          <w:szCs w:val="24"/>
        </w:rPr>
        <w:t>გამო</w:t>
      </w:r>
      <w:r w:rsidR="0006229E" w:rsidRPr="00C36A5B">
        <w:rPr>
          <w:rFonts w:ascii="Sylfaen" w:hAnsi="Sylfaen"/>
          <w:sz w:val="24"/>
          <w:szCs w:val="24"/>
          <w:lang w:val="ka-GE"/>
        </w:rPr>
        <w:t>ყენებული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მინიმალური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დოზ</w:t>
      </w:r>
      <w:proofErr w:type="spellEnd"/>
      <w:r w:rsidR="0006229E" w:rsidRPr="00C36A5B">
        <w:rPr>
          <w:rFonts w:ascii="Sylfaen" w:hAnsi="Sylfaen"/>
          <w:sz w:val="24"/>
          <w:szCs w:val="24"/>
          <w:lang w:val="ka-GE"/>
        </w:rPr>
        <w:t>ები, რომლებიც საჭიროა ადე</w:t>
      </w:r>
      <w:r w:rsidR="007B3369" w:rsidRPr="00C36A5B">
        <w:rPr>
          <w:rFonts w:ascii="Sylfaen" w:hAnsi="Sylfaen"/>
          <w:sz w:val="24"/>
          <w:szCs w:val="24"/>
          <w:lang w:val="ka-GE"/>
        </w:rPr>
        <w:t>ქ</w:t>
      </w:r>
      <w:r w:rsidR="0006229E" w:rsidRPr="00C36A5B">
        <w:rPr>
          <w:rFonts w:ascii="Sylfaen" w:hAnsi="Sylfaen"/>
          <w:sz w:val="24"/>
          <w:szCs w:val="24"/>
          <w:lang w:val="ka-GE"/>
        </w:rPr>
        <w:t>ვატური ანესთეზიის მისაღწევად</w:t>
      </w:r>
      <w:r w:rsidRPr="00C36A5B">
        <w:rPr>
          <w:rFonts w:ascii="Sylfaen" w:hAnsi="Sylfaen"/>
          <w:sz w:val="24"/>
          <w:szCs w:val="24"/>
        </w:rPr>
        <w:t xml:space="preserve">.  </w:t>
      </w:r>
    </w:p>
    <w:p w14:paraId="7B373B82" w14:textId="20B918DD" w:rsidR="00BE1264" w:rsidRPr="00C36A5B" w:rsidRDefault="0006229E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proofErr w:type="spellStart"/>
      <w:r w:rsidR="00BE1264" w:rsidRPr="00C36A5B">
        <w:rPr>
          <w:rFonts w:ascii="Sylfaen" w:hAnsi="Sylfaen"/>
          <w:sz w:val="24"/>
          <w:szCs w:val="24"/>
        </w:rPr>
        <w:t>დოზა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გამოითვლება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ბავშვის ასაკიდან და სხეულის მასიდან გამომდინარე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>, მა</w:t>
      </w:r>
      <w:r w:rsidR="003A5AD3" w:rsidRPr="00C36A5B">
        <w:rPr>
          <w:rFonts w:ascii="Sylfaen" w:hAnsi="Sylfaen"/>
          <w:sz w:val="24"/>
          <w:szCs w:val="24"/>
          <w:lang w:val="ka-GE"/>
        </w:rPr>
        <w:t>გ</w:t>
      </w:r>
      <w:r w:rsidRPr="00C36A5B">
        <w:rPr>
          <w:rFonts w:ascii="Sylfaen" w:hAnsi="Sylfaen"/>
          <w:sz w:val="24"/>
          <w:szCs w:val="24"/>
          <w:lang w:val="ka-GE"/>
        </w:rPr>
        <w:t xml:space="preserve">რამ ის არ უნდა აღემატებოდეს არტიკაინის </w:t>
      </w:r>
      <w:r w:rsidR="00BE1264" w:rsidRPr="00C36A5B">
        <w:rPr>
          <w:rFonts w:ascii="Sylfaen" w:hAnsi="Sylfaen"/>
          <w:sz w:val="24"/>
          <w:szCs w:val="24"/>
        </w:rPr>
        <w:t xml:space="preserve">7 </w:t>
      </w:r>
      <w:proofErr w:type="spellStart"/>
      <w:r w:rsidR="00BE1264" w:rsidRPr="00C36A5B">
        <w:rPr>
          <w:rFonts w:ascii="Sylfaen" w:hAnsi="Sylfaen"/>
          <w:sz w:val="24"/>
          <w:szCs w:val="24"/>
        </w:rPr>
        <w:t>მგ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-ს 1</w:t>
      </w:r>
      <w:proofErr w:type="spellStart"/>
      <w:r w:rsidR="00BE1264" w:rsidRPr="00C36A5B">
        <w:rPr>
          <w:rFonts w:ascii="Sylfaen" w:hAnsi="Sylfaen"/>
          <w:sz w:val="24"/>
          <w:szCs w:val="24"/>
        </w:rPr>
        <w:t>კგ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სხეულის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მასაზე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(0,175 </w:t>
      </w:r>
      <w:proofErr w:type="spellStart"/>
      <w:r w:rsidR="00BE1264" w:rsidRPr="00C36A5B">
        <w:rPr>
          <w:rFonts w:ascii="Sylfaen" w:hAnsi="Sylfaen"/>
          <w:sz w:val="24"/>
          <w:szCs w:val="24"/>
        </w:rPr>
        <w:t>მლ</w:t>
      </w:r>
      <w:proofErr w:type="spellEnd"/>
      <w:r w:rsidR="00BE1264" w:rsidRPr="00C36A5B">
        <w:rPr>
          <w:rFonts w:ascii="Sylfaen" w:hAnsi="Sylfaen"/>
          <w:sz w:val="24"/>
          <w:szCs w:val="24"/>
        </w:rPr>
        <w:t>/</w:t>
      </w:r>
      <w:proofErr w:type="spellStart"/>
      <w:r w:rsidR="00BE1264" w:rsidRPr="00C36A5B">
        <w:rPr>
          <w:rFonts w:ascii="Sylfaen" w:hAnsi="Sylfaen"/>
          <w:sz w:val="24"/>
          <w:szCs w:val="24"/>
        </w:rPr>
        <w:t>კგ</w:t>
      </w:r>
      <w:proofErr w:type="spellEnd"/>
      <w:r w:rsidR="00BE1264" w:rsidRPr="00C36A5B">
        <w:rPr>
          <w:rFonts w:ascii="Sylfaen" w:hAnsi="Sylfaen"/>
          <w:sz w:val="24"/>
          <w:szCs w:val="24"/>
        </w:rPr>
        <w:t>)</w:t>
      </w:r>
      <w:r w:rsidRPr="00C36A5B">
        <w:rPr>
          <w:rFonts w:ascii="Sylfaen" w:hAnsi="Sylfaen"/>
          <w:sz w:val="24"/>
          <w:szCs w:val="24"/>
          <w:lang w:val="ka-GE"/>
        </w:rPr>
        <w:t>.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</w:p>
    <w:p w14:paraId="10F2F1DA" w14:textId="7510727E" w:rsidR="00BE1264" w:rsidRPr="00C36A5B" w:rsidRDefault="0006229E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პრეპარატის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გამოყენება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BE1264" w:rsidRPr="00C36A5B">
        <w:rPr>
          <w:rFonts w:ascii="Sylfaen" w:hAnsi="Sylfaen"/>
          <w:sz w:val="24"/>
          <w:szCs w:val="24"/>
        </w:rPr>
        <w:t>1 წ</w:t>
      </w:r>
      <w:r w:rsidR="00CD5341" w:rsidRPr="00C36A5B">
        <w:rPr>
          <w:rFonts w:ascii="Sylfaen" w:hAnsi="Sylfaen"/>
          <w:sz w:val="24"/>
          <w:szCs w:val="24"/>
          <w:lang w:val="ka-GE"/>
        </w:rPr>
        <w:t>ელზე ნაკლები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ასაკის </w:t>
      </w:r>
      <w:proofErr w:type="spellStart"/>
      <w:r w:rsidR="00BE1264" w:rsidRPr="00C36A5B">
        <w:rPr>
          <w:rFonts w:ascii="Sylfaen" w:hAnsi="Sylfaen"/>
          <w:sz w:val="24"/>
          <w:szCs w:val="24"/>
        </w:rPr>
        <w:t>ბავშვებში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არ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არის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შესწავლილი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.  </w:t>
      </w:r>
    </w:p>
    <w:p w14:paraId="1E83DE71" w14:textId="77777777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b/>
          <w:sz w:val="24"/>
          <w:szCs w:val="24"/>
        </w:rPr>
        <w:t>გვერდითი</w:t>
      </w:r>
      <w:proofErr w:type="spellEnd"/>
      <w:r w:rsidRPr="00C36A5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b/>
          <w:sz w:val="24"/>
          <w:szCs w:val="24"/>
        </w:rPr>
        <w:t>მოვლენები</w:t>
      </w:r>
      <w:proofErr w:type="spellEnd"/>
      <w:r w:rsidRPr="00C36A5B">
        <w:rPr>
          <w:rFonts w:ascii="Sylfaen" w:hAnsi="Sylfaen"/>
          <w:sz w:val="24"/>
          <w:szCs w:val="24"/>
        </w:rPr>
        <w:t>:</w:t>
      </w:r>
    </w:p>
    <w:p w14:paraId="47338C37" w14:textId="347CF166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გვერდითი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CD5341" w:rsidRPr="00C36A5B">
        <w:rPr>
          <w:rFonts w:ascii="Sylfaen" w:hAnsi="Sylfaen"/>
          <w:sz w:val="24"/>
          <w:szCs w:val="24"/>
          <w:lang w:val="ka-GE"/>
        </w:rPr>
        <w:t>ეფექტ</w:t>
      </w:r>
      <w:proofErr w:type="spellStart"/>
      <w:r w:rsidRPr="00C36A5B">
        <w:rPr>
          <w:rFonts w:ascii="Sylfaen" w:hAnsi="Sylfaen"/>
          <w:sz w:val="24"/>
          <w:szCs w:val="24"/>
        </w:rPr>
        <w:t>ების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CD5341" w:rsidRPr="00C36A5B">
        <w:rPr>
          <w:rFonts w:ascii="Sylfaen" w:hAnsi="Sylfaen"/>
          <w:sz w:val="24"/>
          <w:szCs w:val="24"/>
          <w:lang w:val="ka-GE"/>
        </w:rPr>
        <w:t xml:space="preserve">განვითარების </w:t>
      </w:r>
      <w:proofErr w:type="spellStart"/>
      <w:r w:rsidRPr="00C36A5B">
        <w:rPr>
          <w:rFonts w:ascii="Sylfaen" w:hAnsi="Sylfaen"/>
          <w:sz w:val="24"/>
          <w:szCs w:val="24"/>
        </w:rPr>
        <w:t>სიხშირე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წარმოდგენილია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ჯანმოს</w:t>
      </w:r>
      <w:proofErr w:type="spellEnd"/>
      <w:r w:rsidR="00CD5341" w:rsidRPr="00C36A5B">
        <w:rPr>
          <w:rFonts w:ascii="Sylfaen" w:hAnsi="Sylfaen"/>
          <w:sz w:val="24"/>
          <w:szCs w:val="24"/>
          <w:lang w:val="ka-GE"/>
        </w:rPr>
        <w:t xml:space="preserve"> მიერ რეკომენდებული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კლასიფიკაცი</w:t>
      </w:r>
      <w:proofErr w:type="spellEnd"/>
      <w:r w:rsidR="00CD5341" w:rsidRPr="00C36A5B">
        <w:rPr>
          <w:rFonts w:ascii="Sylfaen" w:hAnsi="Sylfaen"/>
          <w:sz w:val="24"/>
          <w:szCs w:val="24"/>
          <w:lang w:val="ka-GE"/>
        </w:rPr>
        <w:t xml:space="preserve">ის </w:t>
      </w:r>
      <w:proofErr w:type="spellStart"/>
      <w:r w:rsidR="00CD5341" w:rsidRPr="00C36A5B">
        <w:rPr>
          <w:rFonts w:ascii="Sylfaen" w:hAnsi="Sylfaen"/>
          <w:sz w:val="24"/>
          <w:szCs w:val="24"/>
          <w:lang w:val="ka-GE"/>
        </w:rPr>
        <w:t>მიხედვ</w:t>
      </w:r>
      <w:r w:rsidRPr="00C36A5B">
        <w:rPr>
          <w:rFonts w:ascii="Sylfaen" w:hAnsi="Sylfaen"/>
          <w:sz w:val="24"/>
          <w:szCs w:val="24"/>
        </w:rPr>
        <w:t>ით</w:t>
      </w:r>
      <w:proofErr w:type="spellEnd"/>
      <w:r w:rsidRPr="00C36A5B">
        <w:rPr>
          <w:rFonts w:ascii="Sylfaen" w:hAnsi="Sylfaen"/>
          <w:sz w:val="24"/>
          <w:szCs w:val="24"/>
        </w:rPr>
        <w:t xml:space="preserve">:   </w:t>
      </w:r>
      <w:proofErr w:type="spellStart"/>
      <w:r w:rsidRPr="00C36A5B">
        <w:rPr>
          <w:rFonts w:ascii="Sylfaen" w:hAnsi="Sylfaen"/>
          <w:sz w:val="24"/>
          <w:szCs w:val="24"/>
        </w:rPr>
        <w:t>ძალიან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ხშირად</w:t>
      </w:r>
      <w:proofErr w:type="spellEnd"/>
      <w:r w:rsidRPr="00C36A5B">
        <w:rPr>
          <w:rFonts w:ascii="Sylfaen" w:hAnsi="Sylfaen"/>
          <w:sz w:val="24"/>
          <w:szCs w:val="24"/>
        </w:rPr>
        <w:t xml:space="preserve"> (≥1/10</w:t>
      </w:r>
      <w:proofErr w:type="gramStart"/>
      <w:r w:rsidRPr="00C36A5B">
        <w:rPr>
          <w:rFonts w:ascii="Sylfaen" w:hAnsi="Sylfaen"/>
          <w:sz w:val="24"/>
          <w:szCs w:val="24"/>
        </w:rPr>
        <w:t xml:space="preserve">),  </w:t>
      </w:r>
      <w:proofErr w:type="spellStart"/>
      <w:r w:rsidRPr="00C36A5B">
        <w:rPr>
          <w:rFonts w:ascii="Sylfaen" w:hAnsi="Sylfaen"/>
          <w:sz w:val="24"/>
          <w:szCs w:val="24"/>
        </w:rPr>
        <w:t>ხშირად</w:t>
      </w:r>
      <w:proofErr w:type="spellEnd"/>
      <w:proofErr w:type="gramEnd"/>
      <w:r w:rsidRPr="00C36A5B">
        <w:rPr>
          <w:rFonts w:ascii="Sylfaen" w:hAnsi="Sylfaen"/>
          <w:sz w:val="24"/>
          <w:szCs w:val="24"/>
        </w:rPr>
        <w:t xml:space="preserve"> (≥1/100, &lt;1/10),  </w:t>
      </w:r>
      <w:proofErr w:type="spellStart"/>
      <w:r w:rsidRPr="00C36A5B">
        <w:rPr>
          <w:rFonts w:ascii="Sylfaen" w:hAnsi="Sylfaen"/>
          <w:sz w:val="24"/>
          <w:szCs w:val="24"/>
        </w:rPr>
        <w:t>არახშირად</w:t>
      </w:r>
      <w:proofErr w:type="spellEnd"/>
      <w:r w:rsidRPr="00C36A5B">
        <w:rPr>
          <w:rFonts w:ascii="Sylfaen" w:hAnsi="Sylfaen"/>
          <w:sz w:val="24"/>
          <w:szCs w:val="24"/>
        </w:rPr>
        <w:t xml:space="preserve"> (≥1/1000, &lt;1/100),  </w:t>
      </w:r>
      <w:proofErr w:type="spellStart"/>
      <w:r w:rsidRPr="00C36A5B">
        <w:rPr>
          <w:rFonts w:ascii="Sylfaen" w:hAnsi="Sylfaen"/>
          <w:sz w:val="24"/>
          <w:szCs w:val="24"/>
        </w:rPr>
        <w:t>იშვიათად</w:t>
      </w:r>
      <w:proofErr w:type="spellEnd"/>
      <w:r w:rsidRPr="00C36A5B">
        <w:rPr>
          <w:rFonts w:ascii="Sylfaen" w:hAnsi="Sylfaen"/>
          <w:sz w:val="24"/>
          <w:szCs w:val="24"/>
        </w:rPr>
        <w:t xml:space="preserve"> (≥1/10000, &lt;1/1000),  </w:t>
      </w:r>
      <w:proofErr w:type="spellStart"/>
      <w:r w:rsidRPr="00C36A5B">
        <w:rPr>
          <w:rFonts w:ascii="Sylfaen" w:hAnsi="Sylfaen"/>
          <w:sz w:val="24"/>
          <w:szCs w:val="24"/>
        </w:rPr>
        <w:t>ძალიან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იშვიათად</w:t>
      </w:r>
      <w:proofErr w:type="spellEnd"/>
      <w:r w:rsidRPr="00C36A5B">
        <w:rPr>
          <w:rFonts w:ascii="Sylfaen" w:hAnsi="Sylfaen"/>
          <w:sz w:val="24"/>
          <w:szCs w:val="24"/>
        </w:rPr>
        <w:t xml:space="preserve"> (&lt;1/10000), </w:t>
      </w:r>
      <w:r w:rsidR="00CD5341" w:rsidRPr="00C36A5B">
        <w:rPr>
          <w:rFonts w:ascii="Sylfaen" w:hAnsi="Sylfaen"/>
          <w:sz w:val="24"/>
          <w:szCs w:val="24"/>
          <w:lang w:val="ka-GE"/>
        </w:rPr>
        <w:t>ცალკეული შეტყობინებების ჩათვლით;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სიხშირე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უცნობია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(</w:t>
      </w:r>
      <w:r w:rsidR="00CD5341" w:rsidRPr="00C36A5B">
        <w:rPr>
          <w:rFonts w:ascii="Sylfaen" w:hAnsi="Sylfaen"/>
          <w:sz w:val="24"/>
          <w:szCs w:val="24"/>
          <w:lang w:val="ka-GE"/>
        </w:rPr>
        <w:t xml:space="preserve">შეუძლებელია განისაზღვროს </w:t>
      </w:r>
      <w:proofErr w:type="spellStart"/>
      <w:r w:rsidRPr="00C36A5B">
        <w:rPr>
          <w:rFonts w:ascii="Sylfaen" w:hAnsi="Sylfaen"/>
          <w:sz w:val="24"/>
          <w:szCs w:val="24"/>
        </w:rPr>
        <w:t>არსებული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მონაცემებ</w:t>
      </w:r>
      <w:proofErr w:type="spellEnd"/>
      <w:r w:rsidR="00CD5341" w:rsidRPr="00C36A5B">
        <w:rPr>
          <w:rFonts w:ascii="Sylfaen" w:hAnsi="Sylfaen"/>
          <w:sz w:val="24"/>
          <w:szCs w:val="24"/>
          <w:lang w:val="ka-GE"/>
        </w:rPr>
        <w:t xml:space="preserve">ის </w:t>
      </w:r>
      <w:proofErr w:type="spellStart"/>
      <w:r w:rsidR="00CD5341" w:rsidRPr="00C36A5B">
        <w:rPr>
          <w:rFonts w:ascii="Sylfaen" w:hAnsi="Sylfaen"/>
          <w:sz w:val="24"/>
          <w:szCs w:val="24"/>
          <w:lang w:val="ka-GE"/>
        </w:rPr>
        <w:t>მიხედვ</w:t>
      </w:r>
      <w:r w:rsidRPr="00C36A5B">
        <w:rPr>
          <w:rFonts w:ascii="Sylfaen" w:hAnsi="Sylfaen"/>
          <w:sz w:val="24"/>
          <w:szCs w:val="24"/>
        </w:rPr>
        <w:t>ით</w:t>
      </w:r>
      <w:proofErr w:type="spellEnd"/>
      <w:r w:rsidR="00CD5341" w:rsidRPr="00C36A5B">
        <w:rPr>
          <w:rFonts w:ascii="Sylfaen" w:hAnsi="Sylfaen"/>
          <w:sz w:val="24"/>
          <w:szCs w:val="24"/>
          <w:lang w:val="ka-GE"/>
        </w:rPr>
        <w:t>).</w:t>
      </w:r>
      <w:r w:rsidRPr="00C36A5B">
        <w:rPr>
          <w:rFonts w:ascii="Sylfaen" w:hAnsi="Sylfaen"/>
          <w:sz w:val="24"/>
          <w:szCs w:val="24"/>
        </w:rPr>
        <w:t xml:space="preserve"> </w:t>
      </w:r>
    </w:p>
    <w:p w14:paraId="1F96EB21" w14:textId="45C467CE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i/>
          <w:sz w:val="24"/>
          <w:szCs w:val="24"/>
        </w:rPr>
        <w:t>იმუნური</w:t>
      </w:r>
      <w:proofErr w:type="spellEnd"/>
      <w:r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i/>
          <w:sz w:val="24"/>
          <w:szCs w:val="24"/>
        </w:rPr>
        <w:t>სისტემ</w:t>
      </w:r>
      <w:proofErr w:type="spellEnd"/>
      <w:r w:rsidR="00CD5341" w:rsidRPr="00C36A5B">
        <w:rPr>
          <w:rFonts w:ascii="Sylfaen" w:hAnsi="Sylfaen"/>
          <w:i/>
          <w:sz w:val="24"/>
          <w:szCs w:val="24"/>
          <w:lang w:val="ka-GE"/>
        </w:rPr>
        <w:t xml:space="preserve">ის </w:t>
      </w:r>
      <w:proofErr w:type="gramStart"/>
      <w:r w:rsidR="00CD5341" w:rsidRPr="00C36A5B">
        <w:rPr>
          <w:rFonts w:ascii="Sylfaen" w:hAnsi="Sylfaen"/>
          <w:i/>
          <w:sz w:val="24"/>
          <w:szCs w:val="24"/>
          <w:lang w:val="ka-GE"/>
        </w:rPr>
        <w:t>მხრივ</w:t>
      </w:r>
      <w:r w:rsidR="00763DAA" w:rsidRPr="00C36A5B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C36A5B">
        <w:rPr>
          <w:rFonts w:ascii="Sylfaen" w:hAnsi="Sylfaen"/>
          <w:sz w:val="24"/>
          <w:szCs w:val="24"/>
        </w:rPr>
        <w:t>:</w:t>
      </w:r>
      <w:proofErr w:type="gramEnd"/>
      <w:r w:rsidRPr="00C36A5B">
        <w:rPr>
          <w:rFonts w:ascii="Sylfaen" w:hAnsi="Sylfaen"/>
          <w:sz w:val="24"/>
          <w:szCs w:val="24"/>
        </w:rPr>
        <w:t xml:space="preserve">  </w:t>
      </w:r>
    </w:p>
    <w:p w14:paraId="7BC71FF6" w14:textId="5771069F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36A5B">
        <w:rPr>
          <w:rFonts w:ascii="Sylfaen" w:hAnsi="Sylfaen"/>
          <w:sz w:val="24"/>
          <w:szCs w:val="24"/>
        </w:rPr>
        <w:t xml:space="preserve">- </w:t>
      </w:r>
      <w:proofErr w:type="spellStart"/>
      <w:r w:rsidRPr="00C36A5B">
        <w:rPr>
          <w:rFonts w:ascii="Sylfaen" w:hAnsi="Sylfaen"/>
          <w:sz w:val="24"/>
          <w:szCs w:val="24"/>
        </w:rPr>
        <w:t>სიხშირე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უცნობია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– </w:t>
      </w:r>
      <w:proofErr w:type="spellStart"/>
      <w:r w:rsidRPr="00C36A5B">
        <w:rPr>
          <w:rFonts w:ascii="Sylfaen" w:hAnsi="Sylfaen"/>
          <w:sz w:val="24"/>
          <w:szCs w:val="24"/>
        </w:rPr>
        <w:t>ალერგიული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ან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ალერგიისმაგვარი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რეაქციები</w:t>
      </w:r>
      <w:proofErr w:type="spellEnd"/>
      <w:r w:rsidR="00372F10" w:rsidRPr="00C36A5B">
        <w:rPr>
          <w:rFonts w:ascii="Sylfaen" w:hAnsi="Sylfaen"/>
          <w:sz w:val="24"/>
          <w:szCs w:val="24"/>
        </w:rPr>
        <w:t>.</w:t>
      </w:r>
      <w:r w:rsidR="00372F10" w:rsidRPr="00C36A5B">
        <w:rPr>
          <w:rFonts w:ascii="Sylfaen" w:hAnsi="Sylfaen"/>
          <w:sz w:val="24"/>
          <w:szCs w:val="24"/>
          <w:lang w:val="ka-GE"/>
        </w:rPr>
        <w:t xml:space="preserve"> შეიძლება გამოიხატებოდეს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შეშუპებ</w:t>
      </w:r>
      <w:proofErr w:type="spellEnd"/>
      <w:r w:rsidR="00372F10" w:rsidRPr="00C36A5B">
        <w:rPr>
          <w:rFonts w:ascii="Sylfaen" w:hAnsi="Sylfaen"/>
          <w:sz w:val="24"/>
          <w:szCs w:val="24"/>
          <w:lang w:val="ka-GE"/>
        </w:rPr>
        <w:t>ის და (ან)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ანთებ</w:t>
      </w:r>
      <w:proofErr w:type="spellEnd"/>
      <w:r w:rsidR="00372F10" w:rsidRPr="00C36A5B">
        <w:rPr>
          <w:rFonts w:ascii="Sylfaen" w:hAnsi="Sylfaen"/>
          <w:sz w:val="24"/>
          <w:szCs w:val="24"/>
          <w:lang w:val="ka-GE"/>
        </w:rPr>
        <w:t>ის სახით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ინექციის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ადგილზე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r w:rsidR="00372F10" w:rsidRPr="00C36A5B">
        <w:rPr>
          <w:rFonts w:ascii="Sylfaen" w:hAnsi="Sylfaen"/>
          <w:sz w:val="24"/>
          <w:szCs w:val="24"/>
          <w:lang w:val="ka-GE"/>
        </w:rPr>
        <w:t>მაგრამ  შეიძლება წარმოიქმნას ინექციის ადგილისგან დამოუკიდებლად და გამოიხატებოდეს სიწითლი</w:t>
      </w:r>
      <w:r w:rsidR="00410FD4" w:rsidRPr="00C36A5B">
        <w:rPr>
          <w:rFonts w:ascii="Sylfaen" w:hAnsi="Sylfaen"/>
          <w:sz w:val="24"/>
          <w:szCs w:val="24"/>
          <w:lang w:val="ka-GE"/>
        </w:rPr>
        <w:t>თ</w:t>
      </w:r>
      <w:r w:rsidR="00372F10" w:rsidRPr="00C36A5B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ქავილი</w:t>
      </w:r>
      <w:proofErr w:type="spellEnd"/>
      <w:r w:rsidR="00410FD4" w:rsidRPr="00C36A5B">
        <w:rPr>
          <w:rFonts w:ascii="Sylfaen" w:hAnsi="Sylfaen"/>
          <w:sz w:val="24"/>
          <w:szCs w:val="24"/>
          <w:lang w:val="ka-GE"/>
        </w:rPr>
        <w:t>თ</w:t>
      </w:r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კონიუნქტივიტი</w:t>
      </w:r>
      <w:proofErr w:type="spellEnd"/>
      <w:r w:rsidR="00410FD4" w:rsidRPr="00C36A5B">
        <w:rPr>
          <w:rFonts w:ascii="Sylfaen" w:hAnsi="Sylfaen"/>
          <w:sz w:val="24"/>
          <w:szCs w:val="24"/>
          <w:lang w:val="ka-GE"/>
        </w:rPr>
        <w:t>თ</w:t>
      </w:r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რინიტი</w:t>
      </w:r>
      <w:proofErr w:type="spellEnd"/>
      <w:r w:rsidR="00410FD4" w:rsidRPr="00C36A5B">
        <w:rPr>
          <w:rFonts w:ascii="Sylfaen" w:hAnsi="Sylfaen"/>
          <w:sz w:val="24"/>
          <w:szCs w:val="24"/>
          <w:lang w:val="ka-GE"/>
        </w:rPr>
        <w:t>თ</w:t>
      </w:r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="00372F10" w:rsidRPr="00C36A5B">
        <w:rPr>
          <w:rFonts w:ascii="Sylfaen" w:hAnsi="Sylfaen"/>
          <w:sz w:val="24"/>
          <w:szCs w:val="24"/>
        </w:rPr>
        <w:t>სახ</w:t>
      </w:r>
      <w:proofErr w:type="spellEnd"/>
      <w:r w:rsidR="00372F10" w:rsidRPr="00C36A5B">
        <w:rPr>
          <w:rFonts w:ascii="Sylfaen" w:hAnsi="Sylfaen"/>
          <w:sz w:val="24"/>
          <w:szCs w:val="24"/>
          <w:lang w:val="ka-GE"/>
        </w:rPr>
        <w:t>ის</w:t>
      </w:r>
      <w:r w:rsidR="003A5AD3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3A5AD3" w:rsidRPr="00C36A5B">
        <w:rPr>
          <w:rFonts w:ascii="Sylfaen" w:hAnsi="Sylfaen"/>
          <w:sz w:val="24"/>
          <w:szCs w:val="24"/>
          <w:lang w:val="ka-GE"/>
        </w:rPr>
        <w:t>ანგიონევროზული</w:t>
      </w:r>
      <w:proofErr w:type="spellEnd"/>
      <w:r w:rsidR="003A5AD3" w:rsidRPr="00C36A5B">
        <w:rPr>
          <w:rFonts w:ascii="Sylfaen" w:hAnsi="Sylfaen"/>
          <w:sz w:val="24"/>
          <w:szCs w:val="24"/>
          <w:lang w:val="ka-GE"/>
        </w:rPr>
        <w:t xml:space="preserve"> შეშუპებით</w:t>
      </w:r>
      <w:r w:rsidR="00372F10" w:rsidRPr="00C36A5B">
        <w:rPr>
          <w:rFonts w:ascii="Sylfaen" w:hAnsi="Sylfaen"/>
          <w:sz w:val="24"/>
          <w:szCs w:val="24"/>
        </w:rPr>
        <w:t xml:space="preserve">, </w:t>
      </w:r>
      <w:r w:rsidR="00372F10" w:rsidRPr="00C36A5B">
        <w:rPr>
          <w:rFonts w:ascii="Sylfaen" w:hAnsi="Sylfaen"/>
          <w:sz w:val="24"/>
          <w:szCs w:val="24"/>
          <w:lang w:val="ka-GE"/>
        </w:rPr>
        <w:t xml:space="preserve">ზედა </w:t>
      </w:r>
      <w:proofErr w:type="spellStart"/>
      <w:r w:rsidR="00372F10" w:rsidRPr="00C36A5B">
        <w:rPr>
          <w:rFonts w:ascii="Sylfaen" w:hAnsi="Sylfaen"/>
          <w:sz w:val="24"/>
          <w:szCs w:val="24"/>
        </w:rPr>
        <w:t>ტუჩი</w:t>
      </w:r>
      <w:proofErr w:type="spellEnd"/>
      <w:r w:rsidR="00372F10" w:rsidRPr="00C36A5B">
        <w:rPr>
          <w:rFonts w:ascii="Sylfaen" w:hAnsi="Sylfaen"/>
          <w:sz w:val="24"/>
          <w:szCs w:val="24"/>
          <w:lang w:val="ka-GE"/>
        </w:rPr>
        <w:t xml:space="preserve">სა და (ან) ქვედა ტუჩის, ლოყების </w:t>
      </w:r>
      <w:proofErr w:type="spellStart"/>
      <w:r w:rsidR="00372F10" w:rsidRPr="00C36A5B">
        <w:rPr>
          <w:rFonts w:ascii="Sylfaen" w:hAnsi="Sylfaen"/>
          <w:sz w:val="24"/>
          <w:szCs w:val="24"/>
        </w:rPr>
        <w:t>შეშუპებ</w:t>
      </w:r>
      <w:proofErr w:type="spellEnd"/>
      <w:r w:rsidR="00372F10" w:rsidRPr="00C36A5B">
        <w:rPr>
          <w:rFonts w:ascii="Sylfaen" w:hAnsi="Sylfaen"/>
          <w:sz w:val="24"/>
          <w:szCs w:val="24"/>
          <w:lang w:val="ka-GE"/>
        </w:rPr>
        <w:t>ი</w:t>
      </w:r>
      <w:r w:rsidR="00410FD4" w:rsidRPr="00C36A5B">
        <w:rPr>
          <w:rFonts w:ascii="Sylfaen" w:hAnsi="Sylfaen"/>
          <w:sz w:val="24"/>
          <w:szCs w:val="24"/>
          <w:lang w:val="ka-GE"/>
        </w:rPr>
        <w:t>თ</w:t>
      </w:r>
      <w:r w:rsidR="00372F10" w:rsidRPr="00C36A5B">
        <w:rPr>
          <w:rFonts w:ascii="Sylfaen" w:hAnsi="Sylfaen"/>
          <w:sz w:val="24"/>
          <w:szCs w:val="24"/>
        </w:rPr>
        <w:t xml:space="preserve">,  </w:t>
      </w:r>
      <w:proofErr w:type="spellStart"/>
      <w:r w:rsidR="00372F10" w:rsidRPr="00C36A5B">
        <w:rPr>
          <w:rFonts w:ascii="Sylfaen" w:hAnsi="Sylfaen"/>
          <w:sz w:val="24"/>
          <w:szCs w:val="24"/>
        </w:rPr>
        <w:t>ხორხი</w:t>
      </w:r>
      <w:proofErr w:type="spellEnd"/>
      <w:r w:rsidR="00410FD4" w:rsidRPr="00C36A5B">
        <w:rPr>
          <w:rFonts w:ascii="Sylfaen" w:hAnsi="Sylfaen"/>
          <w:sz w:val="24"/>
          <w:szCs w:val="24"/>
          <w:lang w:val="ka-GE"/>
        </w:rPr>
        <w:t>ს შეშუპებით „ყელში ბურთის“ შეგრძნებით</w:t>
      </w:r>
      <w:r w:rsidR="003A5AD3" w:rsidRPr="00C36A5B">
        <w:rPr>
          <w:rFonts w:ascii="Sylfaen" w:hAnsi="Sylfaen"/>
          <w:sz w:val="24"/>
          <w:szCs w:val="24"/>
          <w:lang w:val="ka-GE"/>
        </w:rPr>
        <w:t xml:space="preserve"> და ყლაპვის გაძნელებით</w:t>
      </w:r>
      <w:r w:rsidR="00410FD4" w:rsidRPr="00C36A5B">
        <w:rPr>
          <w:rFonts w:ascii="Sylfaen" w:hAnsi="Sylfaen"/>
          <w:sz w:val="24"/>
          <w:szCs w:val="24"/>
          <w:lang w:val="ka-GE"/>
        </w:rPr>
        <w:t>, ჭინჭრის ციებით და სუნთქვის გაძნელებით, რომლებმაც შეიძლება მიაღწიო</w:t>
      </w:r>
      <w:r w:rsidR="003A5AD3" w:rsidRPr="00C36A5B">
        <w:rPr>
          <w:rFonts w:ascii="Sylfaen" w:hAnsi="Sylfaen"/>
          <w:sz w:val="24"/>
          <w:szCs w:val="24"/>
          <w:lang w:val="ka-GE"/>
        </w:rPr>
        <w:t>ნ</w:t>
      </w:r>
      <w:r w:rsidR="00410FD4" w:rsidRPr="00C36A5B">
        <w:rPr>
          <w:rFonts w:ascii="Sylfaen" w:hAnsi="Sylfaen"/>
          <w:sz w:val="24"/>
          <w:szCs w:val="24"/>
          <w:lang w:val="ka-GE"/>
        </w:rPr>
        <w:t xml:space="preserve">  </w:t>
      </w:r>
      <w:proofErr w:type="spellStart"/>
      <w:r w:rsidR="00410FD4" w:rsidRPr="00C36A5B">
        <w:rPr>
          <w:rFonts w:ascii="Sylfaen" w:hAnsi="Sylfaen"/>
          <w:sz w:val="24"/>
          <w:szCs w:val="24"/>
        </w:rPr>
        <w:t>ანაფილაქსიურ</w:t>
      </w:r>
      <w:proofErr w:type="spellEnd"/>
      <w:r w:rsidR="00410FD4" w:rsidRPr="00C36A5B">
        <w:rPr>
          <w:rFonts w:ascii="Sylfaen" w:hAnsi="Sylfaen"/>
          <w:sz w:val="24"/>
          <w:szCs w:val="24"/>
          <w:lang w:val="ka-GE"/>
        </w:rPr>
        <w:t xml:space="preserve"> შოკამდე.</w:t>
      </w:r>
      <w:r w:rsidRPr="00C36A5B">
        <w:rPr>
          <w:rFonts w:ascii="Sylfaen" w:hAnsi="Sylfaen"/>
          <w:sz w:val="24"/>
          <w:szCs w:val="24"/>
        </w:rPr>
        <w:t xml:space="preserve"> </w:t>
      </w:r>
    </w:p>
    <w:p w14:paraId="29AAB60A" w14:textId="531495F4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i/>
          <w:sz w:val="24"/>
          <w:szCs w:val="24"/>
        </w:rPr>
        <w:t>ნერვული</w:t>
      </w:r>
      <w:proofErr w:type="spellEnd"/>
      <w:r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i/>
          <w:sz w:val="24"/>
          <w:szCs w:val="24"/>
        </w:rPr>
        <w:t>სისტემ</w:t>
      </w:r>
      <w:proofErr w:type="spellEnd"/>
      <w:r w:rsidR="00CD5341" w:rsidRPr="00C36A5B">
        <w:rPr>
          <w:rFonts w:ascii="Sylfaen" w:hAnsi="Sylfaen"/>
          <w:i/>
          <w:sz w:val="24"/>
          <w:szCs w:val="24"/>
          <w:lang w:val="ka-GE"/>
        </w:rPr>
        <w:t>ის მხრივ</w:t>
      </w:r>
      <w:r w:rsidR="00763DAA" w:rsidRPr="00C36A5B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C36A5B">
        <w:rPr>
          <w:rFonts w:ascii="Sylfaen" w:hAnsi="Sylfaen"/>
          <w:sz w:val="24"/>
          <w:szCs w:val="24"/>
        </w:rPr>
        <w:t xml:space="preserve">:  </w:t>
      </w:r>
      <w:proofErr w:type="spellStart"/>
      <w:r w:rsidRPr="00C36A5B">
        <w:rPr>
          <w:rFonts w:ascii="Sylfaen" w:hAnsi="Sylfaen"/>
          <w:sz w:val="24"/>
          <w:szCs w:val="24"/>
        </w:rPr>
        <w:t>ხშირად</w:t>
      </w:r>
      <w:proofErr w:type="spellEnd"/>
      <w:r w:rsidRPr="00C36A5B">
        <w:rPr>
          <w:rFonts w:ascii="Sylfaen" w:hAnsi="Sylfaen"/>
          <w:sz w:val="24"/>
          <w:szCs w:val="24"/>
        </w:rPr>
        <w:t xml:space="preserve"> – </w:t>
      </w:r>
      <w:proofErr w:type="spellStart"/>
      <w:r w:rsidRPr="00C36A5B">
        <w:rPr>
          <w:rFonts w:ascii="Sylfaen" w:hAnsi="Sylfaen"/>
          <w:sz w:val="24"/>
          <w:szCs w:val="24"/>
        </w:rPr>
        <w:t>პარესთეზია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ჰიპ</w:t>
      </w:r>
      <w:proofErr w:type="spellEnd"/>
      <w:r w:rsidR="00410FD4" w:rsidRPr="00C36A5B">
        <w:rPr>
          <w:rFonts w:ascii="Sylfaen" w:hAnsi="Sylfaen"/>
          <w:sz w:val="24"/>
          <w:szCs w:val="24"/>
          <w:lang w:val="ka-GE"/>
        </w:rPr>
        <w:t>ე</w:t>
      </w:r>
      <w:proofErr w:type="spellStart"/>
      <w:r w:rsidRPr="00C36A5B">
        <w:rPr>
          <w:rFonts w:ascii="Sylfaen" w:hAnsi="Sylfaen"/>
          <w:sz w:val="24"/>
          <w:szCs w:val="24"/>
        </w:rPr>
        <w:t>სტეზია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თავის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ტკივილი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(</w:t>
      </w:r>
      <w:r w:rsidR="00410FD4" w:rsidRPr="00C36A5B">
        <w:rPr>
          <w:rFonts w:ascii="Sylfaen" w:hAnsi="Sylfaen"/>
          <w:sz w:val="24"/>
          <w:szCs w:val="24"/>
          <w:lang w:val="ka-GE"/>
        </w:rPr>
        <w:t xml:space="preserve">პრეპარატში </w:t>
      </w:r>
      <w:proofErr w:type="spellStart"/>
      <w:r w:rsidRPr="00C36A5B">
        <w:rPr>
          <w:rFonts w:ascii="Sylfaen" w:hAnsi="Sylfaen"/>
          <w:sz w:val="24"/>
          <w:szCs w:val="24"/>
        </w:rPr>
        <w:t>ეპინეფრინის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410FD4" w:rsidRPr="00C36A5B">
        <w:rPr>
          <w:rFonts w:ascii="Sylfaen" w:hAnsi="Sylfaen"/>
          <w:sz w:val="24"/>
          <w:szCs w:val="24"/>
          <w:lang w:val="ka-GE"/>
        </w:rPr>
        <w:t xml:space="preserve">შემცველობის </w:t>
      </w:r>
      <w:proofErr w:type="spellStart"/>
      <w:r w:rsidRPr="00C36A5B">
        <w:rPr>
          <w:rFonts w:ascii="Sylfaen" w:hAnsi="Sylfaen"/>
          <w:sz w:val="24"/>
          <w:szCs w:val="24"/>
        </w:rPr>
        <w:t>გამო</w:t>
      </w:r>
      <w:proofErr w:type="spellEnd"/>
      <w:r w:rsidRPr="00C36A5B">
        <w:rPr>
          <w:rFonts w:ascii="Sylfaen" w:hAnsi="Sylfaen"/>
          <w:sz w:val="24"/>
          <w:szCs w:val="24"/>
        </w:rPr>
        <w:t>)</w:t>
      </w:r>
      <w:r w:rsidR="00410FD4" w:rsidRPr="00C36A5B">
        <w:rPr>
          <w:rFonts w:ascii="Sylfaen" w:hAnsi="Sylfaen"/>
          <w:sz w:val="24"/>
          <w:szCs w:val="24"/>
          <w:lang w:val="ka-GE"/>
        </w:rPr>
        <w:t xml:space="preserve">; </w:t>
      </w:r>
      <w:proofErr w:type="spellStart"/>
      <w:r w:rsidRPr="00C36A5B">
        <w:rPr>
          <w:rFonts w:ascii="Sylfaen" w:hAnsi="Sylfaen"/>
          <w:sz w:val="24"/>
          <w:szCs w:val="24"/>
        </w:rPr>
        <w:t>არახშირად</w:t>
      </w:r>
      <w:proofErr w:type="spellEnd"/>
      <w:r w:rsidRPr="00C36A5B">
        <w:rPr>
          <w:rFonts w:ascii="Sylfaen" w:hAnsi="Sylfaen"/>
          <w:sz w:val="24"/>
          <w:szCs w:val="24"/>
        </w:rPr>
        <w:t xml:space="preserve"> – </w:t>
      </w:r>
      <w:proofErr w:type="spellStart"/>
      <w:r w:rsidRPr="00C36A5B">
        <w:rPr>
          <w:rFonts w:ascii="Sylfaen" w:hAnsi="Sylfaen"/>
          <w:sz w:val="24"/>
          <w:szCs w:val="24"/>
        </w:rPr>
        <w:t>თავბრუსხვევა</w:t>
      </w:r>
      <w:proofErr w:type="spellEnd"/>
      <w:r w:rsidR="00410FD4" w:rsidRPr="00C36A5B">
        <w:rPr>
          <w:rFonts w:ascii="Sylfaen" w:hAnsi="Sylfaen"/>
          <w:sz w:val="24"/>
          <w:szCs w:val="24"/>
          <w:lang w:val="ka-GE"/>
        </w:rPr>
        <w:t xml:space="preserve">; </w:t>
      </w:r>
      <w:proofErr w:type="spellStart"/>
      <w:r w:rsidRPr="00C36A5B">
        <w:rPr>
          <w:rFonts w:ascii="Sylfaen" w:hAnsi="Sylfaen"/>
          <w:sz w:val="24"/>
          <w:szCs w:val="24"/>
        </w:rPr>
        <w:t>სიხშირე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უცნობია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–</w:t>
      </w:r>
      <w:r w:rsidR="00410FD4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10FD4" w:rsidRPr="00C36A5B">
        <w:rPr>
          <w:rFonts w:ascii="Sylfaen" w:hAnsi="Sylfaen"/>
          <w:sz w:val="24"/>
          <w:szCs w:val="24"/>
          <w:lang w:val="ka-GE"/>
        </w:rPr>
        <w:t>ცნს</w:t>
      </w:r>
      <w:proofErr w:type="spellEnd"/>
      <w:r w:rsidR="00410FD4" w:rsidRPr="00C36A5B">
        <w:rPr>
          <w:rFonts w:ascii="Sylfaen" w:hAnsi="Sylfaen"/>
          <w:sz w:val="24"/>
          <w:szCs w:val="24"/>
          <w:lang w:val="ka-GE"/>
        </w:rPr>
        <w:t xml:space="preserve">-ს მხრიდან 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დოზაზე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დამოკიდებული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რეაქციები</w:t>
      </w:r>
      <w:proofErr w:type="spellEnd"/>
      <w:r w:rsidR="00410FD4" w:rsidRPr="00C36A5B">
        <w:rPr>
          <w:rFonts w:ascii="Sylfaen" w:hAnsi="Sylfaen"/>
          <w:sz w:val="24"/>
          <w:szCs w:val="24"/>
          <w:lang w:val="ka-GE"/>
        </w:rPr>
        <w:t xml:space="preserve"> (ზედმეტად მაღალი დოზის ან შემთხვევითი </w:t>
      </w:r>
      <w:proofErr w:type="spellStart"/>
      <w:r w:rsidR="003A5AD3" w:rsidRPr="00C36A5B">
        <w:rPr>
          <w:rFonts w:ascii="Sylfaen" w:hAnsi="Sylfaen"/>
          <w:sz w:val="24"/>
          <w:szCs w:val="24"/>
          <w:lang w:val="ka-GE"/>
        </w:rPr>
        <w:t>ინტრავასკულარული</w:t>
      </w:r>
      <w:proofErr w:type="spellEnd"/>
      <w:r w:rsidR="00410FD4" w:rsidRPr="00C36A5B">
        <w:rPr>
          <w:rFonts w:ascii="Sylfaen" w:hAnsi="Sylfaen"/>
          <w:sz w:val="24"/>
          <w:szCs w:val="24"/>
          <w:lang w:val="ka-GE"/>
        </w:rPr>
        <w:t xml:space="preserve"> შეყვანის შემდეგ განვითარებული რეაქციების ჩათვლით</w:t>
      </w:r>
      <w:r w:rsidR="006007FE" w:rsidRPr="00C36A5B">
        <w:rPr>
          <w:rFonts w:ascii="Sylfaen" w:hAnsi="Sylfaen"/>
          <w:sz w:val="24"/>
          <w:szCs w:val="24"/>
          <w:lang w:val="ka-GE"/>
        </w:rPr>
        <w:t xml:space="preserve">), მათ შორის 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შფოთვა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ნერვოზულობა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r w:rsidR="006007FE" w:rsidRPr="00C36A5B">
        <w:rPr>
          <w:rFonts w:ascii="Sylfaen" w:hAnsi="Sylfaen"/>
          <w:sz w:val="24"/>
          <w:szCs w:val="24"/>
          <w:lang w:val="ka-GE"/>
        </w:rPr>
        <w:t>გაშეშება,</w:t>
      </w:r>
      <w:proofErr w:type="spellStart"/>
      <w:r w:rsidRPr="00C36A5B">
        <w:rPr>
          <w:rFonts w:ascii="Sylfaen" w:hAnsi="Sylfaen"/>
          <w:sz w:val="24"/>
          <w:szCs w:val="24"/>
        </w:rPr>
        <w:t>ცნობიერების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დაბინდვა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6007FE" w:rsidRPr="00C36A5B">
        <w:rPr>
          <w:rFonts w:ascii="Sylfaen" w:hAnsi="Sylfaen"/>
          <w:sz w:val="24"/>
          <w:szCs w:val="24"/>
          <w:lang w:val="ka-GE"/>
        </w:rPr>
        <w:t>მის დაკარგვამდეც კი,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კომა</w:t>
      </w:r>
      <w:proofErr w:type="spellEnd"/>
      <w:r w:rsidRPr="00C36A5B">
        <w:rPr>
          <w:rFonts w:ascii="Sylfaen" w:hAnsi="Sylfaen"/>
          <w:sz w:val="24"/>
          <w:szCs w:val="24"/>
        </w:rPr>
        <w:t>,</w:t>
      </w:r>
      <w:r w:rsidR="006007FE" w:rsidRPr="00C36A5B">
        <w:rPr>
          <w:rFonts w:ascii="Sylfaen" w:hAnsi="Sylfaen"/>
          <w:sz w:val="24"/>
          <w:szCs w:val="24"/>
          <w:lang w:val="ka-GE"/>
        </w:rPr>
        <w:t xml:space="preserve"> სუნთქვის დარღვევა მის გაჩერებამდე</w:t>
      </w:r>
      <w:r w:rsidRPr="00C36A5B">
        <w:rPr>
          <w:rFonts w:ascii="Sylfaen" w:hAnsi="Sylfaen"/>
          <w:sz w:val="24"/>
          <w:szCs w:val="24"/>
        </w:rPr>
        <w:t xml:space="preserve">, </w:t>
      </w:r>
      <w:r w:rsidR="006007FE" w:rsidRPr="00C36A5B">
        <w:rPr>
          <w:rFonts w:ascii="Sylfaen" w:hAnsi="Sylfaen"/>
          <w:sz w:val="24"/>
          <w:szCs w:val="24"/>
          <w:lang w:val="ka-GE"/>
        </w:rPr>
        <w:t xml:space="preserve">კუნთების </w:t>
      </w:r>
      <w:proofErr w:type="spellStart"/>
      <w:r w:rsidR="006007FE" w:rsidRPr="00C36A5B">
        <w:rPr>
          <w:rFonts w:ascii="Sylfaen" w:hAnsi="Sylfaen"/>
          <w:sz w:val="24"/>
          <w:szCs w:val="24"/>
          <w:lang w:val="ka-GE"/>
        </w:rPr>
        <w:t>ტრემორი</w:t>
      </w:r>
      <w:proofErr w:type="spellEnd"/>
      <w:r w:rsidR="006007FE" w:rsidRPr="00C36A5B">
        <w:rPr>
          <w:rFonts w:ascii="Sylfaen" w:hAnsi="Sylfaen"/>
          <w:sz w:val="24"/>
          <w:szCs w:val="24"/>
          <w:lang w:val="ka-GE"/>
        </w:rPr>
        <w:t xml:space="preserve"> და კუნთების </w:t>
      </w:r>
      <w:r w:rsidR="00763DAA" w:rsidRPr="00C36A5B">
        <w:rPr>
          <w:rFonts w:ascii="Sylfaen" w:hAnsi="Sylfaen"/>
          <w:sz w:val="24"/>
          <w:szCs w:val="24"/>
          <w:lang w:val="ka-GE"/>
        </w:rPr>
        <w:t xml:space="preserve">თრთოლვა </w:t>
      </w:r>
      <w:proofErr w:type="spellStart"/>
      <w:r w:rsidR="00763DAA" w:rsidRPr="00C36A5B">
        <w:rPr>
          <w:rFonts w:ascii="Sylfaen" w:hAnsi="Sylfaen"/>
          <w:sz w:val="24"/>
          <w:szCs w:val="24"/>
          <w:lang w:val="ka-GE"/>
        </w:rPr>
        <w:t>გენერალიზებულ</w:t>
      </w:r>
      <w:proofErr w:type="spellEnd"/>
      <w:r w:rsidR="00763DAA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კრუნჩხვებ</w:t>
      </w:r>
      <w:proofErr w:type="spellEnd"/>
      <w:r w:rsidR="00763DAA" w:rsidRPr="00C36A5B">
        <w:rPr>
          <w:rFonts w:ascii="Sylfaen" w:hAnsi="Sylfaen"/>
          <w:sz w:val="24"/>
          <w:szCs w:val="24"/>
          <w:lang w:val="ka-GE"/>
        </w:rPr>
        <w:t>ამდე</w:t>
      </w:r>
      <w:r w:rsidRPr="00C36A5B">
        <w:rPr>
          <w:rFonts w:ascii="Sylfaen" w:hAnsi="Sylfaen"/>
          <w:sz w:val="24"/>
          <w:szCs w:val="24"/>
        </w:rPr>
        <w:t xml:space="preserve">. </w:t>
      </w:r>
      <w:r w:rsidR="00763DAA" w:rsidRPr="00C36A5B">
        <w:rPr>
          <w:rFonts w:ascii="Sylfaen" w:hAnsi="Sylfaen"/>
          <w:sz w:val="24"/>
          <w:szCs w:val="24"/>
          <w:lang w:val="ka-GE"/>
        </w:rPr>
        <w:t xml:space="preserve">პრეპარატის შეყვანის სწორი ტექნიკის დარღვევის შემთხვევაში ან ანატომიური თავისებურებების გამო ინექციის ადგილზე </w:t>
      </w:r>
      <w:proofErr w:type="spellStart"/>
      <w:r w:rsidRPr="00C36A5B">
        <w:rPr>
          <w:rFonts w:ascii="Sylfaen" w:hAnsi="Sylfaen"/>
          <w:sz w:val="24"/>
          <w:szCs w:val="24"/>
        </w:rPr>
        <w:t>შესაძლოა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მოხდეს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სახის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ნერვის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დაზიანება</w:t>
      </w:r>
      <w:proofErr w:type="spellEnd"/>
      <w:r w:rsidR="00763DAA" w:rsidRPr="00C36A5B">
        <w:rPr>
          <w:rFonts w:ascii="Sylfaen" w:hAnsi="Sylfaen"/>
          <w:sz w:val="24"/>
          <w:szCs w:val="24"/>
          <w:lang w:val="ka-GE"/>
        </w:rPr>
        <w:t>, რომელმაც შეიძლება გამოიწვიოს სახის ნერვის დამბლა და გემოს შეგრძნების დაქვეითება</w:t>
      </w:r>
      <w:r w:rsidRPr="00C36A5B">
        <w:rPr>
          <w:rFonts w:ascii="Sylfaen" w:hAnsi="Sylfaen"/>
          <w:sz w:val="24"/>
          <w:szCs w:val="24"/>
        </w:rPr>
        <w:t xml:space="preserve">.  </w:t>
      </w:r>
    </w:p>
    <w:p w14:paraId="109A2B3A" w14:textId="65C4A8B4" w:rsidR="00BE1264" w:rsidRPr="00C36A5B" w:rsidRDefault="00763DAA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i/>
          <w:sz w:val="24"/>
          <w:szCs w:val="24"/>
          <w:lang w:val="ka-GE"/>
        </w:rPr>
        <w:t>მ</w:t>
      </w:r>
      <w:proofErr w:type="spellStart"/>
      <w:r w:rsidR="00BE1264" w:rsidRPr="00C36A5B">
        <w:rPr>
          <w:rFonts w:ascii="Sylfaen" w:hAnsi="Sylfaen"/>
          <w:i/>
          <w:sz w:val="24"/>
          <w:szCs w:val="24"/>
        </w:rPr>
        <w:t>ხედვ</w:t>
      </w:r>
      <w:r w:rsidRPr="00C36A5B">
        <w:rPr>
          <w:rFonts w:ascii="Sylfaen" w:hAnsi="Sylfaen"/>
          <w:i/>
          <w:sz w:val="24"/>
          <w:szCs w:val="24"/>
          <w:lang w:val="ka-GE"/>
        </w:rPr>
        <w:t>ელობ</w:t>
      </w:r>
      <w:r w:rsidR="00BE1264" w:rsidRPr="00C36A5B">
        <w:rPr>
          <w:rFonts w:ascii="Sylfaen" w:hAnsi="Sylfaen"/>
          <w:i/>
          <w:sz w:val="24"/>
          <w:szCs w:val="24"/>
        </w:rPr>
        <w:t>ის</w:t>
      </w:r>
      <w:proofErr w:type="spellEnd"/>
      <w:r w:rsidR="00BE1264"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i/>
          <w:sz w:val="24"/>
          <w:szCs w:val="24"/>
        </w:rPr>
        <w:t>ორგანო</w:t>
      </w:r>
      <w:proofErr w:type="spellEnd"/>
      <w:r w:rsidR="00410FD4" w:rsidRPr="00C36A5B">
        <w:rPr>
          <w:rFonts w:ascii="Sylfaen" w:hAnsi="Sylfaen"/>
          <w:i/>
          <w:sz w:val="24"/>
          <w:szCs w:val="24"/>
          <w:lang w:val="ka-GE"/>
        </w:rPr>
        <w:t>ს მხრივ</w:t>
      </w:r>
      <w:r w:rsidRPr="00C36A5B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BE1264" w:rsidRPr="00C36A5B">
        <w:rPr>
          <w:rFonts w:ascii="Sylfaen" w:hAnsi="Sylfaen"/>
          <w:sz w:val="24"/>
          <w:szCs w:val="24"/>
        </w:rPr>
        <w:t xml:space="preserve">:  </w:t>
      </w:r>
      <w:proofErr w:type="spellStart"/>
      <w:r w:rsidR="00BE1264" w:rsidRPr="00C36A5B">
        <w:rPr>
          <w:rFonts w:ascii="Sylfaen" w:hAnsi="Sylfaen"/>
          <w:sz w:val="24"/>
          <w:szCs w:val="24"/>
        </w:rPr>
        <w:t>სიხშირე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უცნობია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– </w:t>
      </w:r>
      <w:proofErr w:type="spellStart"/>
      <w:r w:rsidR="00BE1264" w:rsidRPr="00C36A5B">
        <w:rPr>
          <w:rFonts w:ascii="Sylfaen" w:hAnsi="Sylfaen"/>
          <w:sz w:val="24"/>
          <w:szCs w:val="24"/>
        </w:rPr>
        <w:t>მხედველობის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დარღვევ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ები</w:t>
      </w:r>
      <w:r w:rsidR="00BE1264" w:rsidRPr="00C36A5B">
        <w:rPr>
          <w:rFonts w:ascii="Sylfaen" w:hAnsi="Sylfaen"/>
          <w:sz w:val="24"/>
          <w:szCs w:val="24"/>
        </w:rPr>
        <w:t xml:space="preserve"> (</w:t>
      </w:r>
      <w:r w:rsidR="008616B5" w:rsidRPr="00C36A5B">
        <w:rPr>
          <w:rFonts w:ascii="Sylfaen" w:hAnsi="Sylfaen"/>
          <w:sz w:val="24"/>
          <w:szCs w:val="24"/>
          <w:lang w:val="ka-GE"/>
        </w:rPr>
        <w:t>ვიზუალური აღქმის სიმკვეთრის დაკარგვა,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8616B5" w:rsidRPr="00C36A5B">
        <w:rPr>
          <w:rFonts w:ascii="Sylfaen" w:hAnsi="Sylfaen"/>
          <w:sz w:val="24"/>
          <w:szCs w:val="24"/>
          <w:lang w:val="ka-GE"/>
        </w:rPr>
        <w:t>მიდრიაზი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, </w:t>
      </w:r>
      <w:r w:rsidR="008616B5" w:rsidRPr="00C36A5B">
        <w:rPr>
          <w:rFonts w:ascii="Sylfaen" w:hAnsi="Sylfaen"/>
          <w:sz w:val="24"/>
          <w:szCs w:val="24"/>
          <w:lang w:val="ka-GE"/>
        </w:rPr>
        <w:t xml:space="preserve">სიბრმავე, </w:t>
      </w:r>
      <w:proofErr w:type="spellStart"/>
      <w:r w:rsidR="00BE1264" w:rsidRPr="00C36A5B">
        <w:rPr>
          <w:rFonts w:ascii="Sylfaen" w:hAnsi="Sylfaen"/>
          <w:sz w:val="24"/>
          <w:szCs w:val="24"/>
        </w:rPr>
        <w:t>მიოზი</w:t>
      </w:r>
      <w:proofErr w:type="spellEnd"/>
      <w:r w:rsidR="00BE1264" w:rsidRPr="00C36A5B">
        <w:rPr>
          <w:rFonts w:ascii="Sylfaen" w:hAnsi="Sylfaen"/>
          <w:sz w:val="24"/>
          <w:szCs w:val="24"/>
        </w:rPr>
        <w:t>,</w:t>
      </w:r>
      <w:r w:rsidR="008616B5" w:rsidRPr="00C36A5B">
        <w:rPr>
          <w:rFonts w:ascii="Sylfaen" w:hAnsi="Sylfaen"/>
          <w:sz w:val="24"/>
          <w:szCs w:val="24"/>
          <w:lang w:val="ka-GE"/>
        </w:rPr>
        <w:t xml:space="preserve"> გაორება თვალებში</w:t>
      </w:r>
      <w:r w:rsidR="00BE1264" w:rsidRPr="00C36A5B">
        <w:rPr>
          <w:rFonts w:ascii="Sylfaen" w:hAnsi="Sylfaen"/>
          <w:sz w:val="24"/>
          <w:szCs w:val="24"/>
        </w:rPr>
        <w:t>)</w:t>
      </w:r>
      <w:r w:rsidR="008616B5" w:rsidRPr="00C36A5B">
        <w:rPr>
          <w:rFonts w:ascii="Sylfaen" w:hAnsi="Sylfaen"/>
          <w:sz w:val="24"/>
          <w:szCs w:val="24"/>
          <w:lang w:val="ka-GE"/>
        </w:rPr>
        <w:t>, რომლებიც ჩვეულებრივ შექცევადია და წარმოიქმნებიან ადგილობრივ</w:t>
      </w:r>
      <w:r w:rsidR="00914F34" w:rsidRPr="00C36A5B">
        <w:rPr>
          <w:rFonts w:ascii="Sylfaen" w:hAnsi="Sylfaen"/>
          <w:sz w:val="24"/>
          <w:szCs w:val="24"/>
          <w:lang w:val="ka-GE"/>
        </w:rPr>
        <w:t>ი</w:t>
      </w:r>
      <w:r w:rsidR="008616B5"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="00914F34" w:rsidRPr="00C36A5B">
        <w:rPr>
          <w:rFonts w:ascii="Sylfaen" w:hAnsi="Sylfaen"/>
          <w:sz w:val="24"/>
          <w:szCs w:val="24"/>
          <w:lang w:val="ka-GE"/>
        </w:rPr>
        <w:t>საანესთეზიო</w:t>
      </w:r>
      <w:r w:rsidR="008616B5" w:rsidRPr="00C36A5B">
        <w:rPr>
          <w:rFonts w:ascii="Sylfaen" w:hAnsi="Sylfaen"/>
          <w:sz w:val="24"/>
          <w:szCs w:val="24"/>
          <w:lang w:val="ka-GE"/>
        </w:rPr>
        <w:t xml:space="preserve"> საშუალების ინექციის დროს ან მოკლე პერიოდის შემდეგ მისი შეყვანიდან</w:t>
      </w:r>
      <w:r w:rsidR="00BE1264" w:rsidRPr="00C36A5B">
        <w:rPr>
          <w:rFonts w:ascii="Sylfaen" w:hAnsi="Sylfaen"/>
          <w:sz w:val="24"/>
          <w:szCs w:val="24"/>
        </w:rPr>
        <w:t xml:space="preserve">.  </w:t>
      </w:r>
    </w:p>
    <w:p w14:paraId="5C7083FD" w14:textId="2497C99E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i/>
          <w:sz w:val="24"/>
          <w:szCs w:val="24"/>
        </w:rPr>
        <w:t>გულ-სისხლძარღვთა</w:t>
      </w:r>
      <w:proofErr w:type="spellEnd"/>
      <w:r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i/>
          <w:sz w:val="24"/>
          <w:szCs w:val="24"/>
        </w:rPr>
        <w:t>სისტემ</w:t>
      </w:r>
      <w:proofErr w:type="spellEnd"/>
      <w:r w:rsidR="008616B5" w:rsidRPr="00C36A5B">
        <w:rPr>
          <w:rFonts w:ascii="Sylfaen" w:hAnsi="Sylfaen"/>
          <w:i/>
          <w:sz w:val="24"/>
          <w:szCs w:val="24"/>
          <w:lang w:val="ka-GE"/>
        </w:rPr>
        <w:t xml:space="preserve">ის </w:t>
      </w:r>
      <w:proofErr w:type="gramStart"/>
      <w:r w:rsidR="008616B5" w:rsidRPr="00C36A5B">
        <w:rPr>
          <w:rFonts w:ascii="Sylfaen" w:hAnsi="Sylfaen"/>
          <w:i/>
          <w:sz w:val="24"/>
          <w:szCs w:val="24"/>
          <w:lang w:val="ka-GE"/>
        </w:rPr>
        <w:t xml:space="preserve">მხრივ </w:t>
      </w:r>
      <w:r w:rsidRPr="00C36A5B">
        <w:rPr>
          <w:rFonts w:ascii="Sylfaen" w:hAnsi="Sylfaen"/>
          <w:sz w:val="24"/>
          <w:szCs w:val="24"/>
        </w:rPr>
        <w:t>:</w:t>
      </w:r>
      <w:proofErr w:type="gramEnd"/>
      <w:r w:rsidRPr="00C36A5B">
        <w:rPr>
          <w:rFonts w:ascii="Sylfaen" w:hAnsi="Sylfaen"/>
          <w:sz w:val="24"/>
          <w:szCs w:val="24"/>
        </w:rPr>
        <w:t xml:space="preserve">  </w:t>
      </w:r>
      <w:proofErr w:type="spellStart"/>
      <w:r w:rsidRPr="00C36A5B">
        <w:rPr>
          <w:rFonts w:ascii="Sylfaen" w:hAnsi="Sylfaen"/>
          <w:sz w:val="24"/>
          <w:szCs w:val="24"/>
        </w:rPr>
        <w:t>არახშირად</w:t>
      </w:r>
      <w:proofErr w:type="spellEnd"/>
      <w:r w:rsidRPr="00C36A5B">
        <w:rPr>
          <w:rFonts w:ascii="Sylfaen" w:hAnsi="Sylfaen"/>
          <w:sz w:val="24"/>
          <w:szCs w:val="24"/>
        </w:rPr>
        <w:t xml:space="preserve"> – </w:t>
      </w:r>
      <w:proofErr w:type="spellStart"/>
      <w:r w:rsidRPr="00C36A5B">
        <w:rPr>
          <w:rFonts w:ascii="Sylfaen" w:hAnsi="Sylfaen"/>
          <w:sz w:val="24"/>
          <w:szCs w:val="24"/>
        </w:rPr>
        <w:t>ტაქიკარდია</w:t>
      </w:r>
      <w:proofErr w:type="spellEnd"/>
      <w:r w:rsidR="008616B5" w:rsidRPr="00C36A5B">
        <w:rPr>
          <w:rFonts w:ascii="Sylfaen" w:hAnsi="Sylfaen"/>
          <w:sz w:val="24"/>
          <w:szCs w:val="24"/>
          <w:lang w:val="ka-GE"/>
        </w:rPr>
        <w:t xml:space="preserve">; </w:t>
      </w:r>
      <w:proofErr w:type="spellStart"/>
      <w:r w:rsidRPr="00C36A5B">
        <w:rPr>
          <w:rFonts w:ascii="Sylfaen" w:hAnsi="Sylfaen"/>
          <w:sz w:val="24"/>
          <w:szCs w:val="24"/>
        </w:rPr>
        <w:t>სიხშირე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უცნობია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– </w:t>
      </w:r>
      <w:r w:rsidR="008616B5" w:rsidRPr="00C36A5B">
        <w:rPr>
          <w:rFonts w:ascii="Sylfaen" w:hAnsi="Sylfaen"/>
          <w:sz w:val="24"/>
          <w:szCs w:val="24"/>
          <w:lang w:val="ka-GE"/>
        </w:rPr>
        <w:t xml:space="preserve">გულის </w:t>
      </w:r>
      <w:proofErr w:type="spellStart"/>
      <w:r w:rsidRPr="00C36A5B">
        <w:rPr>
          <w:rFonts w:ascii="Sylfaen" w:hAnsi="Sylfaen"/>
          <w:sz w:val="24"/>
          <w:szCs w:val="24"/>
        </w:rPr>
        <w:t>რითმის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დარღვევ</w:t>
      </w:r>
      <w:proofErr w:type="spellEnd"/>
      <w:r w:rsidR="008616B5" w:rsidRPr="00C36A5B">
        <w:rPr>
          <w:rFonts w:ascii="Sylfaen" w:hAnsi="Sylfaen"/>
          <w:sz w:val="24"/>
          <w:szCs w:val="24"/>
          <w:lang w:val="ka-GE"/>
        </w:rPr>
        <w:t>ები</w:t>
      </w:r>
      <w:r w:rsidRPr="00C36A5B">
        <w:rPr>
          <w:rFonts w:ascii="Sylfaen" w:hAnsi="Sylfaen"/>
          <w:sz w:val="24"/>
          <w:szCs w:val="24"/>
        </w:rPr>
        <w:t xml:space="preserve">, </w:t>
      </w:r>
      <w:r w:rsidR="008616B5" w:rsidRPr="00C36A5B">
        <w:rPr>
          <w:rFonts w:ascii="Sylfaen" w:hAnsi="Sylfaen"/>
          <w:sz w:val="24"/>
          <w:szCs w:val="24"/>
          <w:lang w:val="ka-GE"/>
        </w:rPr>
        <w:t>არტერიული წნევის მომატება</w:t>
      </w:r>
      <w:r w:rsidRPr="00C36A5B">
        <w:rPr>
          <w:rFonts w:ascii="Sylfaen" w:hAnsi="Sylfaen"/>
          <w:sz w:val="24"/>
          <w:szCs w:val="24"/>
        </w:rPr>
        <w:t xml:space="preserve">, </w:t>
      </w:r>
      <w:r w:rsidR="008616B5" w:rsidRPr="00C36A5B">
        <w:rPr>
          <w:rFonts w:ascii="Sylfaen" w:hAnsi="Sylfaen"/>
          <w:sz w:val="24"/>
          <w:szCs w:val="24"/>
          <w:lang w:val="ka-GE"/>
        </w:rPr>
        <w:t xml:space="preserve">არტერიული </w:t>
      </w:r>
      <w:proofErr w:type="spellStart"/>
      <w:r w:rsidRPr="00C36A5B">
        <w:rPr>
          <w:rFonts w:ascii="Sylfaen" w:hAnsi="Sylfaen"/>
          <w:sz w:val="24"/>
          <w:szCs w:val="24"/>
        </w:rPr>
        <w:t>ჰიპოტენზია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ბრადიკარდია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გულის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უკმარისობა</w:t>
      </w:r>
      <w:proofErr w:type="spellEnd"/>
      <w:r w:rsidR="008616B5" w:rsidRPr="00C36A5B">
        <w:rPr>
          <w:rFonts w:ascii="Sylfaen" w:hAnsi="Sylfaen"/>
          <w:sz w:val="24"/>
          <w:szCs w:val="24"/>
          <w:lang w:val="ka-GE"/>
        </w:rPr>
        <w:t xml:space="preserve"> და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შოკი</w:t>
      </w:r>
      <w:proofErr w:type="spellEnd"/>
      <w:r w:rsidRPr="00C36A5B">
        <w:rPr>
          <w:rFonts w:ascii="Sylfaen" w:hAnsi="Sylfaen"/>
          <w:sz w:val="24"/>
          <w:szCs w:val="24"/>
        </w:rPr>
        <w:t xml:space="preserve">.  </w:t>
      </w:r>
    </w:p>
    <w:p w14:paraId="5992C5E8" w14:textId="47305E34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i/>
          <w:sz w:val="24"/>
          <w:szCs w:val="24"/>
        </w:rPr>
        <w:t>კუჭ-ნაწლავის</w:t>
      </w:r>
      <w:proofErr w:type="spellEnd"/>
      <w:r w:rsidRPr="00C36A5B">
        <w:rPr>
          <w:rFonts w:ascii="Sylfaen" w:hAnsi="Sylfaen"/>
          <w:i/>
          <w:sz w:val="24"/>
          <w:szCs w:val="24"/>
        </w:rPr>
        <w:t xml:space="preserve"> </w:t>
      </w:r>
      <w:r w:rsidR="00AF58E3" w:rsidRPr="00C36A5B">
        <w:rPr>
          <w:rFonts w:ascii="Sylfaen" w:hAnsi="Sylfaen"/>
          <w:i/>
          <w:sz w:val="24"/>
          <w:szCs w:val="24"/>
          <w:lang w:val="ka-GE"/>
        </w:rPr>
        <w:t>ტრაქტის</w:t>
      </w:r>
      <w:r w:rsidR="008616B5" w:rsidRPr="00C36A5B">
        <w:rPr>
          <w:rFonts w:ascii="Sylfaen" w:hAnsi="Sylfaen"/>
          <w:i/>
          <w:sz w:val="24"/>
          <w:szCs w:val="24"/>
          <w:lang w:val="ka-GE"/>
        </w:rPr>
        <w:t xml:space="preserve"> </w:t>
      </w:r>
      <w:proofErr w:type="gramStart"/>
      <w:r w:rsidR="008616B5" w:rsidRPr="00C36A5B">
        <w:rPr>
          <w:rFonts w:ascii="Sylfaen" w:hAnsi="Sylfaen"/>
          <w:i/>
          <w:sz w:val="24"/>
          <w:szCs w:val="24"/>
          <w:lang w:val="ka-GE"/>
        </w:rPr>
        <w:t>მხრივ</w:t>
      </w:r>
      <w:r w:rsidR="008616B5"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Pr="00C36A5B">
        <w:rPr>
          <w:rFonts w:ascii="Sylfaen" w:hAnsi="Sylfaen"/>
          <w:sz w:val="24"/>
          <w:szCs w:val="24"/>
        </w:rPr>
        <w:t>:</w:t>
      </w:r>
      <w:proofErr w:type="gramEnd"/>
      <w:r w:rsidRPr="00C36A5B">
        <w:rPr>
          <w:rFonts w:ascii="Sylfaen" w:hAnsi="Sylfaen"/>
          <w:sz w:val="24"/>
          <w:szCs w:val="24"/>
        </w:rPr>
        <w:t xml:space="preserve">  </w:t>
      </w:r>
      <w:proofErr w:type="spellStart"/>
      <w:r w:rsidRPr="00C36A5B">
        <w:rPr>
          <w:rFonts w:ascii="Sylfaen" w:hAnsi="Sylfaen"/>
          <w:sz w:val="24"/>
          <w:szCs w:val="24"/>
        </w:rPr>
        <w:t>ხშირად</w:t>
      </w:r>
      <w:proofErr w:type="spellEnd"/>
      <w:r w:rsidRPr="00C36A5B">
        <w:rPr>
          <w:rFonts w:ascii="Sylfaen" w:hAnsi="Sylfaen"/>
          <w:sz w:val="24"/>
          <w:szCs w:val="24"/>
        </w:rPr>
        <w:t xml:space="preserve"> – </w:t>
      </w:r>
      <w:proofErr w:type="spellStart"/>
      <w:r w:rsidRPr="00C36A5B">
        <w:rPr>
          <w:rFonts w:ascii="Sylfaen" w:hAnsi="Sylfaen"/>
          <w:sz w:val="24"/>
          <w:szCs w:val="24"/>
        </w:rPr>
        <w:t>გულისრევა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ღებინება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.  </w:t>
      </w:r>
    </w:p>
    <w:p w14:paraId="20E39EF8" w14:textId="0E33C512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i/>
          <w:sz w:val="24"/>
          <w:szCs w:val="24"/>
        </w:rPr>
        <w:t>ზოგადი</w:t>
      </w:r>
      <w:proofErr w:type="spellEnd"/>
      <w:r w:rsidR="008616B5" w:rsidRPr="00C36A5B">
        <w:rPr>
          <w:rFonts w:ascii="Sylfaen" w:hAnsi="Sylfaen"/>
          <w:i/>
          <w:sz w:val="24"/>
          <w:szCs w:val="24"/>
          <w:lang w:val="ka-GE"/>
        </w:rPr>
        <w:t xml:space="preserve"> დარღვევები და</w:t>
      </w:r>
      <w:r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i/>
          <w:sz w:val="24"/>
          <w:szCs w:val="24"/>
        </w:rPr>
        <w:t>რეაქციები</w:t>
      </w:r>
      <w:proofErr w:type="spellEnd"/>
      <w:r w:rsidR="008616B5" w:rsidRPr="00C36A5B">
        <w:rPr>
          <w:rFonts w:ascii="Sylfaen" w:hAnsi="Sylfaen"/>
          <w:i/>
          <w:sz w:val="24"/>
          <w:szCs w:val="24"/>
          <w:lang w:val="ka-GE"/>
        </w:rPr>
        <w:t xml:space="preserve"> შეყვანის </w:t>
      </w:r>
      <w:proofErr w:type="gramStart"/>
      <w:r w:rsidR="008616B5" w:rsidRPr="00C36A5B">
        <w:rPr>
          <w:rFonts w:ascii="Sylfaen" w:hAnsi="Sylfaen"/>
          <w:i/>
          <w:sz w:val="24"/>
          <w:szCs w:val="24"/>
          <w:lang w:val="ka-GE"/>
        </w:rPr>
        <w:t>ადგილზე</w:t>
      </w:r>
      <w:r w:rsidR="008616B5"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Pr="00C36A5B">
        <w:rPr>
          <w:rFonts w:ascii="Sylfaen" w:hAnsi="Sylfaen"/>
          <w:sz w:val="24"/>
          <w:szCs w:val="24"/>
        </w:rPr>
        <w:t>:</w:t>
      </w:r>
      <w:proofErr w:type="gramEnd"/>
      <w:r w:rsidRPr="00C36A5B">
        <w:rPr>
          <w:rFonts w:ascii="Sylfaen" w:hAnsi="Sylfaen"/>
          <w:sz w:val="24"/>
          <w:szCs w:val="24"/>
        </w:rPr>
        <w:t xml:space="preserve">  </w:t>
      </w:r>
      <w:proofErr w:type="spellStart"/>
      <w:r w:rsidRPr="00C36A5B">
        <w:rPr>
          <w:rFonts w:ascii="Sylfaen" w:hAnsi="Sylfaen"/>
          <w:sz w:val="24"/>
          <w:szCs w:val="24"/>
        </w:rPr>
        <w:t>სიხშირე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უცნობია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– </w:t>
      </w:r>
      <w:r w:rsidR="008616B5" w:rsidRPr="00C36A5B">
        <w:rPr>
          <w:rFonts w:ascii="Sylfaen" w:hAnsi="Sylfaen"/>
          <w:sz w:val="24"/>
          <w:szCs w:val="24"/>
          <w:lang w:val="ka-GE"/>
        </w:rPr>
        <w:t>ცალკეულ</w:t>
      </w:r>
      <w:r w:rsidR="001D5E02" w:rsidRPr="00C36A5B">
        <w:rPr>
          <w:rFonts w:ascii="Sylfaen" w:hAnsi="Sylfaen"/>
          <w:sz w:val="24"/>
          <w:szCs w:val="24"/>
          <w:lang w:val="ka-GE"/>
        </w:rPr>
        <w:t xml:space="preserve"> შემთხვევებში შემთხვევითი </w:t>
      </w:r>
      <w:proofErr w:type="spellStart"/>
      <w:r w:rsidR="008616B5" w:rsidRPr="00C36A5B">
        <w:rPr>
          <w:rFonts w:ascii="Sylfaen" w:hAnsi="Sylfaen"/>
          <w:sz w:val="24"/>
          <w:szCs w:val="24"/>
        </w:rPr>
        <w:t>ინტრავასკულარული</w:t>
      </w:r>
      <w:proofErr w:type="spellEnd"/>
      <w:r w:rsidR="008616B5" w:rsidRPr="00C36A5B">
        <w:rPr>
          <w:rFonts w:ascii="Sylfaen" w:hAnsi="Sylfaen"/>
          <w:sz w:val="24"/>
          <w:szCs w:val="24"/>
        </w:rPr>
        <w:t xml:space="preserve"> </w:t>
      </w:r>
      <w:r w:rsidR="001D5E02" w:rsidRPr="00C36A5B">
        <w:rPr>
          <w:rFonts w:ascii="Sylfaen" w:hAnsi="Sylfaen"/>
          <w:sz w:val="24"/>
          <w:szCs w:val="24"/>
          <w:lang w:val="ka-GE"/>
        </w:rPr>
        <w:t>შეყვანის დროს შესაძლებელია  იშემიური ზონების წარმოქმნა შეყვანის ადგილზე</w:t>
      </w:r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ქსოვილების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ნეკროზ</w:t>
      </w:r>
      <w:proofErr w:type="spellEnd"/>
      <w:r w:rsidR="001D5E02" w:rsidRPr="00C36A5B">
        <w:rPr>
          <w:rFonts w:ascii="Sylfaen" w:hAnsi="Sylfaen"/>
          <w:sz w:val="24"/>
          <w:szCs w:val="24"/>
          <w:lang w:val="ka-GE"/>
        </w:rPr>
        <w:t>ამდეც კი</w:t>
      </w:r>
      <w:r w:rsidRPr="00C36A5B">
        <w:rPr>
          <w:rFonts w:ascii="Sylfaen" w:hAnsi="Sylfaen"/>
          <w:sz w:val="24"/>
          <w:szCs w:val="24"/>
        </w:rPr>
        <w:t xml:space="preserve">.  </w:t>
      </w:r>
    </w:p>
    <w:p w14:paraId="450C5D5D" w14:textId="77777777" w:rsidR="001D5E02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proofErr w:type="gramStart"/>
      <w:r w:rsidRPr="00C36A5B">
        <w:rPr>
          <w:rFonts w:ascii="Sylfaen" w:hAnsi="Sylfaen"/>
          <w:b/>
          <w:i/>
          <w:sz w:val="24"/>
          <w:szCs w:val="24"/>
        </w:rPr>
        <w:t>ბავშვები</w:t>
      </w:r>
      <w:proofErr w:type="spellEnd"/>
      <w:r w:rsidR="001D5E02" w:rsidRPr="00C36A5B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C36A5B">
        <w:rPr>
          <w:rFonts w:ascii="Sylfaen" w:hAnsi="Sylfaen"/>
          <w:sz w:val="24"/>
          <w:szCs w:val="24"/>
        </w:rPr>
        <w:t>:</w:t>
      </w:r>
      <w:proofErr w:type="gramEnd"/>
    </w:p>
    <w:p w14:paraId="2453DF3D" w14:textId="69CE82A5" w:rsidR="00BE1264" w:rsidRPr="00C36A5B" w:rsidRDefault="001D5E02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გამოქვეყნებულ </w:t>
      </w:r>
      <w:r w:rsidR="00914F34" w:rsidRPr="00C36A5B">
        <w:rPr>
          <w:rFonts w:ascii="Sylfaen" w:hAnsi="Sylfaen"/>
          <w:sz w:val="24"/>
          <w:szCs w:val="24"/>
          <w:lang w:val="ka-GE"/>
        </w:rPr>
        <w:t>კვლევებში</w:t>
      </w:r>
      <w:r w:rsidRPr="00C36A5B">
        <w:rPr>
          <w:rFonts w:ascii="Sylfaen" w:hAnsi="Sylfaen"/>
          <w:sz w:val="24"/>
          <w:szCs w:val="24"/>
          <w:lang w:val="ka-GE"/>
        </w:rPr>
        <w:t xml:space="preserve"> უსაფრთხოების პროფილი ბაშვებში და მოზარდებში 4-დან 18 წლის ასაკამდე ზრდასრულების</w:t>
      </w:r>
      <w:r w:rsidR="00914F34" w:rsidRPr="00C36A5B">
        <w:rPr>
          <w:rFonts w:ascii="Sylfaen" w:hAnsi="Sylfaen"/>
          <w:sz w:val="24"/>
          <w:szCs w:val="24"/>
          <w:lang w:val="ka-GE"/>
        </w:rPr>
        <w:t xml:space="preserve"> უსაფრთხოების</w:t>
      </w:r>
      <w:r w:rsidRPr="00C36A5B">
        <w:rPr>
          <w:rFonts w:ascii="Sylfaen" w:hAnsi="Sylfaen"/>
          <w:sz w:val="24"/>
          <w:szCs w:val="24"/>
          <w:lang w:val="ka-GE"/>
        </w:rPr>
        <w:t xml:space="preserve"> პროფილის </w:t>
      </w:r>
      <w:r w:rsidR="00914F34" w:rsidRPr="00C36A5B">
        <w:rPr>
          <w:rFonts w:ascii="Sylfaen" w:hAnsi="Sylfaen"/>
          <w:sz w:val="24"/>
          <w:szCs w:val="24"/>
          <w:lang w:val="ka-GE"/>
        </w:rPr>
        <w:t>ანალოგიურია</w:t>
      </w:r>
      <w:r w:rsidRPr="00C36A5B">
        <w:rPr>
          <w:rFonts w:ascii="Sylfaen" w:hAnsi="Sylfaen"/>
          <w:sz w:val="24"/>
          <w:szCs w:val="24"/>
          <w:lang w:val="ka-GE"/>
        </w:rPr>
        <w:t>. ამისდამიუხედავად, პირის ღრუს რბილი ქსოვილების შემთხვევითი ტრავმები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უფრო ხშირად </w:t>
      </w:r>
      <w:r w:rsidR="00C20085" w:rsidRPr="00C36A5B">
        <w:rPr>
          <w:rFonts w:ascii="Sylfaen" w:hAnsi="Sylfaen"/>
          <w:sz w:val="24"/>
          <w:szCs w:val="24"/>
          <w:lang w:val="ka-GE"/>
        </w:rPr>
        <w:t xml:space="preserve">აღინიშნება ბავშვებში (16%-მდე), განსაკუთრებით 3-დან 7 წლის ასაკამდე (რბილი ქსოვილების უფრო ხანგრძლივ </w:t>
      </w:r>
      <w:r w:rsidR="00C20085" w:rsidRPr="00C36A5B">
        <w:rPr>
          <w:rFonts w:ascii="Sylfaen" w:hAnsi="Sylfaen"/>
          <w:sz w:val="24"/>
          <w:szCs w:val="24"/>
          <w:lang w:val="ka-GE"/>
        </w:rPr>
        <w:lastRenderedPageBreak/>
        <w:t>გაუტკივარებასთან დაკავშირებით). გვაქვს მონაცემები 1-დან 4 წლამდე ასაკის ბავშვების რეტროსპექტიული კვლევის შესახებ, რომლის მიმდინარეობის დრო</w:t>
      </w:r>
      <w:r w:rsidR="005C7CC7" w:rsidRPr="00C36A5B">
        <w:rPr>
          <w:rFonts w:ascii="Sylfaen" w:hAnsi="Sylfaen"/>
          <w:sz w:val="24"/>
          <w:szCs w:val="24"/>
          <w:lang w:val="ka-GE"/>
        </w:rPr>
        <w:t xml:space="preserve">საც სტომატოლოგიური ჩარევები ტარდებოდა ისეთი პრეპარატების გამოყენებით, რომლებიც შეიცავენ არტიკაინს 40 მგ/მლ + ეპინეფრინს 0,005 მგ/მლ  4,2 მლ დოზამდე. ამ კვლევის შედეგების მიხედვით </w:t>
      </w:r>
      <w:proofErr w:type="spellStart"/>
      <w:r w:rsidR="005C7CC7" w:rsidRPr="00C36A5B">
        <w:rPr>
          <w:rFonts w:ascii="Sylfaen" w:hAnsi="Sylfaen"/>
          <w:sz w:val="24"/>
          <w:szCs w:val="24"/>
        </w:rPr>
        <w:t>გვერდითი</w:t>
      </w:r>
      <w:proofErr w:type="spellEnd"/>
      <w:r w:rsidR="005C7CC7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5C7CC7" w:rsidRPr="00C36A5B">
        <w:rPr>
          <w:rFonts w:ascii="Sylfaen" w:hAnsi="Sylfaen"/>
          <w:sz w:val="24"/>
          <w:szCs w:val="24"/>
        </w:rPr>
        <w:t>ეფექტების</w:t>
      </w:r>
      <w:proofErr w:type="spellEnd"/>
      <w:r w:rsidR="005C7CC7" w:rsidRPr="00C36A5B">
        <w:rPr>
          <w:rFonts w:ascii="Sylfaen" w:hAnsi="Sylfaen"/>
          <w:sz w:val="24"/>
          <w:szCs w:val="24"/>
          <w:lang w:val="ka-GE"/>
        </w:rPr>
        <w:t xml:space="preserve"> არსებობის შესახებ შეტყობ</w:t>
      </w:r>
      <w:r w:rsidR="00914F34" w:rsidRPr="00C36A5B">
        <w:rPr>
          <w:rFonts w:ascii="Sylfaen" w:hAnsi="Sylfaen"/>
          <w:sz w:val="24"/>
          <w:szCs w:val="24"/>
          <w:lang w:val="ka-GE"/>
        </w:rPr>
        <w:t>ი</w:t>
      </w:r>
      <w:r w:rsidR="005C7CC7" w:rsidRPr="00C36A5B">
        <w:rPr>
          <w:rFonts w:ascii="Sylfaen" w:hAnsi="Sylfaen"/>
          <w:sz w:val="24"/>
          <w:szCs w:val="24"/>
          <w:lang w:val="ka-GE"/>
        </w:rPr>
        <w:t>ნებები არ შემოსულა.</w:t>
      </w:r>
    </w:p>
    <w:p w14:paraId="0DD37D4F" w14:textId="394980E2" w:rsidR="00BE1264" w:rsidRPr="00C36A5B" w:rsidRDefault="00BE1264" w:rsidP="00483B73">
      <w:pPr>
        <w:spacing w:after="0" w:line="240" w:lineRule="auto"/>
        <w:rPr>
          <w:rFonts w:ascii="Sylfaen" w:hAnsi="Sylfaen"/>
          <w:b/>
          <w:sz w:val="24"/>
          <w:szCs w:val="24"/>
        </w:rPr>
      </w:pP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b/>
          <w:sz w:val="24"/>
          <w:szCs w:val="24"/>
        </w:rPr>
        <w:t>დოზი</w:t>
      </w:r>
      <w:proofErr w:type="spellEnd"/>
      <w:r w:rsidR="005C7CC7" w:rsidRPr="00C36A5B">
        <w:rPr>
          <w:rFonts w:ascii="Sylfaen" w:hAnsi="Sylfaen"/>
          <w:b/>
          <w:sz w:val="24"/>
          <w:szCs w:val="24"/>
          <w:lang w:val="ka-GE"/>
        </w:rPr>
        <w:t xml:space="preserve">ს </w:t>
      </w:r>
      <w:proofErr w:type="spellStart"/>
      <w:r w:rsidR="005C7CC7" w:rsidRPr="00C36A5B">
        <w:rPr>
          <w:rFonts w:ascii="Sylfaen" w:hAnsi="Sylfaen"/>
          <w:b/>
          <w:sz w:val="24"/>
          <w:szCs w:val="24"/>
          <w:lang w:val="ka-GE"/>
        </w:rPr>
        <w:t>გადაჭარბ</w:t>
      </w:r>
      <w:r w:rsidRPr="00C36A5B">
        <w:rPr>
          <w:rFonts w:ascii="Sylfaen" w:hAnsi="Sylfaen"/>
          <w:b/>
          <w:sz w:val="24"/>
          <w:szCs w:val="24"/>
        </w:rPr>
        <w:t>ება</w:t>
      </w:r>
      <w:proofErr w:type="spellEnd"/>
      <w:r w:rsidRPr="00C36A5B">
        <w:rPr>
          <w:rFonts w:ascii="Sylfaen" w:hAnsi="Sylfaen"/>
          <w:b/>
          <w:sz w:val="24"/>
          <w:szCs w:val="24"/>
        </w:rPr>
        <w:t>:</w:t>
      </w:r>
    </w:p>
    <w:p w14:paraId="573A8941" w14:textId="53E2394A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proofErr w:type="gramStart"/>
      <w:r w:rsidRPr="00C36A5B">
        <w:rPr>
          <w:rFonts w:ascii="Sylfaen" w:hAnsi="Sylfaen"/>
          <w:b/>
          <w:i/>
          <w:sz w:val="24"/>
          <w:szCs w:val="24"/>
        </w:rPr>
        <w:t>სიმპტომები</w:t>
      </w:r>
      <w:proofErr w:type="spellEnd"/>
      <w:r w:rsidR="005C7CC7"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Pr="00C36A5B">
        <w:rPr>
          <w:rFonts w:ascii="Sylfaen" w:hAnsi="Sylfaen"/>
          <w:sz w:val="24"/>
          <w:szCs w:val="24"/>
        </w:rPr>
        <w:t>:</w:t>
      </w:r>
      <w:proofErr w:type="gramEnd"/>
      <w:r w:rsidRPr="00C36A5B">
        <w:rPr>
          <w:rFonts w:ascii="Sylfaen" w:hAnsi="Sylfaen"/>
          <w:sz w:val="24"/>
          <w:szCs w:val="24"/>
        </w:rPr>
        <w:t xml:space="preserve">  </w:t>
      </w:r>
    </w:p>
    <w:p w14:paraId="389DF6E4" w14:textId="7E90B7AC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ცნს</w:t>
      </w:r>
      <w:proofErr w:type="spellEnd"/>
      <w:r w:rsidR="005C7CC7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gramStart"/>
      <w:r w:rsidR="005C7CC7" w:rsidRPr="00C36A5B">
        <w:rPr>
          <w:rFonts w:ascii="Sylfaen" w:hAnsi="Sylfaen"/>
          <w:sz w:val="24"/>
          <w:szCs w:val="24"/>
          <w:lang w:val="ka-GE"/>
        </w:rPr>
        <w:t xml:space="preserve">მხრივ </w:t>
      </w:r>
      <w:r w:rsidRPr="00C36A5B">
        <w:rPr>
          <w:rFonts w:ascii="Sylfaen" w:hAnsi="Sylfaen"/>
          <w:sz w:val="24"/>
          <w:szCs w:val="24"/>
        </w:rPr>
        <w:t>:</w:t>
      </w:r>
      <w:proofErr w:type="gram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5C7CC7" w:rsidRPr="00C36A5B">
        <w:rPr>
          <w:rFonts w:ascii="Sylfaen" w:hAnsi="Sylfaen"/>
          <w:sz w:val="24"/>
          <w:szCs w:val="24"/>
          <w:lang w:val="ka-GE"/>
        </w:rPr>
        <w:t>ცნს</w:t>
      </w:r>
      <w:proofErr w:type="spellEnd"/>
      <w:r w:rsidR="005C7CC7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აგზნება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5C7CC7" w:rsidRPr="00C36A5B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Pr="00C36A5B">
        <w:rPr>
          <w:rFonts w:ascii="Sylfaen" w:hAnsi="Sylfaen"/>
          <w:sz w:val="24"/>
          <w:szCs w:val="24"/>
        </w:rPr>
        <w:t>შფოთვ</w:t>
      </w:r>
      <w:proofErr w:type="spellEnd"/>
      <w:r w:rsidR="005C7CC7" w:rsidRPr="00C36A5B">
        <w:rPr>
          <w:rFonts w:ascii="Sylfaen" w:hAnsi="Sylfaen"/>
          <w:sz w:val="24"/>
          <w:szCs w:val="24"/>
          <w:lang w:val="ka-GE"/>
        </w:rPr>
        <w:t xml:space="preserve">ის, შიშის </w:t>
      </w:r>
      <w:proofErr w:type="spellStart"/>
      <w:r w:rsidR="005C7CC7" w:rsidRPr="00C36A5B">
        <w:rPr>
          <w:rFonts w:ascii="Sylfaen" w:hAnsi="Sylfaen"/>
          <w:sz w:val="24"/>
          <w:szCs w:val="24"/>
          <w:lang w:val="ka-GE"/>
        </w:rPr>
        <w:t>შეგძნება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r w:rsidR="005C7CC7" w:rsidRPr="00C36A5B">
        <w:rPr>
          <w:rFonts w:ascii="Sylfaen" w:hAnsi="Sylfaen"/>
          <w:sz w:val="24"/>
          <w:szCs w:val="24"/>
          <w:lang w:val="ka-GE"/>
        </w:rPr>
        <w:t xml:space="preserve">გონების </w:t>
      </w:r>
      <w:proofErr w:type="spellStart"/>
      <w:r w:rsidR="005C7CC7" w:rsidRPr="00C36A5B">
        <w:rPr>
          <w:rFonts w:ascii="Sylfaen" w:hAnsi="Sylfaen"/>
          <w:sz w:val="24"/>
          <w:szCs w:val="24"/>
          <w:lang w:val="ka-GE"/>
        </w:rPr>
        <w:t>აღრევ</w:t>
      </w:r>
      <w:proofErr w:type="spellEnd"/>
      <w:r w:rsidRPr="00C36A5B">
        <w:rPr>
          <w:rFonts w:ascii="Sylfaen" w:hAnsi="Sylfaen"/>
          <w:sz w:val="24"/>
          <w:szCs w:val="24"/>
        </w:rPr>
        <w:t xml:space="preserve">ა, </w:t>
      </w:r>
      <w:proofErr w:type="spellStart"/>
      <w:r w:rsidR="005C7CC7" w:rsidRPr="00C36A5B">
        <w:rPr>
          <w:rFonts w:ascii="Sylfaen" w:hAnsi="Sylfaen"/>
          <w:sz w:val="24"/>
          <w:szCs w:val="24"/>
          <w:lang w:val="ka-GE"/>
        </w:rPr>
        <w:t>ჰიპერპნოე</w:t>
      </w:r>
      <w:proofErr w:type="spellEnd"/>
      <w:r w:rsidR="005C7CC7" w:rsidRPr="00C36A5B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ტაქიკარდია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არტერიული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5C7CC7" w:rsidRPr="00C36A5B">
        <w:rPr>
          <w:rFonts w:ascii="Sylfaen" w:hAnsi="Sylfaen"/>
          <w:sz w:val="24"/>
          <w:szCs w:val="24"/>
          <w:lang w:val="ka-GE"/>
        </w:rPr>
        <w:t xml:space="preserve">არტერიული </w:t>
      </w:r>
      <w:proofErr w:type="spellStart"/>
      <w:r w:rsidRPr="00C36A5B">
        <w:rPr>
          <w:rFonts w:ascii="Sylfaen" w:hAnsi="Sylfaen"/>
          <w:sz w:val="24"/>
          <w:szCs w:val="24"/>
        </w:rPr>
        <w:t>წნევის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მატება</w:t>
      </w:r>
      <w:proofErr w:type="spellEnd"/>
      <w:r w:rsidR="005C7CC7" w:rsidRPr="00C36A5B">
        <w:rPr>
          <w:rFonts w:ascii="Sylfaen" w:hAnsi="Sylfaen"/>
          <w:sz w:val="24"/>
          <w:szCs w:val="24"/>
          <w:lang w:val="ka-GE"/>
        </w:rPr>
        <w:t xml:space="preserve"> სახის გა</w:t>
      </w:r>
      <w:proofErr w:type="spellStart"/>
      <w:r w:rsidRPr="00C36A5B">
        <w:rPr>
          <w:rFonts w:ascii="Sylfaen" w:hAnsi="Sylfaen"/>
          <w:sz w:val="24"/>
          <w:szCs w:val="24"/>
        </w:rPr>
        <w:t>წითლ</w:t>
      </w:r>
      <w:proofErr w:type="spellEnd"/>
      <w:r w:rsidR="005C7CC7" w:rsidRPr="00C36A5B">
        <w:rPr>
          <w:rFonts w:ascii="Sylfaen" w:hAnsi="Sylfaen"/>
          <w:sz w:val="24"/>
          <w:szCs w:val="24"/>
          <w:lang w:val="ka-GE"/>
        </w:rPr>
        <w:t>ებით</w:t>
      </w:r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გულისრევა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ღებინება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="00B37FEE" w:rsidRPr="00C36A5B">
        <w:rPr>
          <w:rFonts w:ascii="Sylfaen" w:hAnsi="Sylfaen"/>
          <w:sz w:val="24"/>
          <w:szCs w:val="24"/>
          <w:lang w:val="ka-GE"/>
        </w:rPr>
        <w:t>ტრემორი</w:t>
      </w:r>
      <w:proofErr w:type="spellEnd"/>
      <w:r w:rsidR="00B37FEE" w:rsidRPr="00C36A5B">
        <w:rPr>
          <w:rFonts w:ascii="Sylfaen" w:hAnsi="Sylfaen"/>
          <w:sz w:val="24"/>
          <w:szCs w:val="24"/>
          <w:lang w:val="ka-GE"/>
        </w:rPr>
        <w:t>, თრთოლვა, ტონო-</w:t>
      </w:r>
      <w:proofErr w:type="spellStart"/>
      <w:r w:rsidR="00B37FEE" w:rsidRPr="00C36A5B">
        <w:rPr>
          <w:rFonts w:ascii="Sylfaen" w:hAnsi="Sylfaen"/>
          <w:sz w:val="24"/>
          <w:szCs w:val="24"/>
          <w:lang w:val="ka-GE"/>
        </w:rPr>
        <w:t>კლონური</w:t>
      </w:r>
      <w:proofErr w:type="spellEnd"/>
      <w:r w:rsidR="00B37FEE" w:rsidRPr="00C36A5B">
        <w:rPr>
          <w:rFonts w:ascii="Sylfaen" w:hAnsi="Sylfaen"/>
          <w:sz w:val="24"/>
          <w:szCs w:val="24"/>
          <w:lang w:val="ka-GE"/>
        </w:rPr>
        <w:t xml:space="preserve">  კრუნჩხვები; </w:t>
      </w:r>
      <w:proofErr w:type="spellStart"/>
      <w:r w:rsidR="00B37FEE" w:rsidRPr="00C36A5B">
        <w:rPr>
          <w:rFonts w:ascii="Sylfaen" w:hAnsi="Sylfaen"/>
          <w:sz w:val="24"/>
          <w:szCs w:val="24"/>
          <w:lang w:val="ka-GE"/>
        </w:rPr>
        <w:t>ცნს</w:t>
      </w:r>
      <w:proofErr w:type="spellEnd"/>
      <w:r w:rsidR="00B37FEE" w:rsidRPr="00C36A5B">
        <w:rPr>
          <w:rFonts w:ascii="Sylfaen" w:hAnsi="Sylfaen"/>
          <w:sz w:val="24"/>
          <w:szCs w:val="24"/>
          <w:lang w:val="ka-GE"/>
        </w:rPr>
        <w:t>-ს დათრგუნვა -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თავბრუსხვევა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სმენის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დარღვევა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ლაპარაკის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უნარის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დაკარგვა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r w:rsidR="00B37FEE" w:rsidRPr="00C36A5B">
        <w:rPr>
          <w:rFonts w:ascii="Sylfaen" w:hAnsi="Sylfaen"/>
          <w:sz w:val="24"/>
          <w:szCs w:val="24"/>
          <w:lang w:val="ka-GE"/>
        </w:rPr>
        <w:t>გაშეშება</w:t>
      </w:r>
      <w:r w:rsidRPr="00C36A5B">
        <w:rPr>
          <w:rFonts w:ascii="Sylfaen" w:hAnsi="Sylfaen"/>
          <w:sz w:val="24"/>
          <w:szCs w:val="24"/>
        </w:rPr>
        <w:t>,</w:t>
      </w:r>
      <w:r w:rsidR="00B37FEE" w:rsidRPr="00C36A5B">
        <w:rPr>
          <w:rFonts w:ascii="Sylfaen" w:hAnsi="Sylfaen"/>
          <w:sz w:val="24"/>
          <w:szCs w:val="24"/>
          <w:lang w:val="ka-GE"/>
        </w:rPr>
        <w:t xml:space="preserve"> ცნობიერების დაკარგვა, </w:t>
      </w:r>
      <w:proofErr w:type="spellStart"/>
      <w:r w:rsidR="00B37FEE" w:rsidRPr="00C36A5B">
        <w:rPr>
          <w:rFonts w:ascii="Sylfaen" w:hAnsi="Sylfaen"/>
          <w:sz w:val="24"/>
          <w:szCs w:val="24"/>
          <w:lang w:val="ka-GE"/>
        </w:rPr>
        <w:t>ატონია</w:t>
      </w:r>
      <w:proofErr w:type="spellEnd"/>
      <w:r w:rsidR="00B37FEE" w:rsidRPr="00C36A5B">
        <w:rPr>
          <w:rFonts w:ascii="Sylfaen" w:hAnsi="Sylfaen"/>
          <w:sz w:val="24"/>
          <w:szCs w:val="24"/>
          <w:lang w:val="ka-GE"/>
        </w:rPr>
        <w:t>, სისხლძარღვთა მამოძრავებელი ნერვების დამბლა (სისუსტე, სიფერმკრთალე), ქოშინი</w:t>
      </w:r>
      <w:r w:rsidRPr="00C36A5B">
        <w:rPr>
          <w:rFonts w:ascii="Sylfaen" w:hAnsi="Sylfaen"/>
          <w:sz w:val="24"/>
          <w:szCs w:val="24"/>
        </w:rPr>
        <w:t xml:space="preserve">, </w:t>
      </w:r>
      <w:r w:rsidR="00B37FEE" w:rsidRPr="00C36A5B">
        <w:rPr>
          <w:rFonts w:ascii="Sylfaen" w:hAnsi="Sylfaen"/>
          <w:sz w:val="24"/>
          <w:szCs w:val="24"/>
          <w:lang w:val="ka-GE"/>
        </w:rPr>
        <w:t xml:space="preserve">გარდაცვალება </w:t>
      </w:r>
      <w:r w:rsidRPr="00C36A5B">
        <w:rPr>
          <w:rFonts w:ascii="Sylfaen" w:hAnsi="Sylfaen"/>
          <w:sz w:val="24"/>
          <w:szCs w:val="24"/>
        </w:rPr>
        <w:t xml:space="preserve"> </w:t>
      </w:r>
      <w:r w:rsidR="00B37FEE" w:rsidRPr="00C36A5B">
        <w:rPr>
          <w:rFonts w:ascii="Sylfaen" w:hAnsi="Sylfaen"/>
          <w:sz w:val="24"/>
          <w:szCs w:val="24"/>
          <w:lang w:val="ka-GE"/>
        </w:rPr>
        <w:t>სა</w:t>
      </w:r>
      <w:proofErr w:type="spellStart"/>
      <w:r w:rsidRPr="00C36A5B">
        <w:rPr>
          <w:rFonts w:ascii="Sylfaen" w:hAnsi="Sylfaen"/>
          <w:sz w:val="24"/>
          <w:szCs w:val="24"/>
        </w:rPr>
        <w:t>სუნთქი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კუნთების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B37FEE" w:rsidRPr="00C36A5B">
        <w:rPr>
          <w:rFonts w:ascii="Sylfaen" w:hAnsi="Sylfaen"/>
          <w:sz w:val="24"/>
          <w:szCs w:val="24"/>
          <w:lang w:val="ka-GE"/>
        </w:rPr>
        <w:t>დამბლ</w:t>
      </w:r>
      <w:proofErr w:type="spellStart"/>
      <w:r w:rsidRPr="00C36A5B">
        <w:rPr>
          <w:rFonts w:ascii="Sylfaen" w:hAnsi="Sylfaen"/>
          <w:sz w:val="24"/>
          <w:szCs w:val="24"/>
        </w:rPr>
        <w:t>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გამო</w:t>
      </w:r>
      <w:proofErr w:type="spellEnd"/>
      <w:r w:rsidRPr="00C36A5B">
        <w:rPr>
          <w:rFonts w:ascii="Sylfaen" w:hAnsi="Sylfaen"/>
          <w:sz w:val="24"/>
          <w:szCs w:val="24"/>
        </w:rPr>
        <w:t xml:space="preserve">.  </w:t>
      </w:r>
    </w:p>
    <w:p w14:paraId="1F15527C" w14:textId="37920426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i/>
          <w:sz w:val="24"/>
          <w:szCs w:val="24"/>
        </w:rPr>
        <w:t>გულ-სისხლძარღვთა</w:t>
      </w:r>
      <w:proofErr w:type="spellEnd"/>
      <w:r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i/>
          <w:sz w:val="24"/>
          <w:szCs w:val="24"/>
        </w:rPr>
        <w:t>სისტემ</w:t>
      </w:r>
      <w:proofErr w:type="spellEnd"/>
      <w:r w:rsidR="00B37FEE" w:rsidRPr="00C36A5B">
        <w:rPr>
          <w:rFonts w:ascii="Sylfaen" w:hAnsi="Sylfaen"/>
          <w:i/>
          <w:sz w:val="24"/>
          <w:szCs w:val="24"/>
          <w:lang w:val="ka-GE"/>
        </w:rPr>
        <w:t xml:space="preserve">ის </w:t>
      </w:r>
      <w:proofErr w:type="gramStart"/>
      <w:r w:rsidR="00B37FEE" w:rsidRPr="00C36A5B">
        <w:rPr>
          <w:rFonts w:ascii="Sylfaen" w:hAnsi="Sylfaen"/>
          <w:i/>
          <w:sz w:val="24"/>
          <w:szCs w:val="24"/>
          <w:lang w:val="ka-GE"/>
        </w:rPr>
        <w:t>მხრივ</w:t>
      </w:r>
      <w:r w:rsidR="00B37FEE"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Pr="00C36A5B">
        <w:rPr>
          <w:rFonts w:ascii="Sylfaen" w:hAnsi="Sylfaen"/>
          <w:sz w:val="24"/>
          <w:szCs w:val="24"/>
        </w:rPr>
        <w:t>:</w:t>
      </w:r>
      <w:proofErr w:type="gram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ბრადიკარდია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არითმია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r w:rsidR="00914F34" w:rsidRPr="00C36A5B">
        <w:rPr>
          <w:rFonts w:ascii="Sylfaen" w:hAnsi="Sylfaen"/>
          <w:sz w:val="24"/>
          <w:szCs w:val="24"/>
          <w:lang w:val="ka-GE"/>
        </w:rPr>
        <w:t>პარკუჭების ფიბრილაცია,</w:t>
      </w:r>
      <w:r w:rsidRPr="00C36A5B">
        <w:rPr>
          <w:rFonts w:ascii="Sylfaen" w:hAnsi="Sylfaen"/>
          <w:sz w:val="24"/>
          <w:szCs w:val="24"/>
        </w:rPr>
        <w:t xml:space="preserve"> </w:t>
      </w:r>
      <w:r w:rsidR="00B37FEE" w:rsidRPr="00C36A5B">
        <w:rPr>
          <w:rFonts w:ascii="Sylfaen" w:hAnsi="Sylfaen"/>
          <w:sz w:val="24"/>
          <w:szCs w:val="24"/>
          <w:lang w:val="ka-GE"/>
        </w:rPr>
        <w:t>არტერიული წნევის დავარდნ</w:t>
      </w:r>
      <w:r w:rsidRPr="00C36A5B">
        <w:rPr>
          <w:rFonts w:ascii="Sylfaen" w:hAnsi="Sylfaen"/>
          <w:sz w:val="24"/>
          <w:szCs w:val="24"/>
        </w:rPr>
        <w:t xml:space="preserve">ა, </w:t>
      </w:r>
      <w:proofErr w:type="spellStart"/>
      <w:r w:rsidRPr="00C36A5B">
        <w:rPr>
          <w:rFonts w:ascii="Sylfaen" w:hAnsi="Sylfaen"/>
          <w:sz w:val="24"/>
          <w:szCs w:val="24"/>
        </w:rPr>
        <w:t>ციანოზი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გულის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გაჩერება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.  </w:t>
      </w:r>
    </w:p>
    <w:p w14:paraId="70A2EBC0" w14:textId="62754F00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proofErr w:type="gramStart"/>
      <w:r w:rsidRPr="00C36A5B">
        <w:rPr>
          <w:rFonts w:ascii="Sylfaen" w:hAnsi="Sylfaen"/>
          <w:b/>
          <w:i/>
          <w:sz w:val="24"/>
          <w:szCs w:val="24"/>
        </w:rPr>
        <w:t>მკურნალობა</w:t>
      </w:r>
      <w:proofErr w:type="spellEnd"/>
      <w:r w:rsidR="00B37FEE"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Pr="00C36A5B">
        <w:rPr>
          <w:rFonts w:ascii="Sylfaen" w:hAnsi="Sylfaen"/>
          <w:sz w:val="24"/>
          <w:szCs w:val="24"/>
        </w:rPr>
        <w:t>:</w:t>
      </w:r>
      <w:proofErr w:type="gramEnd"/>
      <w:r w:rsidRPr="00C36A5B">
        <w:rPr>
          <w:rFonts w:ascii="Sylfaen" w:hAnsi="Sylfaen"/>
          <w:sz w:val="24"/>
          <w:szCs w:val="24"/>
        </w:rPr>
        <w:t xml:space="preserve">  </w:t>
      </w:r>
    </w:p>
    <w:p w14:paraId="36E90CAB" w14:textId="78E4C24E" w:rsidR="009B4238" w:rsidRPr="00C36A5B" w:rsidRDefault="00180D31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36A5B">
        <w:rPr>
          <w:rFonts w:ascii="Sylfaen" w:hAnsi="Sylfaen"/>
          <w:sz w:val="24"/>
          <w:szCs w:val="24"/>
          <w:lang w:val="ka-GE"/>
        </w:rPr>
        <w:t>ინტოქსიკაციის განვითარებ</w:t>
      </w:r>
      <w:r w:rsidR="00B37FEE" w:rsidRPr="00C36A5B">
        <w:rPr>
          <w:rFonts w:ascii="Sylfaen" w:hAnsi="Sylfaen"/>
          <w:sz w:val="24"/>
          <w:szCs w:val="24"/>
          <w:lang w:val="ka-GE"/>
        </w:rPr>
        <w:t xml:space="preserve">ის </w:t>
      </w:r>
      <w:proofErr w:type="spellStart"/>
      <w:r w:rsidR="00BE1264" w:rsidRPr="00C36A5B">
        <w:rPr>
          <w:rFonts w:ascii="Sylfaen" w:hAnsi="Sylfaen"/>
          <w:sz w:val="24"/>
          <w:szCs w:val="24"/>
        </w:rPr>
        <w:t>პირველივე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="00B37FEE" w:rsidRPr="00C36A5B">
        <w:rPr>
          <w:rFonts w:ascii="Sylfaen" w:hAnsi="Sylfaen"/>
          <w:sz w:val="24"/>
          <w:szCs w:val="24"/>
          <w:lang w:val="ka-GE"/>
        </w:rPr>
        <w:t>ნიშნებ</w:t>
      </w:r>
      <w:proofErr w:type="spellStart"/>
      <w:r w:rsidR="00BE1264" w:rsidRPr="00C36A5B">
        <w:rPr>
          <w:rFonts w:ascii="Sylfaen" w:hAnsi="Sylfaen"/>
          <w:sz w:val="24"/>
          <w:szCs w:val="24"/>
        </w:rPr>
        <w:t>ის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დროს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ან პრეპარატის ისეთი გვერდითი მოქმედების შემთხვევაში, როგორიცაა თავბრუსხვევა, მოტორული აღგზნება ან გაშეშება </w:t>
      </w:r>
      <w:proofErr w:type="spellStart"/>
      <w:r w:rsidR="00BE1264" w:rsidRPr="00C36A5B">
        <w:rPr>
          <w:rFonts w:ascii="Sylfaen" w:hAnsi="Sylfaen"/>
          <w:sz w:val="24"/>
          <w:szCs w:val="24"/>
        </w:rPr>
        <w:t>პრეპარატის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შეყვან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ის დროს</w:t>
      </w:r>
      <w:r w:rsidR="00EC5B4B" w:rsidRPr="00C36A5B">
        <w:rPr>
          <w:rFonts w:ascii="Sylfaen" w:hAnsi="Sylfaen"/>
          <w:sz w:val="24"/>
          <w:szCs w:val="24"/>
          <w:lang w:val="ka-GE"/>
        </w:rPr>
        <w:t>,</w:t>
      </w:r>
      <w:r w:rsidRPr="00C36A5B">
        <w:rPr>
          <w:rFonts w:ascii="Sylfaen" w:hAnsi="Sylfaen"/>
          <w:sz w:val="24"/>
          <w:szCs w:val="24"/>
          <w:lang w:val="ka-GE"/>
        </w:rPr>
        <w:t xml:space="preserve"> მისი შეყვანა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უნდა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შეწყდეს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და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პაციენტი გადაყვანილი </w:t>
      </w:r>
      <w:proofErr w:type="spellStart"/>
      <w:r w:rsidR="00BE1264" w:rsidRPr="00C36A5B">
        <w:rPr>
          <w:rFonts w:ascii="Sylfaen" w:hAnsi="Sylfaen"/>
          <w:sz w:val="24"/>
          <w:szCs w:val="24"/>
        </w:rPr>
        <w:t>უნდა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>იქნა</w:t>
      </w:r>
      <w:r w:rsidR="00BE1264" w:rsidRPr="00C36A5B">
        <w:rPr>
          <w:rFonts w:ascii="Sylfaen" w:hAnsi="Sylfaen"/>
          <w:sz w:val="24"/>
          <w:szCs w:val="24"/>
        </w:rPr>
        <w:t xml:space="preserve">ს </w:t>
      </w:r>
      <w:proofErr w:type="spellStart"/>
      <w:r w:rsidR="00BE1264" w:rsidRPr="00C36A5B">
        <w:rPr>
          <w:rFonts w:ascii="Sylfaen" w:hAnsi="Sylfaen"/>
          <w:sz w:val="24"/>
          <w:szCs w:val="24"/>
        </w:rPr>
        <w:t>ჰორიზონტალურ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მდგომარეობაში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აწეული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>ქვედა კიდურ</w:t>
      </w:r>
      <w:proofErr w:type="spellStart"/>
      <w:r w:rsidR="00BE1264" w:rsidRPr="00C36A5B">
        <w:rPr>
          <w:rFonts w:ascii="Sylfaen" w:hAnsi="Sylfaen"/>
          <w:sz w:val="24"/>
          <w:szCs w:val="24"/>
        </w:rPr>
        <w:t>ებით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.  </w:t>
      </w:r>
      <w:r w:rsidRPr="00C36A5B">
        <w:rPr>
          <w:rFonts w:ascii="Sylfaen" w:hAnsi="Sylfaen"/>
          <w:sz w:val="24"/>
          <w:szCs w:val="24"/>
          <w:lang w:val="ka-GE"/>
        </w:rPr>
        <w:t>უნდა იქნას უზრუნველყოფილი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>სა</w:t>
      </w:r>
      <w:proofErr w:type="spellStart"/>
      <w:r w:rsidR="00BE1264" w:rsidRPr="00C36A5B">
        <w:rPr>
          <w:rFonts w:ascii="Sylfaen" w:hAnsi="Sylfaen"/>
          <w:sz w:val="24"/>
          <w:szCs w:val="24"/>
        </w:rPr>
        <w:t>სუნთ</w:t>
      </w:r>
      <w:r w:rsidRPr="00C36A5B">
        <w:rPr>
          <w:rFonts w:ascii="Sylfaen" w:hAnsi="Sylfaen"/>
          <w:sz w:val="24"/>
          <w:szCs w:val="24"/>
          <w:lang w:val="ka-GE"/>
        </w:rPr>
        <w:t>ქი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გზების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>გამტარიანობა</w:t>
      </w:r>
      <w:r w:rsidR="00EC5B4B" w:rsidRPr="00C36A5B">
        <w:rPr>
          <w:rFonts w:ascii="Sylfaen" w:hAnsi="Sylfaen"/>
          <w:sz w:val="24"/>
          <w:szCs w:val="24"/>
          <w:lang w:val="ka-GE"/>
        </w:rPr>
        <w:t>,</w:t>
      </w:r>
      <w:r w:rsidRPr="00C36A5B">
        <w:rPr>
          <w:rFonts w:ascii="Sylfaen" w:hAnsi="Sylfaen"/>
          <w:sz w:val="24"/>
          <w:szCs w:val="24"/>
          <w:lang w:val="ka-GE"/>
        </w:rPr>
        <w:t xml:space="preserve"> ხდებოდეს 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ჰემოდინამიკის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(გულის შეკუმშვის სიხშირე -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გშს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და აწ) მაჩვენებლების მონიტორინგი. რეკომენდებულია ყოველთვის, მაშინაც კი, როდესაც </w:t>
      </w:r>
      <w:r w:rsidR="00EC5B4B" w:rsidRPr="00C36A5B">
        <w:rPr>
          <w:rFonts w:ascii="Sylfaen" w:hAnsi="Sylfaen"/>
          <w:sz w:val="24"/>
          <w:szCs w:val="24"/>
          <w:lang w:val="ka-GE"/>
        </w:rPr>
        <w:t xml:space="preserve">ინტოქსიკაციის სიმპტომები არ გვგონია მძიმე, </w:t>
      </w:r>
      <w:proofErr w:type="spellStart"/>
      <w:r w:rsidR="009B4238" w:rsidRPr="00C36A5B">
        <w:rPr>
          <w:rFonts w:ascii="Sylfaen" w:hAnsi="Sylfaen"/>
          <w:sz w:val="24"/>
          <w:szCs w:val="24"/>
        </w:rPr>
        <w:t>უზრუნველ</w:t>
      </w:r>
      <w:proofErr w:type="spellEnd"/>
      <w:r w:rsidR="009B4238" w:rsidRPr="00C36A5B">
        <w:rPr>
          <w:rFonts w:ascii="Sylfaen" w:hAnsi="Sylfaen"/>
          <w:sz w:val="24"/>
          <w:szCs w:val="24"/>
          <w:lang w:val="ka-GE"/>
        </w:rPr>
        <w:t xml:space="preserve">ვყოთ </w:t>
      </w:r>
      <w:r w:rsidR="00EC5B4B" w:rsidRPr="00C36A5B">
        <w:rPr>
          <w:rFonts w:ascii="Sylfaen" w:hAnsi="Sylfaen"/>
          <w:sz w:val="24"/>
          <w:szCs w:val="24"/>
          <w:lang w:val="ka-GE"/>
        </w:rPr>
        <w:t xml:space="preserve">ვენების </w:t>
      </w:r>
      <w:r w:rsidR="009B4238" w:rsidRPr="00C36A5B">
        <w:rPr>
          <w:rFonts w:ascii="Sylfaen" w:hAnsi="Sylfaen"/>
          <w:sz w:val="24"/>
          <w:szCs w:val="24"/>
          <w:lang w:val="ka-GE"/>
        </w:rPr>
        <w:t xml:space="preserve">თავისუფალი </w:t>
      </w:r>
      <w:r w:rsidR="00EC5B4B" w:rsidRPr="00C36A5B">
        <w:rPr>
          <w:rFonts w:ascii="Sylfaen" w:hAnsi="Sylfaen"/>
          <w:sz w:val="24"/>
          <w:szCs w:val="24"/>
          <w:lang w:val="ka-GE"/>
        </w:rPr>
        <w:t xml:space="preserve">წვდომა, რათა აუცილებლობის შემთხვევაში გვქონდეს საშუალება დაუყოვნებლივ </w:t>
      </w:r>
      <w:r w:rsidR="009B4238" w:rsidRPr="00C36A5B">
        <w:rPr>
          <w:rFonts w:ascii="Sylfaen" w:hAnsi="Sylfaen"/>
          <w:sz w:val="24"/>
          <w:szCs w:val="24"/>
          <w:lang w:val="ka-GE"/>
        </w:rPr>
        <w:t>მოვახდინ</w:t>
      </w:r>
      <w:r w:rsidR="00EC5B4B" w:rsidRPr="00C36A5B">
        <w:rPr>
          <w:rFonts w:ascii="Sylfaen" w:hAnsi="Sylfaen"/>
          <w:sz w:val="24"/>
          <w:szCs w:val="24"/>
          <w:lang w:val="ka-GE"/>
        </w:rPr>
        <w:t xml:space="preserve">ოთ </w:t>
      </w:r>
      <w:r w:rsidR="004A319E" w:rsidRPr="00C36A5B">
        <w:rPr>
          <w:rFonts w:ascii="Sylfaen" w:hAnsi="Sylfaen"/>
          <w:sz w:val="24"/>
          <w:szCs w:val="24"/>
          <w:lang w:val="ka-GE"/>
        </w:rPr>
        <w:t>საჭირო</w:t>
      </w:r>
      <w:r w:rsidR="00EC5B4B" w:rsidRPr="00C36A5B">
        <w:rPr>
          <w:rFonts w:ascii="Sylfaen" w:hAnsi="Sylfaen"/>
          <w:sz w:val="24"/>
          <w:szCs w:val="24"/>
          <w:lang w:val="ka-GE"/>
        </w:rPr>
        <w:t xml:space="preserve"> სამკურნალო საშუალებების </w:t>
      </w:r>
      <w:r w:rsidR="00B942D0" w:rsidRPr="00C36A5B">
        <w:rPr>
          <w:rFonts w:ascii="Sylfaen" w:hAnsi="Sylfaen"/>
          <w:sz w:val="24"/>
          <w:szCs w:val="24"/>
          <w:lang w:val="ka-GE"/>
        </w:rPr>
        <w:t xml:space="preserve">ი.ვ </w:t>
      </w:r>
      <w:r w:rsidR="00EC5B4B" w:rsidRPr="00C36A5B">
        <w:rPr>
          <w:rFonts w:ascii="Sylfaen" w:hAnsi="Sylfaen"/>
          <w:sz w:val="24"/>
          <w:szCs w:val="24"/>
          <w:lang w:val="ka-GE"/>
        </w:rPr>
        <w:t>შეყვანა.</w:t>
      </w:r>
    </w:p>
    <w:p w14:paraId="3D8F6D86" w14:textId="77DA7599" w:rsidR="00BE1264" w:rsidRPr="00C36A5B" w:rsidRDefault="009B4238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სუნთქვის დარღვევების დროს, მათი სიმძიმიდან გამომდინარე, რეკომენდებულია </w:t>
      </w:r>
      <w:proofErr w:type="spellStart"/>
      <w:r w:rsidR="00BE1264" w:rsidRPr="00C36A5B">
        <w:rPr>
          <w:rFonts w:ascii="Sylfaen" w:hAnsi="Sylfaen"/>
          <w:sz w:val="24"/>
          <w:szCs w:val="24"/>
        </w:rPr>
        <w:t>ჟანგბადის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მიწოდება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, </w:t>
      </w:r>
      <w:r w:rsidRPr="00C36A5B">
        <w:rPr>
          <w:rFonts w:ascii="Sylfaen" w:hAnsi="Sylfaen"/>
          <w:sz w:val="24"/>
          <w:szCs w:val="24"/>
          <w:lang w:val="ka-GE"/>
        </w:rPr>
        <w:t>ხოლო ხელოვნური სუნთქვის ჩატარების ჩვენებების წარმოქმნისას- ენდოტრაქეალური ინტუბაციისა და ფილტვების ხელოვნური ვენტილაციის ჩატარება.</w:t>
      </w:r>
      <w:r w:rsidR="00BE1264" w:rsidRPr="00C36A5B">
        <w:rPr>
          <w:rFonts w:ascii="Sylfaen" w:hAnsi="Sylfaen"/>
          <w:sz w:val="24"/>
          <w:szCs w:val="24"/>
        </w:rPr>
        <w:t xml:space="preserve">  </w:t>
      </w:r>
    </w:p>
    <w:p w14:paraId="42697995" w14:textId="61681352" w:rsidR="00BE1264" w:rsidRPr="00C36A5B" w:rsidRDefault="009B4238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  <w:lang w:val="ka-GE"/>
        </w:rPr>
        <w:t>კუნთების თრთოლვისა და გენერალიზებული კრუნჩხვების კუპირება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შეიძლება </w:t>
      </w:r>
      <w:r w:rsidR="00C30800" w:rsidRPr="00C36A5B">
        <w:rPr>
          <w:rFonts w:ascii="Sylfaen" w:hAnsi="Sylfaen"/>
          <w:sz w:val="24"/>
          <w:szCs w:val="24"/>
          <w:lang w:val="ka-GE"/>
        </w:rPr>
        <w:t xml:space="preserve">ისეთი </w:t>
      </w:r>
      <w:r w:rsidRPr="00C36A5B">
        <w:rPr>
          <w:rFonts w:ascii="Sylfaen" w:hAnsi="Sylfaen"/>
          <w:sz w:val="24"/>
          <w:szCs w:val="24"/>
          <w:lang w:val="ka-GE"/>
        </w:rPr>
        <w:t xml:space="preserve">სწრაფმოქმედი პრეპარატების </w:t>
      </w:r>
      <w:r w:rsidR="00C30800" w:rsidRPr="00C36A5B">
        <w:rPr>
          <w:rFonts w:ascii="Sylfaen" w:hAnsi="Sylfaen"/>
          <w:sz w:val="24"/>
          <w:szCs w:val="24"/>
          <w:lang w:val="ka-GE"/>
        </w:rPr>
        <w:t>ინტრავენური შეყვანით, რომლებსაც გააჩნიათ მიორელაქსაციისა და კრუნჩხვების საწინააღმდეგო მოქმედება (მაგალითად, დ</w:t>
      </w:r>
      <w:proofErr w:type="spellStart"/>
      <w:r w:rsidR="00BE1264" w:rsidRPr="00C36A5B">
        <w:rPr>
          <w:rFonts w:ascii="Sylfaen" w:hAnsi="Sylfaen"/>
          <w:sz w:val="24"/>
          <w:szCs w:val="24"/>
        </w:rPr>
        <w:t>იაზეპამი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ან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სუქსამეტონიუმის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ქლორიდი</w:t>
      </w:r>
      <w:proofErr w:type="spellEnd"/>
      <w:r w:rsidR="00C30800" w:rsidRPr="00C36A5B">
        <w:rPr>
          <w:rFonts w:ascii="Sylfaen" w:hAnsi="Sylfaen"/>
          <w:sz w:val="24"/>
          <w:szCs w:val="24"/>
          <w:lang w:val="ka-GE"/>
        </w:rPr>
        <w:t>). ასევე რეკომენდებულია</w:t>
      </w:r>
      <w:r w:rsidR="00B942D0" w:rsidRPr="00C36A5B">
        <w:rPr>
          <w:rFonts w:ascii="Sylfaen" w:hAnsi="Sylfaen"/>
          <w:sz w:val="24"/>
          <w:szCs w:val="24"/>
          <w:lang w:val="ka-GE"/>
        </w:rPr>
        <w:t xml:space="preserve"> ფილტვების</w:t>
      </w:r>
      <w:r w:rsidR="00C30800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ხელოვნური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="00B942D0" w:rsidRPr="00C36A5B">
        <w:rPr>
          <w:rFonts w:ascii="Sylfaen" w:hAnsi="Sylfaen"/>
          <w:sz w:val="24"/>
          <w:szCs w:val="24"/>
          <w:lang w:val="ka-GE"/>
        </w:rPr>
        <w:t>ვენტილაციის</w:t>
      </w:r>
      <w:r w:rsidR="00C30800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C30800" w:rsidRPr="00C36A5B">
        <w:rPr>
          <w:rFonts w:ascii="Sylfaen" w:hAnsi="Sylfaen"/>
          <w:sz w:val="24"/>
          <w:szCs w:val="24"/>
          <w:lang w:val="ka-GE"/>
        </w:rPr>
        <w:t>ჩატარებ</w:t>
      </w:r>
      <w:proofErr w:type="spellEnd"/>
      <w:r w:rsidR="00BE1264" w:rsidRPr="00C36A5B">
        <w:rPr>
          <w:rFonts w:ascii="Sylfaen" w:hAnsi="Sylfaen"/>
          <w:sz w:val="24"/>
          <w:szCs w:val="24"/>
        </w:rPr>
        <w:t>ა</w:t>
      </w:r>
      <w:r w:rsidR="00B942D0" w:rsidRPr="00C36A5B">
        <w:rPr>
          <w:rFonts w:ascii="Sylfaen" w:hAnsi="Sylfaen"/>
          <w:sz w:val="24"/>
          <w:szCs w:val="24"/>
          <w:lang w:val="ka-GE"/>
        </w:rPr>
        <w:t>(ჟანგბადის მიწოდება)</w:t>
      </w:r>
      <w:r w:rsidR="00BE1264" w:rsidRPr="00C36A5B">
        <w:rPr>
          <w:rFonts w:ascii="Sylfaen" w:hAnsi="Sylfaen"/>
          <w:sz w:val="24"/>
          <w:szCs w:val="24"/>
        </w:rPr>
        <w:t xml:space="preserve">.  </w:t>
      </w:r>
    </w:p>
    <w:p w14:paraId="087838CE" w14:textId="5ADFE119" w:rsidR="00C30800" w:rsidRPr="00C36A5B" w:rsidRDefault="00C30800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არტერიული წნევის მკვეთრი დავარდნის, </w:t>
      </w:r>
      <w:proofErr w:type="spellStart"/>
      <w:r w:rsidR="00BE1264" w:rsidRPr="00C36A5B">
        <w:rPr>
          <w:rFonts w:ascii="Sylfaen" w:hAnsi="Sylfaen"/>
          <w:sz w:val="24"/>
          <w:szCs w:val="24"/>
        </w:rPr>
        <w:t>ბრადიკარდი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ის</w:t>
      </w:r>
      <w:r w:rsidR="004A319E" w:rsidRPr="00C36A5B">
        <w:rPr>
          <w:rFonts w:ascii="Sylfaen" w:hAnsi="Sylfaen"/>
          <w:sz w:val="24"/>
          <w:szCs w:val="24"/>
          <w:lang w:val="ka-GE"/>
        </w:rPr>
        <w:t>ა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 ან ტაქიკარდიის აღმოფხვრა  ხშირად შესაძლებელია უბრალოდ </w:t>
      </w:r>
      <w:proofErr w:type="spellStart"/>
      <w:r w:rsidR="00BE1264" w:rsidRPr="00C36A5B">
        <w:rPr>
          <w:rFonts w:ascii="Sylfaen" w:hAnsi="Sylfaen"/>
          <w:sz w:val="24"/>
          <w:szCs w:val="24"/>
        </w:rPr>
        <w:t>პაციენტის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ჰორიზონტალ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ურ მდგომარეობაში გადაყვანით 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აწეული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>ქვედა კიდურ</w:t>
      </w:r>
      <w:proofErr w:type="spellStart"/>
      <w:r w:rsidR="00BE1264" w:rsidRPr="00C36A5B">
        <w:rPr>
          <w:rFonts w:ascii="Sylfaen" w:hAnsi="Sylfaen"/>
          <w:sz w:val="24"/>
          <w:szCs w:val="24"/>
        </w:rPr>
        <w:t>ებით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.</w:t>
      </w:r>
    </w:p>
    <w:p w14:paraId="636A230B" w14:textId="798BA970" w:rsidR="00BE1264" w:rsidRPr="00C36A5B" w:rsidRDefault="00C30800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სისხლის მიმოქცევის მძიმე დარღვევებისა და შოკის დროს, მათი მიზეზების მიუხედავად, პრეპარატის შეყვანა უნდა შეწყდეს  და პაციენტი უნდა იქნას გადაყვანილი ჰორიზონტალურ მდგომარეობაში აწეული ქვედა კიდურებით. უნდა 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ჩარატდეს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ჟანგბადი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ს მიწოდება</w:t>
      </w:r>
      <w:r w:rsidR="00BE1264" w:rsidRPr="00C36A5B">
        <w:rPr>
          <w:rFonts w:ascii="Sylfaen" w:hAnsi="Sylfaen"/>
          <w:sz w:val="24"/>
          <w:szCs w:val="24"/>
        </w:rPr>
        <w:t xml:space="preserve">, </w:t>
      </w:r>
      <w:r w:rsidR="00F63444" w:rsidRPr="00C36A5B">
        <w:rPr>
          <w:rFonts w:ascii="Sylfaen" w:hAnsi="Sylfaen"/>
          <w:sz w:val="24"/>
          <w:szCs w:val="24"/>
          <w:lang w:val="ka-GE"/>
        </w:rPr>
        <w:t xml:space="preserve">ელექტროლიტური ხსნარების, </w:t>
      </w:r>
      <w:proofErr w:type="spellStart"/>
      <w:r w:rsidR="00BE1264" w:rsidRPr="00C36A5B">
        <w:rPr>
          <w:rFonts w:ascii="Sylfaen" w:hAnsi="Sylfaen"/>
          <w:sz w:val="24"/>
          <w:szCs w:val="24"/>
        </w:rPr>
        <w:t>გლუკოკორტიკო</w:t>
      </w:r>
      <w:proofErr w:type="spellEnd"/>
      <w:r w:rsidR="00F63444" w:rsidRPr="00C36A5B">
        <w:rPr>
          <w:rFonts w:ascii="Sylfaen" w:hAnsi="Sylfaen"/>
          <w:sz w:val="24"/>
          <w:szCs w:val="24"/>
          <w:lang w:val="ka-GE"/>
        </w:rPr>
        <w:t>სტერო</w:t>
      </w:r>
      <w:proofErr w:type="spellStart"/>
      <w:r w:rsidR="00BE1264" w:rsidRPr="00C36A5B">
        <w:rPr>
          <w:rFonts w:ascii="Sylfaen" w:hAnsi="Sylfaen"/>
          <w:sz w:val="24"/>
          <w:szCs w:val="24"/>
        </w:rPr>
        <w:t>იდები</w:t>
      </w:r>
      <w:proofErr w:type="spellEnd"/>
      <w:r w:rsidR="00F63444" w:rsidRPr="00C36A5B">
        <w:rPr>
          <w:rFonts w:ascii="Sylfaen" w:hAnsi="Sylfaen"/>
          <w:sz w:val="24"/>
          <w:szCs w:val="24"/>
          <w:lang w:val="ka-GE"/>
        </w:rPr>
        <w:t>ს</w:t>
      </w:r>
      <w:r w:rsidR="00BE1264" w:rsidRPr="00C36A5B">
        <w:rPr>
          <w:rFonts w:ascii="Sylfaen" w:hAnsi="Sylfaen"/>
          <w:sz w:val="24"/>
          <w:szCs w:val="24"/>
        </w:rPr>
        <w:t xml:space="preserve"> (</w:t>
      </w:r>
      <w:r w:rsidR="00F63444" w:rsidRPr="00C36A5B">
        <w:rPr>
          <w:rFonts w:ascii="Sylfaen" w:hAnsi="Sylfaen"/>
          <w:sz w:val="24"/>
          <w:szCs w:val="24"/>
          <w:lang w:val="ka-GE"/>
        </w:rPr>
        <w:t xml:space="preserve">მაგალითად, </w:t>
      </w:r>
      <w:r w:rsidR="00B942D0" w:rsidRPr="00C36A5B">
        <w:rPr>
          <w:rFonts w:ascii="Sylfaen" w:hAnsi="Sylfaen"/>
          <w:sz w:val="24"/>
          <w:szCs w:val="24"/>
        </w:rPr>
        <w:t xml:space="preserve">250–1000 </w:t>
      </w:r>
      <w:proofErr w:type="spellStart"/>
      <w:r w:rsidR="00B942D0" w:rsidRPr="00C36A5B">
        <w:rPr>
          <w:rFonts w:ascii="Sylfaen" w:hAnsi="Sylfaen"/>
          <w:sz w:val="24"/>
          <w:szCs w:val="24"/>
        </w:rPr>
        <w:t>მგ</w:t>
      </w:r>
      <w:r w:rsidR="00BE1264" w:rsidRPr="00C36A5B">
        <w:rPr>
          <w:rFonts w:ascii="Sylfaen" w:hAnsi="Sylfaen"/>
          <w:sz w:val="24"/>
          <w:szCs w:val="24"/>
        </w:rPr>
        <w:t>პრედნიზოლონი</w:t>
      </w:r>
      <w:proofErr w:type="spellEnd"/>
      <w:r w:rsidR="00F63444" w:rsidRPr="00C36A5B">
        <w:rPr>
          <w:rFonts w:ascii="Sylfaen" w:hAnsi="Sylfaen"/>
          <w:sz w:val="24"/>
          <w:szCs w:val="24"/>
          <w:lang w:val="ka-GE"/>
        </w:rPr>
        <w:t>ს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r w:rsidR="00F63444" w:rsidRPr="00C36A5B">
        <w:rPr>
          <w:rFonts w:ascii="Sylfaen" w:hAnsi="Sylfaen"/>
          <w:sz w:val="24"/>
          <w:szCs w:val="24"/>
          <w:lang w:val="ka-GE"/>
        </w:rPr>
        <w:t xml:space="preserve">ან მისი წარმოებულის, მაგალითად, </w:t>
      </w:r>
      <w:proofErr w:type="spellStart"/>
      <w:r w:rsidR="00F63444" w:rsidRPr="00C36A5B">
        <w:rPr>
          <w:rFonts w:ascii="Sylfaen" w:hAnsi="Sylfaen"/>
          <w:sz w:val="24"/>
          <w:szCs w:val="24"/>
          <w:lang w:val="ka-GE"/>
        </w:rPr>
        <w:t>მე</w:t>
      </w:r>
      <w:r w:rsidR="00B942D0" w:rsidRPr="00C36A5B">
        <w:rPr>
          <w:rFonts w:ascii="Sylfaen" w:hAnsi="Sylfaen"/>
          <w:sz w:val="24"/>
          <w:szCs w:val="24"/>
          <w:lang w:val="ka-GE"/>
        </w:rPr>
        <w:t>თ</w:t>
      </w:r>
      <w:r w:rsidR="00F63444" w:rsidRPr="00C36A5B">
        <w:rPr>
          <w:rFonts w:ascii="Sylfaen" w:hAnsi="Sylfaen"/>
          <w:sz w:val="24"/>
          <w:szCs w:val="24"/>
          <w:lang w:val="ka-GE"/>
        </w:rPr>
        <w:t>ილპრედნიზოლონის</w:t>
      </w:r>
      <w:proofErr w:type="spellEnd"/>
      <w:r w:rsidR="00F63444" w:rsidRPr="00C36A5B">
        <w:rPr>
          <w:rFonts w:ascii="Sylfaen" w:hAnsi="Sylfaen"/>
          <w:sz w:val="24"/>
          <w:szCs w:val="24"/>
          <w:lang w:val="ka-GE"/>
        </w:rPr>
        <w:t xml:space="preserve">, </w:t>
      </w:r>
      <w:r w:rsidR="00B942D0" w:rsidRPr="00C36A5B">
        <w:rPr>
          <w:rFonts w:ascii="Sylfaen" w:hAnsi="Sylfaen"/>
          <w:sz w:val="24"/>
          <w:szCs w:val="24"/>
          <w:lang w:val="ka-GE"/>
        </w:rPr>
        <w:t>ეკვივალენტური</w:t>
      </w:r>
      <w:r w:rsidR="00F63444" w:rsidRPr="00C36A5B">
        <w:rPr>
          <w:rFonts w:ascii="Sylfaen" w:hAnsi="Sylfaen"/>
          <w:sz w:val="24"/>
          <w:szCs w:val="24"/>
          <w:lang w:val="ka-GE"/>
        </w:rPr>
        <w:t xml:space="preserve"> რაოდენობის</w:t>
      </w:r>
      <w:r w:rsidR="00BE1264" w:rsidRPr="00C36A5B">
        <w:rPr>
          <w:rFonts w:ascii="Sylfaen" w:hAnsi="Sylfaen"/>
          <w:sz w:val="24"/>
          <w:szCs w:val="24"/>
        </w:rPr>
        <w:t xml:space="preserve">)  </w:t>
      </w:r>
      <w:proofErr w:type="spellStart"/>
      <w:r w:rsidR="00F63444" w:rsidRPr="00C36A5B">
        <w:rPr>
          <w:rFonts w:ascii="Sylfaen" w:hAnsi="Sylfaen"/>
          <w:sz w:val="24"/>
          <w:szCs w:val="24"/>
        </w:rPr>
        <w:t>ინტრავენური</w:t>
      </w:r>
      <w:proofErr w:type="spellEnd"/>
      <w:r w:rsidR="00F6344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F63444" w:rsidRPr="00C36A5B">
        <w:rPr>
          <w:rFonts w:ascii="Sylfaen" w:hAnsi="Sylfaen"/>
          <w:sz w:val="24"/>
          <w:szCs w:val="24"/>
          <w:lang w:val="ka-GE"/>
        </w:rPr>
        <w:t>შეყვან</w:t>
      </w:r>
      <w:proofErr w:type="spellEnd"/>
      <w:r w:rsidR="00F63444" w:rsidRPr="00C36A5B">
        <w:rPr>
          <w:rFonts w:ascii="Sylfaen" w:hAnsi="Sylfaen"/>
          <w:sz w:val="24"/>
          <w:szCs w:val="24"/>
        </w:rPr>
        <w:t>ა,</w:t>
      </w:r>
      <w:r w:rsidR="00F63444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F63444" w:rsidRPr="00C36A5B">
        <w:rPr>
          <w:rFonts w:ascii="Sylfaen" w:hAnsi="Sylfaen"/>
          <w:sz w:val="24"/>
          <w:szCs w:val="24"/>
          <w:lang w:val="ka-GE"/>
        </w:rPr>
        <w:t>ჩანაცვლებითი</w:t>
      </w:r>
      <w:proofErr w:type="spellEnd"/>
      <w:r w:rsidR="00F63444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F63444" w:rsidRPr="00C36A5B">
        <w:rPr>
          <w:rFonts w:ascii="Sylfaen" w:hAnsi="Sylfaen"/>
          <w:sz w:val="24"/>
          <w:szCs w:val="24"/>
          <w:lang w:val="ka-GE"/>
        </w:rPr>
        <w:t>საინფუზიო</w:t>
      </w:r>
      <w:proofErr w:type="spellEnd"/>
      <w:r w:rsidR="00F63444" w:rsidRPr="00C36A5B">
        <w:rPr>
          <w:rFonts w:ascii="Sylfaen" w:hAnsi="Sylfaen"/>
          <w:sz w:val="24"/>
          <w:szCs w:val="24"/>
          <w:lang w:val="ka-GE"/>
        </w:rPr>
        <w:t xml:space="preserve"> თერაპია (აუცილებლობის შემთხვევაში, დამატებით, პლაზმის შემცვლელები, მათ შორის ადამიანის ალბუმინი).</w:t>
      </w:r>
    </w:p>
    <w:p w14:paraId="79CF35A2" w14:textId="5B596100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proofErr w:type="spellStart"/>
      <w:r w:rsidRPr="00C36A5B">
        <w:rPr>
          <w:rFonts w:ascii="Sylfaen" w:hAnsi="Sylfaen"/>
          <w:sz w:val="24"/>
          <w:szCs w:val="24"/>
        </w:rPr>
        <w:lastRenderedPageBreak/>
        <w:t>კოლაფსი</w:t>
      </w:r>
      <w:proofErr w:type="spellEnd"/>
      <w:r w:rsidR="00F63444" w:rsidRPr="00C36A5B">
        <w:rPr>
          <w:rFonts w:ascii="Sylfaen" w:hAnsi="Sylfaen"/>
          <w:sz w:val="24"/>
          <w:szCs w:val="24"/>
          <w:lang w:val="ka-GE"/>
        </w:rPr>
        <w:t xml:space="preserve">ს განვითარებისა და </w:t>
      </w:r>
      <w:proofErr w:type="spellStart"/>
      <w:r w:rsidRPr="00C36A5B">
        <w:rPr>
          <w:rFonts w:ascii="Sylfaen" w:hAnsi="Sylfaen"/>
          <w:sz w:val="24"/>
          <w:szCs w:val="24"/>
        </w:rPr>
        <w:t>ბრადიკარდიის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F63444" w:rsidRPr="00C36A5B">
        <w:rPr>
          <w:rFonts w:ascii="Sylfaen" w:hAnsi="Sylfaen"/>
          <w:sz w:val="24"/>
          <w:szCs w:val="24"/>
          <w:lang w:val="ka-GE"/>
        </w:rPr>
        <w:t>გაძლიერების</w:t>
      </w:r>
      <w:r w:rsidR="0066646D" w:rsidRPr="00C36A5B">
        <w:rPr>
          <w:rFonts w:ascii="Sylfaen" w:hAnsi="Sylfaen"/>
          <w:sz w:val="24"/>
          <w:szCs w:val="24"/>
          <w:lang w:val="ka-GE"/>
        </w:rPr>
        <w:t xml:space="preserve"> დროს დაუყოვნე</w:t>
      </w:r>
      <w:r w:rsidR="003C7259" w:rsidRPr="00C36A5B">
        <w:rPr>
          <w:rFonts w:ascii="Sylfaen" w:hAnsi="Sylfaen"/>
          <w:sz w:val="24"/>
          <w:szCs w:val="24"/>
          <w:lang w:val="ka-GE"/>
        </w:rPr>
        <w:t>ბ</w:t>
      </w:r>
      <w:r w:rsidR="0066646D" w:rsidRPr="00C36A5B">
        <w:rPr>
          <w:rFonts w:ascii="Sylfaen" w:hAnsi="Sylfaen"/>
          <w:sz w:val="24"/>
          <w:szCs w:val="24"/>
          <w:lang w:val="ka-GE"/>
        </w:rPr>
        <w:t xml:space="preserve">ლივ ინტრავენურად </w:t>
      </w:r>
      <w:proofErr w:type="spellStart"/>
      <w:r w:rsidR="0066646D" w:rsidRPr="00C36A5B">
        <w:rPr>
          <w:rFonts w:ascii="Sylfaen" w:hAnsi="Sylfaen"/>
          <w:sz w:val="24"/>
          <w:szCs w:val="24"/>
          <w:lang w:val="ka-GE"/>
        </w:rPr>
        <w:t>შეიყვანება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ეპინეფრინი</w:t>
      </w:r>
      <w:proofErr w:type="spellEnd"/>
      <w:r w:rsidR="0066646D" w:rsidRPr="00C36A5B">
        <w:rPr>
          <w:rFonts w:ascii="Sylfaen" w:hAnsi="Sylfaen"/>
          <w:sz w:val="24"/>
          <w:szCs w:val="24"/>
          <w:lang w:val="ka-GE"/>
        </w:rPr>
        <w:t xml:space="preserve"> (ადრენალინი). </w:t>
      </w:r>
      <w:r w:rsidR="003C7259" w:rsidRPr="00C36A5B">
        <w:rPr>
          <w:rFonts w:ascii="Sylfaen" w:hAnsi="Sylfaen"/>
          <w:sz w:val="24"/>
          <w:szCs w:val="24"/>
          <w:lang w:val="ka-GE"/>
        </w:rPr>
        <w:t xml:space="preserve">1 მლ </w:t>
      </w:r>
      <w:r w:rsidR="0066646D" w:rsidRPr="00C36A5B">
        <w:rPr>
          <w:rFonts w:ascii="Sylfaen" w:hAnsi="Sylfaen"/>
          <w:sz w:val="24"/>
          <w:szCs w:val="24"/>
          <w:lang w:val="ka-GE"/>
        </w:rPr>
        <w:t>0,1 %-იანი ეპინეფრინის ხსნარის</w:t>
      </w:r>
      <w:r w:rsidR="00B942D0" w:rsidRPr="00C36A5B">
        <w:rPr>
          <w:rFonts w:ascii="Sylfaen" w:hAnsi="Sylfaen"/>
          <w:sz w:val="24"/>
          <w:szCs w:val="24"/>
          <w:lang w:val="ka-GE"/>
        </w:rPr>
        <w:t xml:space="preserve"> (1: 1000) </w:t>
      </w:r>
      <w:r w:rsidR="0066646D"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="00B942D0" w:rsidRPr="00C36A5B">
        <w:rPr>
          <w:rFonts w:ascii="Sylfaen" w:hAnsi="Sylfaen"/>
          <w:sz w:val="24"/>
          <w:szCs w:val="24"/>
          <w:lang w:val="ka-GE"/>
        </w:rPr>
        <w:t xml:space="preserve">10მლ-მდე </w:t>
      </w:r>
      <w:r w:rsidR="0066646D" w:rsidRPr="00C36A5B">
        <w:rPr>
          <w:rFonts w:ascii="Sylfaen" w:hAnsi="Sylfaen"/>
          <w:sz w:val="24"/>
          <w:szCs w:val="24"/>
          <w:lang w:val="ka-GE"/>
        </w:rPr>
        <w:t>განზავების შემდეგ ან 0,01 % ეპინეფრინის ხსნარს (1:10000)</w:t>
      </w:r>
      <w:r w:rsidR="00B942D0" w:rsidRPr="00C36A5B">
        <w:rPr>
          <w:rFonts w:ascii="Sylfaen" w:hAnsi="Sylfaen"/>
          <w:sz w:val="24"/>
          <w:szCs w:val="24"/>
          <w:lang w:val="ka-GE"/>
        </w:rPr>
        <w:t xml:space="preserve"> გამოყენებით</w:t>
      </w:r>
      <w:r w:rsidR="0066646D" w:rsidRPr="00C36A5B">
        <w:rPr>
          <w:rFonts w:ascii="Sylfaen" w:hAnsi="Sylfaen"/>
          <w:sz w:val="24"/>
          <w:szCs w:val="24"/>
          <w:lang w:val="ka-GE"/>
        </w:rPr>
        <w:t xml:space="preserve">, </w:t>
      </w:r>
      <w:r w:rsidR="003C7259" w:rsidRPr="00C36A5B">
        <w:rPr>
          <w:rFonts w:ascii="Sylfaen" w:hAnsi="Sylfaen"/>
          <w:sz w:val="24"/>
          <w:szCs w:val="24"/>
          <w:lang w:val="ka-GE"/>
        </w:rPr>
        <w:t>ატარებენ</w:t>
      </w:r>
      <w:r w:rsidR="005D2D84"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Pr="00C36A5B">
        <w:rPr>
          <w:rFonts w:ascii="Sylfaen" w:hAnsi="Sylfaen"/>
          <w:sz w:val="24"/>
          <w:szCs w:val="24"/>
        </w:rPr>
        <w:t xml:space="preserve"> </w:t>
      </w:r>
      <w:r w:rsidR="005D2D84" w:rsidRPr="00C36A5B">
        <w:rPr>
          <w:rFonts w:ascii="Sylfaen" w:hAnsi="Sylfaen"/>
          <w:sz w:val="24"/>
          <w:szCs w:val="24"/>
          <w:lang w:val="ka-GE"/>
        </w:rPr>
        <w:t xml:space="preserve"> 0,25 -1 მლ </w:t>
      </w:r>
      <w:r w:rsidRPr="00C36A5B">
        <w:rPr>
          <w:rFonts w:ascii="Sylfaen" w:hAnsi="Sylfaen"/>
          <w:sz w:val="24"/>
          <w:szCs w:val="24"/>
        </w:rPr>
        <w:t>(</w:t>
      </w:r>
      <w:r w:rsidR="005D2D84" w:rsidRPr="00C36A5B">
        <w:rPr>
          <w:rFonts w:ascii="Sylfaen" w:hAnsi="Sylfaen"/>
          <w:sz w:val="24"/>
          <w:szCs w:val="24"/>
          <w:lang w:val="ka-GE"/>
        </w:rPr>
        <w:t xml:space="preserve">ეპინეფრინის </w:t>
      </w:r>
      <w:r w:rsidRPr="00C36A5B">
        <w:rPr>
          <w:rFonts w:ascii="Sylfaen" w:hAnsi="Sylfaen"/>
          <w:sz w:val="24"/>
          <w:szCs w:val="24"/>
        </w:rPr>
        <w:t xml:space="preserve">0,025–0,1 </w:t>
      </w:r>
      <w:proofErr w:type="spellStart"/>
      <w:r w:rsidRPr="00C36A5B">
        <w:rPr>
          <w:rFonts w:ascii="Sylfaen" w:hAnsi="Sylfaen"/>
          <w:sz w:val="24"/>
          <w:szCs w:val="24"/>
        </w:rPr>
        <w:t>მგ</w:t>
      </w:r>
      <w:proofErr w:type="spellEnd"/>
      <w:r w:rsidRPr="00C36A5B">
        <w:rPr>
          <w:rFonts w:ascii="Sylfaen" w:hAnsi="Sylfaen"/>
          <w:sz w:val="24"/>
          <w:szCs w:val="24"/>
        </w:rPr>
        <w:t>)</w:t>
      </w:r>
      <w:r w:rsidR="005D2D84" w:rsidRPr="00C36A5B">
        <w:rPr>
          <w:rFonts w:ascii="Sylfaen" w:hAnsi="Sylfaen"/>
          <w:sz w:val="24"/>
          <w:szCs w:val="24"/>
          <w:lang w:val="ka-GE"/>
        </w:rPr>
        <w:t xml:space="preserve"> ნელ </w:t>
      </w:r>
      <w:proofErr w:type="spellStart"/>
      <w:r w:rsidR="00B90E19" w:rsidRPr="00C36A5B">
        <w:rPr>
          <w:rFonts w:ascii="Sylfaen" w:hAnsi="Sylfaen"/>
          <w:sz w:val="24"/>
          <w:szCs w:val="24"/>
          <w:lang w:val="ka-GE"/>
        </w:rPr>
        <w:t>ი.ვ</w:t>
      </w:r>
      <w:proofErr w:type="spellEnd"/>
      <w:r w:rsidR="00B90E19" w:rsidRPr="00C36A5B">
        <w:rPr>
          <w:rFonts w:ascii="Sylfaen" w:hAnsi="Sylfaen"/>
          <w:sz w:val="24"/>
          <w:szCs w:val="24"/>
          <w:lang w:val="ka-GE"/>
        </w:rPr>
        <w:t>.</w:t>
      </w:r>
      <w:r w:rsidR="005D2D84" w:rsidRPr="00C36A5B">
        <w:rPr>
          <w:rFonts w:ascii="Sylfaen" w:hAnsi="Sylfaen"/>
          <w:sz w:val="24"/>
          <w:szCs w:val="24"/>
          <w:lang w:val="ka-GE"/>
        </w:rPr>
        <w:t xml:space="preserve"> შეყვანას</w:t>
      </w:r>
      <w:r w:rsidR="00B90E19" w:rsidRPr="00C36A5B">
        <w:rPr>
          <w:rFonts w:ascii="Sylfaen" w:hAnsi="Sylfaen"/>
          <w:sz w:val="24"/>
          <w:szCs w:val="24"/>
          <w:lang w:val="ka-GE"/>
        </w:rPr>
        <w:t>,</w:t>
      </w:r>
      <w:r w:rsidR="005D2D84" w:rsidRPr="00C36A5B">
        <w:rPr>
          <w:rFonts w:ascii="Sylfaen" w:hAnsi="Sylfaen"/>
          <w:sz w:val="24"/>
          <w:szCs w:val="24"/>
          <w:lang w:val="ka-GE"/>
        </w:rPr>
        <w:t xml:space="preserve"> გულის რითმსა და აწ (ფრთხილად : შესაძლოა გულის რითმის დარღვევები! )</w:t>
      </w:r>
      <w:r w:rsidR="00B90E19" w:rsidRPr="00C36A5B">
        <w:rPr>
          <w:rFonts w:ascii="Sylfaen" w:hAnsi="Sylfaen"/>
          <w:sz w:val="24"/>
          <w:szCs w:val="24"/>
          <w:lang w:val="ka-GE"/>
        </w:rPr>
        <w:t xml:space="preserve"> კონტროლით</w:t>
      </w:r>
      <w:r w:rsidRPr="00C36A5B">
        <w:rPr>
          <w:rFonts w:ascii="Sylfaen" w:hAnsi="Sylfaen"/>
          <w:sz w:val="24"/>
          <w:szCs w:val="24"/>
        </w:rPr>
        <w:t xml:space="preserve">.  </w:t>
      </w:r>
      <w:r w:rsidR="003C7259" w:rsidRPr="00C36A5B">
        <w:rPr>
          <w:rFonts w:ascii="Sylfaen" w:hAnsi="Sylfaen"/>
          <w:sz w:val="24"/>
          <w:szCs w:val="24"/>
          <w:lang w:val="ka-GE"/>
        </w:rPr>
        <w:t xml:space="preserve"> </w:t>
      </w:r>
    </w:p>
    <w:p w14:paraId="1D49837C" w14:textId="26F05507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არ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5D2D84" w:rsidRPr="00C36A5B">
        <w:rPr>
          <w:rFonts w:ascii="Sylfaen" w:hAnsi="Sylfaen"/>
          <w:sz w:val="24"/>
          <w:szCs w:val="24"/>
          <w:lang w:val="ka-GE"/>
        </w:rPr>
        <w:t>შეიძლებ</w:t>
      </w:r>
      <w:proofErr w:type="spellEnd"/>
      <w:r w:rsidRPr="00C36A5B">
        <w:rPr>
          <w:rFonts w:ascii="Sylfaen" w:hAnsi="Sylfaen"/>
          <w:sz w:val="24"/>
          <w:szCs w:val="24"/>
        </w:rPr>
        <w:t xml:space="preserve">ა </w:t>
      </w:r>
      <w:r w:rsidR="002679F8" w:rsidRPr="00C36A5B">
        <w:rPr>
          <w:rFonts w:ascii="Sylfaen" w:hAnsi="Sylfaen"/>
          <w:sz w:val="24"/>
          <w:szCs w:val="24"/>
          <w:lang w:val="ka-GE"/>
        </w:rPr>
        <w:t>ინტრავენურად</w:t>
      </w:r>
      <w:r w:rsidRPr="00C36A5B">
        <w:rPr>
          <w:rFonts w:ascii="Sylfaen" w:hAnsi="Sylfaen"/>
          <w:sz w:val="24"/>
          <w:szCs w:val="24"/>
        </w:rPr>
        <w:t xml:space="preserve"> </w:t>
      </w:r>
      <w:r w:rsidR="002679F8" w:rsidRPr="00C36A5B">
        <w:rPr>
          <w:rFonts w:ascii="Sylfaen" w:hAnsi="Sylfaen"/>
          <w:sz w:val="24"/>
          <w:szCs w:val="24"/>
          <w:lang w:val="ka-GE"/>
        </w:rPr>
        <w:t xml:space="preserve">შესაყვანი </w:t>
      </w:r>
      <w:proofErr w:type="spellStart"/>
      <w:r w:rsidRPr="00C36A5B">
        <w:rPr>
          <w:rFonts w:ascii="Sylfaen" w:hAnsi="Sylfaen"/>
          <w:sz w:val="24"/>
          <w:szCs w:val="24"/>
        </w:rPr>
        <w:t>ერთჯერად</w:t>
      </w:r>
      <w:proofErr w:type="spellEnd"/>
      <w:r w:rsidR="002679F8" w:rsidRPr="00C36A5B">
        <w:rPr>
          <w:rFonts w:ascii="Sylfaen" w:hAnsi="Sylfaen"/>
          <w:sz w:val="24"/>
          <w:szCs w:val="24"/>
          <w:lang w:val="ka-GE"/>
        </w:rPr>
        <w:t>ი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დოზ</w:t>
      </w:r>
      <w:proofErr w:type="spellEnd"/>
      <w:r w:rsidR="002679F8" w:rsidRPr="00C36A5B">
        <w:rPr>
          <w:rFonts w:ascii="Sylfaen" w:hAnsi="Sylfaen"/>
          <w:sz w:val="24"/>
          <w:szCs w:val="24"/>
          <w:lang w:val="ka-GE"/>
        </w:rPr>
        <w:t>ი</w:t>
      </w:r>
      <w:r w:rsidRPr="00C36A5B">
        <w:rPr>
          <w:rFonts w:ascii="Sylfaen" w:hAnsi="Sylfaen"/>
          <w:sz w:val="24"/>
          <w:szCs w:val="24"/>
        </w:rPr>
        <w:t>ს</w:t>
      </w:r>
      <w:r w:rsidR="002679F8" w:rsidRPr="00C36A5B">
        <w:rPr>
          <w:rFonts w:ascii="Sylfaen" w:hAnsi="Sylfaen"/>
          <w:sz w:val="24"/>
          <w:szCs w:val="24"/>
          <w:lang w:val="ka-GE"/>
        </w:rPr>
        <w:t xml:space="preserve"> 1 მლ-</w:t>
      </w:r>
      <w:proofErr w:type="gramStart"/>
      <w:r w:rsidR="002679F8" w:rsidRPr="00C36A5B">
        <w:rPr>
          <w:rFonts w:ascii="Sylfaen" w:hAnsi="Sylfaen"/>
          <w:sz w:val="24"/>
          <w:szCs w:val="24"/>
          <w:lang w:val="ka-GE"/>
        </w:rPr>
        <w:t xml:space="preserve">ს </w:t>
      </w:r>
      <w:r w:rsidRPr="00C36A5B">
        <w:rPr>
          <w:rFonts w:ascii="Sylfaen" w:hAnsi="Sylfaen"/>
          <w:sz w:val="24"/>
          <w:szCs w:val="24"/>
        </w:rPr>
        <w:t xml:space="preserve"> </w:t>
      </w:r>
      <w:r w:rsidR="002679F8" w:rsidRPr="00C36A5B">
        <w:rPr>
          <w:rFonts w:ascii="Sylfaen" w:hAnsi="Sylfaen"/>
          <w:sz w:val="24"/>
          <w:szCs w:val="24"/>
          <w:lang w:val="ka-GE"/>
        </w:rPr>
        <w:t>(</w:t>
      </w:r>
      <w:proofErr w:type="spellStart"/>
      <w:proofErr w:type="gramEnd"/>
      <w:r w:rsidR="002679F8" w:rsidRPr="00C36A5B">
        <w:rPr>
          <w:rFonts w:ascii="Sylfaen" w:hAnsi="Sylfaen"/>
          <w:sz w:val="24"/>
          <w:szCs w:val="24"/>
          <w:lang w:val="ka-GE"/>
        </w:rPr>
        <w:t>ეპინეფრინის</w:t>
      </w:r>
      <w:proofErr w:type="spellEnd"/>
      <w:r w:rsidR="002679F8"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Pr="00C36A5B">
        <w:rPr>
          <w:rFonts w:ascii="Sylfaen" w:hAnsi="Sylfaen"/>
          <w:sz w:val="24"/>
          <w:szCs w:val="24"/>
        </w:rPr>
        <w:t xml:space="preserve">0,1 </w:t>
      </w:r>
      <w:proofErr w:type="spellStart"/>
      <w:r w:rsidRPr="00C36A5B">
        <w:rPr>
          <w:rFonts w:ascii="Sylfaen" w:hAnsi="Sylfaen"/>
          <w:sz w:val="24"/>
          <w:szCs w:val="24"/>
        </w:rPr>
        <w:t>მგ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2679F8" w:rsidRPr="00C36A5B">
        <w:rPr>
          <w:rFonts w:ascii="Sylfaen" w:hAnsi="Sylfaen"/>
          <w:sz w:val="24"/>
          <w:szCs w:val="24"/>
          <w:lang w:val="ka-GE"/>
        </w:rPr>
        <w:t>)</w:t>
      </w:r>
      <w:r w:rsidR="00152B10" w:rsidRPr="00C36A5B">
        <w:rPr>
          <w:rFonts w:ascii="Sylfaen" w:hAnsi="Sylfaen"/>
          <w:sz w:val="24"/>
          <w:szCs w:val="24"/>
        </w:rPr>
        <w:t xml:space="preserve"> </w:t>
      </w:r>
      <w:r w:rsidR="00152B10" w:rsidRPr="00C36A5B">
        <w:rPr>
          <w:rFonts w:ascii="Sylfaen" w:hAnsi="Sylfaen"/>
          <w:sz w:val="24"/>
          <w:szCs w:val="24"/>
          <w:lang w:val="ka-GE"/>
        </w:rPr>
        <w:t xml:space="preserve"> გადაჭარბება</w:t>
      </w:r>
      <w:r w:rsidR="002679F8" w:rsidRPr="00C36A5B">
        <w:rPr>
          <w:rFonts w:ascii="Sylfaen" w:hAnsi="Sylfaen"/>
          <w:sz w:val="24"/>
          <w:szCs w:val="24"/>
          <w:lang w:val="ka-GE"/>
        </w:rPr>
        <w:t xml:space="preserve">. </w:t>
      </w:r>
      <w:r w:rsidR="0075782F" w:rsidRPr="00C36A5B">
        <w:rPr>
          <w:rFonts w:ascii="Sylfaen" w:hAnsi="Sylfaen"/>
          <w:sz w:val="24"/>
          <w:szCs w:val="24"/>
          <w:lang w:val="ka-GE"/>
        </w:rPr>
        <w:t xml:space="preserve">ისეთი დოზების </w:t>
      </w:r>
      <w:r w:rsidR="002679F8" w:rsidRPr="00C36A5B">
        <w:rPr>
          <w:rFonts w:ascii="Sylfaen" w:hAnsi="Sylfaen"/>
          <w:sz w:val="24"/>
          <w:szCs w:val="24"/>
          <w:lang w:val="ka-GE"/>
        </w:rPr>
        <w:t>შემდგომი</w:t>
      </w:r>
      <w:r w:rsidRPr="00C36A5B">
        <w:rPr>
          <w:rFonts w:ascii="Sylfaen" w:hAnsi="Sylfaen"/>
          <w:sz w:val="24"/>
          <w:szCs w:val="24"/>
        </w:rPr>
        <w:t xml:space="preserve"> </w:t>
      </w:r>
      <w:r w:rsidR="0075782F" w:rsidRPr="00C36A5B">
        <w:rPr>
          <w:rFonts w:ascii="Sylfaen" w:hAnsi="Sylfaen"/>
          <w:sz w:val="24"/>
          <w:szCs w:val="24"/>
          <w:lang w:val="ka-GE"/>
        </w:rPr>
        <w:t xml:space="preserve">შეყვანის </w:t>
      </w:r>
      <w:proofErr w:type="spellStart"/>
      <w:r w:rsidRPr="00C36A5B">
        <w:rPr>
          <w:rFonts w:ascii="Sylfaen" w:hAnsi="Sylfaen"/>
          <w:sz w:val="24"/>
          <w:szCs w:val="24"/>
        </w:rPr>
        <w:t>საჭიროების</w:t>
      </w:r>
      <w:proofErr w:type="spellEnd"/>
      <w:r w:rsidR="002E2423" w:rsidRPr="00C36A5B">
        <w:rPr>
          <w:rFonts w:ascii="Sylfaen" w:hAnsi="Sylfaen"/>
          <w:sz w:val="24"/>
          <w:szCs w:val="24"/>
          <w:lang w:val="ka-GE"/>
        </w:rPr>
        <w:t>ას</w:t>
      </w:r>
      <w:r w:rsidR="0075782F" w:rsidRPr="00C36A5B">
        <w:rPr>
          <w:rFonts w:ascii="Sylfaen" w:hAnsi="Sylfaen"/>
          <w:sz w:val="24"/>
          <w:szCs w:val="24"/>
          <w:lang w:val="ka-GE"/>
        </w:rPr>
        <w:t xml:space="preserve">, რომლებიც აჭარბებენ 0,1 </w:t>
      </w:r>
      <w:proofErr w:type="spellStart"/>
      <w:r w:rsidR="0075782F" w:rsidRPr="00C36A5B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75782F" w:rsidRPr="00C36A5B">
        <w:rPr>
          <w:rFonts w:ascii="Sylfaen" w:hAnsi="Sylfaen"/>
          <w:sz w:val="24"/>
          <w:szCs w:val="24"/>
          <w:lang w:val="ka-GE"/>
        </w:rPr>
        <w:t xml:space="preserve">-ს, 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ეპინეფრინი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75782F" w:rsidRPr="00C36A5B">
        <w:rPr>
          <w:rFonts w:ascii="Sylfaen" w:hAnsi="Sylfaen"/>
          <w:sz w:val="24"/>
          <w:szCs w:val="24"/>
          <w:lang w:val="ka-GE"/>
        </w:rPr>
        <w:t xml:space="preserve">უნდა იქნას შეყვანილი </w:t>
      </w:r>
      <w:proofErr w:type="spellStart"/>
      <w:r w:rsidRPr="00C36A5B">
        <w:rPr>
          <w:rFonts w:ascii="Sylfaen" w:hAnsi="Sylfaen"/>
          <w:sz w:val="24"/>
          <w:szCs w:val="24"/>
        </w:rPr>
        <w:t>ინფუზიურად</w:t>
      </w:r>
      <w:proofErr w:type="spellEnd"/>
      <w:r w:rsidR="00D538A5" w:rsidRPr="00C36A5B">
        <w:rPr>
          <w:rFonts w:ascii="Sylfaen" w:hAnsi="Sylfaen"/>
          <w:sz w:val="24"/>
          <w:szCs w:val="24"/>
          <w:lang w:val="ka-GE"/>
        </w:rPr>
        <w:t>, ხოლო</w:t>
      </w:r>
      <w:r w:rsidRPr="00C36A5B">
        <w:rPr>
          <w:rFonts w:ascii="Sylfaen" w:hAnsi="Sylfaen"/>
          <w:sz w:val="24"/>
          <w:szCs w:val="24"/>
        </w:rPr>
        <w:t xml:space="preserve"> </w:t>
      </w:r>
      <w:r w:rsidR="00D538A5" w:rsidRPr="00C36A5B">
        <w:rPr>
          <w:rFonts w:ascii="Sylfaen" w:hAnsi="Sylfaen"/>
          <w:sz w:val="24"/>
          <w:szCs w:val="24"/>
          <w:lang w:val="ka-GE"/>
        </w:rPr>
        <w:t xml:space="preserve">შეყვანის სიჩქარე </w:t>
      </w:r>
      <w:r w:rsidR="0075782F" w:rsidRPr="00C36A5B">
        <w:rPr>
          <w:rFonts w:ascii="Sylfaen" w:hAnsi="Sylfaen"/>
          <w:sz w:val="24"/>
          <w:szCs w:val="24"/>
          <w:lang w:val="ka-GE"/>
        </w:rPr>
        <w:t>დარეგულირებ</w:t>
      </w:r>
      <w:r w:rsidR="00D538A5" w:rsidRPr="00C36A5B">
        <w:rPr>
          <w:rFonts w:ascii="Sylfaen" w:hAnsi="Sylfaen"/>
          <w:sz w:val="24"/>
          <w:szCs w:val="24"/>
          <w:lang w:val="ka-GE"/>
        </w:rPr>
        <w:t>ული</w:t>
      </w:r>
      <w:r w:rsidR="0075782F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გულისცემისა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AF58E3" w:rsidRPr="00C36A5B">
        <w:rPr>
          <w:rFonts w:ascii="Sylfaen" w:hAnsi="Sylfaen"/>
          <w:sz w:val="24"/>
          <w:szCs w:val="24"/>
          <w:lang w:val="ka-GE"/>
        </w:rPr>
        <w:t xml:space="preserve">არტერიული </w:t>
      </w:r>
      <w:proofErr w:type="spellStart"/>
      <w:r w:rsidRPr="00C36A5B">
        <w:rPr>
          <w:rFonts w:ascii="Sylfaen" w:hAnsi="Sylfaen"/>
          <w:sz w:val="24"/>
          <w:szCs w:val="24"/>
        </w:rPr>
        <w:t>წნევის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კონტროლი</w:t>
      </w:r>
      <w:proofErr w:type="spellEnd"/>
      <w:r w:rsidR="0075782F" w:rsidRPr="00C36A5B">
        <w:rPr>
          <w:rFonts w:ascii="Sylfaen" w:hAnsi="Sylfaen"/>
          <w:sz w:val="24"/>
          <w:szCs w:val="24"/>
          <w:lang w:val="ka-GE"/>
        </w:rPr>
        <w:t>ს მეშვეობით</w:t>
      </w:r>
      <w:r w:rsidRPr="00C36A5B">
        <w:rPr>
          <w:rFonts w:ascii="Sylfaen" w:hAnsi="Sylfaen"/>
          <w:sz w:val="24"/>
          <w:szCs w:val="24"/>
        </w:rPr>
        <w:t xml:space="preserve">.  </w:t>
      </w:r>
    </w:p>
    <w:p w14:paraId="2845FACC" w14:textId="552E7794" w:rsidR="00BE1264" w:rsidRPr="00C36A5B" w:rsidRDefault="0075782F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ძლიერი </w:t>
      </w:r>
      <w:proofErr w:type="spellStart"/>
      <w:r w:rsidR="00BE1264" w:rsidRPr="00C36A5B">
        <w:rPr>
          <w:rFonts w:ascii="Sylfaen" w:hAnsi="Sylfaen"/>
          <w:sz w:val="24"/>
          <w:szCs w:val="24"/>
        </w:rPr>
        <w:t>ტაქი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კარდ</w:t>
      </w:r>
      <w:r w:rsidR="00BE1264" w:rsidRPr="00C36A5B">
        <w:rPr>
          <w:rFonts w:ascii="Sylfaen" w:hAnsi="Sylfaen"/>
          <w:sz w:val="24"/>
          <w:szCs w:val="24"/>
        </w:rPr>
        <w:t>ი</w:t>
      </w:r>
      <w:r w:rsidRPr="00C36A5B">
        <w:rPr>
          <w:rFonts w:ascii="Sylfaen" w:hAnsi="Sylfaen"/>
          <w:sz w:val="24"/>
          <w:szCs w:val="24"/>
          <w:lang w:val="ka-GE"/>
        </w:rPr>
        <w:t>ისა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ტაქიარითმიის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მკურნალობა შეიძლება </w:t>
      </w:r>
      <w:proofErr w:type="spellStart"/>
      <w:r w:rsidR="00BE1264" w:rsidRPr="00C36A5B">
        <w:rPr>
          <w:rFonts w:ascii="Sylfaen" w:hAnsi="Sylfaen"/>
          <w:sz w:val="24"/>
          <w:szCs w:val="24"/>
        </w:rPr>
        <w:t>ანტიარითმული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საშუალებებით, </w:t>
      </w:r>
      <w:proofErr w:type="spellStart"/>
      <w:r w:rsidR="00BE1264" w:rsidRPr="00C36A5B">
        <w:rPr>
          <w:rFonts w:ascii="Sylfaen" w:hAnsi="Sylfaen"/>
          <w:sz w:val="24"/>
          <w:szCs w:val="24"/>
        </w:rPr>
        <w:t>არა</w:t>
      </w:r>
      <w:r w:rsidR="00152B10" w:rsidRPr="00C36A5B">
        <w:rPr>
          <w:rFonts w:ascii="Sylfaen" w:hAnsi="Sylfaen"/>
          <w:sz w:val="24"/>
          <w:szCs w:val="24"/>
          <w:lang w:val="ka-GE"/>
        </w:rPr>
        <w:t>სელექტიურ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ი </w:t>
      </w:r>
      <w:proofErr w:type="spellStart"/>
      <w:r w:rsidR="00BE1264" w:rsidRPr="00C36A5B">
        <w:rPr>
          <w:rFonts w:ascii="Sylfaen" w:hAnsi="Sylfaen"/>
          <w:sz w:val="24"/>
          <w:szCs w:val="24"/>
        </w:rPr>
        <w:t>ბეტა</w:t>
      </w:r>
      <w:proofErr w:type="spellEnd"/>
      <w:r w:rsidR="00BE1264" w:rsidRPr="00C36A5B">
        <w:rPr>
          <w:rFonts w:ascii="Sylfaen" w:hAnsi="Sylfaen"/>
          <w:sz w:val="24"/>
          <w:szCs w:val="24"/>
        </w:rPr>
        <w:t>-</w:t>
      </w:r>
      <w:proofErr w:type="spellStart"/>
      <w:r w:rsidR="00B90E19" w:rsidRPr="00C36A5B">
        <w:rPr>
          <w:rFonts w:ascii="Sylfaen" w:hAnsi="Sylfaen"/>
          <w:sz w:val="24"/>
          <w:szCs w:val="24"/>
          <w:lang w:val="ka-GE"/>
        </w:rPr>
        <w:t>ადრენო</w:t>
      </w:r>
      <w:r w:rsidR="00BE1264" w:rsidRPr="00C36A5B">
        <w:rPr>
          <w:rFonts w:ascii="Sylfaen" w:hAnsi="Sylfaen"/>
          <w:sz w:val="24"/>
          <w:szCs w:val="24"/>
        </w:rPr>
        <w:t>ბლოკატორების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გამოკლებით, ისეთების, როგორიცაა, მაგალითად, 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პროპრანოლოლი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. </w:t>
      </w:r>
      <w:r w:rsidRPr="00C36A5B">
        <w:rPr>
          <w:rFonts w:ascii="Sylfaen" w:hAnsi="Sylfaen"/>
          <w:sz w:val="24"/>
          <w:szCs w:val="24"/>
          <w:lang w:val="ka-GE"/>
        </w:rPr>
        <w:t xml:space="preserve">ასეთ შემთხვევებში აუცილებელია ჟანგბადის მიწოდება და ჰემოდინამიკის მონიტორინგი. </w:t>
      </w:r>
      <w:r w:rsidR="00AA5098" w:rsidRPr="00C36A5B">
        <w:rPr>
          <w:rFonts w:ascii="Sylfaen" w:hAnsi="Sylfaen"/>
          <w:sz w:val="24"/>
          <w:szCs w:val="24"/>
          <w:lang w:val="ka-GE"/>
        </w:rPr>
        <w:t xml:space="preserve">არტერიული ჰიპერტენზიის მქონე პაციენტებში </w:t>
      </w:r>
      <w:r w:rsidR="00D538A5" w:rsidRPr="00C36A5B">
        <w:rPr>
          <w:rFonts w:ascii="Sylfaen" w:hAnsi="Sylfaen"/>
          <w:sz w:val="24"/>
          <w:szCs w:val="24"/>
          <w:lang w:val="ka-GE"/>
        </w:rPr>
        <w:t xml:space="preserve">არტერიული წნევის მომატებას </w:t>
      </w:r>
      <w:r w:rsidR="00AA5098" w:rsidRPr="00C36A5B">
        <w:rPr>
          <w:rFonts w:ascii="Sylfaen" w:hAnsi="Sylfaen"/>
          <w:sz w:val="24"/>
          <w:szCs w:val="24"/>
          <w:lang w:val="ka-GE"/>
        </w:rPr>
        <w:t>აუცილებლობის</w:t>
      </w:r>
      <w:r w:rsidR="00D538A5" w:rsidRPr="00C36A5B">
        <w:rPr>
          <w:rFonts w:ascii="Sylfaen" w:hAnsi="Sylfaen"/>
          <w:sz w:val="24"/>
          <w:szCs w:val="24"/>
          <w:lang w:val="ka-GE"/>
        </w:rPr>
        <w:t>ას</w:t>
      </w:r>
      <w:r w:rsidR="00AA5098" w:rsidRPr="00C36A5B">
        <w:rPr>
          <w:rFonts w:ascii="Sylfaen" w:hAnsi="Sylfaen"/>
          <w:sz w:val="24"/>
          <w:szCs w:val="24"/>
          <w:lang w:val="ka-GE"/>
        </w:rPr>
        <w:t xml:space="preserve"> ხსნიან პერიფერიული სისხლძარღვების გამაფართოებელი საშუალებების დახმარებით.</w:t>
      </w:r>
      <w:r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r w:rsidR="00D538A5" w:rsidRPr="00C36A5B">
        <w:rPr>
          <w:rFonts w:ascii="Sylfaen" w:hAnsi="Sylfaen"/>
          <w:sz w:val="24"/>
          <w:szCs w:val="24"/>
          <w:lang w:val="ka-GE"/>
        </w:rPr>
        <w:t xml:space="preserve"> </w:t>
      </w:r>
    </w:p>
    <w:p w14:paraId="39CF8B49" w14:textId="042A6944" w:rsidR="00BE1264" w:rsidRPr="00C36A5B" w:rsidRDefault="00BE1264" w:rsidP="00483B73">
      <w:pPr>
        <w:spacing w:after="0" w:line="240" w:lineRule="auto"/>
        <w:rPr>
          <w:rFonts w:ascii="Sylfaen" w:hAnsi="Sylfaen"/>
          <w:b/>
          <w:sz w:val="24"/>
          <w:szCs w:val="24"/>
        </w:rPr>
      </w:pPr>
      <w:proofErr w:type="spellStart"/>
      <w:r w:rsidRPr="00C36A5B">
        <w:rPr>
          <w:rFonts w:ascii="Sylfaen" w:hAnsi="Sylfaen"/>
          <w:b/>
          <w:sz w:val="24"/>
          <w:szCs w:val="24"/>
        </w:rPr>
        <w:t>ურთიერთქმედება</w:t>
      </w:r>
      <w:proofErr w:type="spellEnd"/>
      <w:r w:rsidRPr="00C36A5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b/>
          <w:sz w:val="24"/>
          <w:szCs w:val="24"/>
        </w:rPr>
        <w:t>სხვა</w:t>
      </w:r>
      <w:proofErr w:type="spellEnd"/>
      <w:r w:rsidRPr="00C36A5B">
        <w:rPr>
          <w:rFonts w:ascii="Sylfaen" w:hAnsi="Sylfaen"/>
          <w:b/>
          <w:sz w:val="24"/>
          <w:szCs w:val="24"/>
        </w:rPr>
        <w:t xml:space="preserve"> </w:t>
      </w:r>
      <w:r w:rsidR="00AA5098" w:rsidRPr="00C36A5B">
        <w:rPr>
          <w:rFonts w:ascii="Sylfaen" w:hAnsi="Sylfaen"/>
          <w:b/>
          <w:sz w:val="24"/>
          <w:szCs w:val="24"/>
          <w:lang w:val="ka-GE"/>
        </w:rPr>
        <w:t>სამკურნალო საშუალებ</w:t>
      </w:r>
      <w:proofErr w:type="spellStart"/>
      <w:r w:rsidRPr="00C36A5B">
        <w:rPr>
          <w:rFonts w:ascii="Sylfaen" w:hAnsi="Sylfaen"/>
          <w:b/>
          <w:sz w:val="24"/>
          <w:szCs w:val="24"/>
        </w:rPr>
        <w:t>ებთან</w:t>
      </w:r>
      <w:proofErr w:type="spellEnd"/>
    </w:p>
    <w:p w14:paraId="4A61F48E" w14:textId="51BF4E05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სხვადასხვა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ადგილობრივი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ანესთე</w:t>
      </w:r>
      <w:r w:rsidR="00AA5098" w:rsidRPr="00C36A5B">
        <w:rPr>
          <w:rFonts w:ascii="Sylfaen" w:hAnsi="Sylfaen"/>
          <w:sz w:val="24"/>
          <w:szCs w:val="24"/>
          <w:lang w:val="ka-GE"/>
        </w:rPr>
        <w:t>ტიკებ</w:t>
      </w:r>
      <w:r w:rsidRPr="00C36A5B">
        <w:rPr>
          <w:rFonts w:ascii="Sylfaen" w:hAnsi="Sylfaen"/>
          <w:sz w:val="24"/>
          <w:szCs w:val="24"/>
        </w:rPr>
        <w:t>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კომბინაცია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AA5098" w:rsidRPr="00C36A5B">
        <w:rPr>
          <w:rFonts w:ascii="Sylfaen" w:hAnsi="Sylfaen"/>
          <w:sz w:val="24"/>
          <w:szCs w:val="24"/>
          <w:lang w:val="ka-GE"/>
        </w:rPr>
        <w:t>წარმოქმნის დამატებით</w:t>
      </w:r>
      <w:r w:rsidR="00152B10"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="00AA5098" w:rsidRPr="00C36A5B">
        <w:rPr>
          <w:rFonts w:ascii="Sylfaen" w:hAnsi="Sylfaen"/>
          <w:sz w:val="24"/>
          <w:szCs w:val="24"/>
          <w:lang w:val="ka-GE"/>
        </w:rPr>
        <w:t>ზე</w:t>
      </w:r>
      <w:proofErr w:type="spellStart"/>
      <w:r w:rsidRPr="00C36A5B">
        <w:rPr>
          <w:rFonts w:ascii="Sylfaen" w:hAnsi="Sylfaen"/>
          <w:sz w:val="24"/>
          <w:szCs w:val="24"/>
        </w:rPr>
        <w:t>მოქმედე</w:t>
      </w:r>
      <w:proofErr w:type="spellEnd"/>
      <w:r w:rsidR="00AA5098" w:rsidRPr="00C36A5B">
        <w:rPr>
          <w:rFonts w:ascii="Sylfaen" w:hAnsi="Sylfaen"/>
          <w:sz w:val="24"/>
          <w:szCs w:val="24"/>
          <w:lang w:val="ka-GE"/>
        </w:rPr>
        <w:t>ბა</w:t>
      </w:r>
      <w:r w:rsidRPr="00C36A5B">
        <w:rPr>
          <w:rFonts w:ascii="Sylfaen" w:hAnsi="Sylfaen"/>
          <w:sz w:val="24"/>
          <w:szCs w:val="24"/>
        </w:rPr>
        <w:t xml:space="preserve">ს </w:t>
      </w:r>
      <w:proofErr w:type="spellStart"/>
      <w:r w:rsidRPr="00C36A5B">
        <w:rPr>
          <w:rFonts w:ascii="Sylfaen" w:hAnsi="Sylfaen"/>
          <w:sz w:val="24"/>
          <w:szCs w:val="24"/>
        </w:rPr>
        <w:t>გულ-სისხლძარღვთა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სისტემაზე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ც</w:t>
      </w:r>
      <w:r w:rsidR="00AA5098" w:rsidRPr="00C36A5B">
        <w:rPr>
          <w:rFonts w:ascii="Sylfaen" w:hAnsi="Sylfaen"/>
          <w:sz w:val="24"/>
          <w:szCs w:val="24"/>
          <w:lang w:val="ka-GE"/>
        </w:rPr>
        <w:t>ნს-</w:t>
      </w:r>
      <w:proofErr w:type="spellStart"/>
      <w:r w:rsidRPr="00C36A5B">
        <w:rPr>
          <w:rFonts w:ascii="Sylfaen" w:hAnsi="Sylfaen"/>
          <w:sz w:val="24"/>
          <w:szCs w:val="24"/>
        </w:rPr>
        <w:t>ზე</w:t>
      </w:r>
      <w:proofErr w:type="spellEnd"/>
      <w:r w:rsidRPr="00C36A5B">
        <w:rPr>
          <w:rFonts w:ascii="Sylfaen" w:hAnsi="Sylfaen"/>
          <w:sz w:val="24"/>
          <w:szCs w:val="24"/>
        </w:rPr>
        <w:t xml:space="preserve">.  </w:t>
      </w:r>
    </w:p>
    <w:p w14:paraId="4A42261B" w14:textId="017FEE46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b/>
          <w:i/>
          <w:sz w:val="24"/>
          <w:szCs w:val="24"/>
        </w:rPr>
        <w:t>კომბინაციები</w:t>
      </w:r>
      <w:proofErr w:type="spellEnd"/>
      <w:r w:rsidR="00AA5098" w:rsidRPr="00C36A5B">
        <w:rPr>
          <w:rFonts w:ascii="Sylfaen" w:hAnsi="Sylfaen"/>
          <w:b/>
          <w:i/>
          <w:sz w:val="24"/>
          <w:szCs w:val="24"/>
          <w:lang w:val="ka-GE"/>
        </w:rPr>
        <w:t xml:space="preserve">, რომლებიც </w:t>
      </w:r>
      <w:proofErr w:type="spellStart"/>
      <w:proofErr w:type="gramStart"/>
      <w:r w:rsidR="00AA5098" w:rsidRPr="00C36A5B">
        <w:rPr>
          <w:rFonts w:ascii="Sylfaen" w:hAnsi="Sylfaen"/>
          <w:b/>
          <w:i/>
          <w:sz w:val="24"/>
          <w:szCs w:val="24"/>
        </w:rPr>
        <w:t>უკუნაჩვენები</w:t>
      </w:r>
      <w:proofErr w:type="spellEnd"/>
      <w:r w:rsidR="00AA5098" w:rsidRPr="00C36A5B">
        <w:rPr>
          <w:rFonts w:ascii="Sylfaen" w:hAnsi="Sylfaen"/>
          <w:b/>
          <w:i/>
          <w:sz w:val="24"/>
          <w:szCs w:val="24"/>
          <w:lang w:val="ka-GE"/>
        </w:rPr>
        <w:t>ა</w:t>
      </w:r>
      <w:r w:rsidR="00AA5098"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Pr="00C36A5B">
        <w:rPr>
          <w:rFonts w:ascii="Sylfaen" w:hAnsi="Sylfaen"/>
          <w:sz w:val="24"/>
          <w:szCs w:val="24"/>
        </w:rPr>
        <w:t>:</w:t>
      </w:r>
      <w:proofErr w:type="gramEnd"/>
      <w:r w:rsidRPr="00C36A5B">
        <w:rPr>
          <w:rFonts w:ascii="Sylfaen" w:hAnsi="Sylfaen"/>
          <w:sz w:val="24"/>
          <w:szCs w:val="24"/>
        </w:rPr>
        <w:t xml:space="preserve">  </w:t>
      </w:r>
    </w:p>
    <w:p w14:paraId="769BC17C" w14:textId="1685C3A9" w:rsidR="0055052D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proofErr w:type="spellStart"/>
      <w:r w:rsidRPr="00C36A5B">
        <w:rPr>
          <w:rFonts w:ascii="Sylfaen" w:hAnsi="Sylfaen"/>
          <w:i/>
          <w:sz w:val="24"/>
          <w:szCs w:val="24"/>
        </w:rPr>
        <w:t>არა</w:t>
      </w:r>
      <w:r w:rsidR="00152B10" w:rsidRPr="00C36A5B">
        <w:rPr>
          <w:rFonts w:ascii="Sylfaen" w:hAnsi="Sylfaen"/>
          <w:i/>
          <w:sz w:val="24"/>
          <w:szCs w:val="24"/>
          <w:lang w:val="ka-GE"/>
        </w:rPr>
        <w:t>სელექტიურ</w:t>
      </w:r>
      <w:proofErr w:type="spellEnd"/>
      <w:r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i/>
          <w:sz w:val="24"/>
          <w:szCs w:val="24"/>
        </w:rPr>
        <w:t>ბეტა</w:t>
      </w:r>
      <w:proofErr w:type="spellEnd"/>
      <w:r w:rsidRPr="00C36A5B">
        <w:rPr>
          <w:rFonts w:ascii="Sylfaen" w:hAnsi="Sylfaen"/>
          <w:i/>
          <w:sz w:val="24"/>
          <w:szCs w:val="24"/>
        </w:rPr>
        <w:t>-</w:t>
      </w:r>
      <w:proofErr w:type="spellStart"/>
      <w:r w:rsidR="00B90E19" w:rsidRPr="00C36A5B">
        <w:rPr>
          <w:rFonts w:ascii="Sylfaen" w:hAnsi="Sylfaen"/>
          <w:i/>
          <w:sz w:val="24"/>
          <w:szCs w:val="24"/>
          <w:lang w:val="ka-GE"/>
        </w:rPr>
        <w:t>ადრენო</w:t>
      </w:r>
      <w:r w:rsidRPr="00C36A5B">
        <w:rPr>
          <w:rFonts w:ascii="Sylfaen" w:hAnsi="Sylfaen"/>
          <w:i/>
          <w:sz w:val="24"/>
          <w:szCs w:val="24"/>
        </w:rPr>
        <w:t>ბლოკატორებ</w:t>
      </w:r>
      <w:proofErr w:type="spellEnd"/>
      <w:r w:rsidR="00152B10" w:rsidRPr="00C36A5B">
        <w:rPr>
          <w:rFonts w:ascii="Sylfaen" w:hAnsi="Sylfaen"/>
          <w:i/>
          <w:sz w:val="24"/>
          <w:szCs w:val="24"/>
          <w:lang w:val="ka-GE"/>
        </w:rPr>
        <w:t>თან</w:t>
      </w:r>
      <w:r w:rsidR="00B90E19" w:rsidRPr="00C36A5B">
        <w:rPr>
          <w:rFonts w:ascii="Sylfaen" w:hAnsi="Sylfaen"/>
          <w:i/>
          <w:sz w:val="24"/>
          <w:szCs w:val="24"/>
          <w:lang w:val="ka-GE"/>
        </w:rPr>
        <w:t xml:space="preserve">, </w:t>
      </w:r>
      <w:proofErr w:type="spellStart"/>
      <w:r w:rsidRPr="00C36A5B">
        <w:rPr>
          <w:rFonts w:ascii="Sylfaen" w:hAnsi="Sylfaen"/>
          <w:i/>
          <w:sz w:val="24"/>
          <w:szCs w:val="24"/>
        </w:rPr>
        <w:t>მაგ</w:t>
      </w:r>
      <w:r w:rsidR="00152B10" w:rsidRPr="00C36A5B">
        <w:rPr>
          <w:rFonts w:ascii="Sylfaen" w:hAnsi="Sylfaen"/>
          <w:i/>
          <w:sz w:val="24"/>
          <w:szCs w:val="24"/>
          <w:lang w:val="ka-GE"/>
        </w:rPr>
        <w:t>ალითად</w:t>
      </w:r>
      <w:proofErr w:type="spellEnd"/>
      <w:r w:rsidR="00152B10" w:rsidRPr="00C36A5B">
        <w:rPr>
          <w:rFonts w:ascii="Sylfaen" w:hAnsi="Sylfaen"/>
          <w:i/>
          <w:sz w:val="24"/>
          <w:szCs w:val="24"/>
          <w:lang w:val="ka-GE"/>
        </w:rPr>
        <w:t>,</w:t>
      </w:r>
      <w:r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i/>
          <w:sz w:val="24"/>
          <w:szCs w:val="24"/>
        </w:rPr>
        <w:t>პროპრანოლოლ</w:t>
      </w:r>
      <w:proofErr w:type="spellEnd"/>
      <w:r w:rsidR="00152B10" w:rsidRPr="00C36A5B">
        <w:rPr>
          <w:rFonts w:ascii="Sylfaen" w:hAnsi="Sylfaen"/>
          <w:i/>
          <w:sz w:val="24"/>
          <w:szCs w:val="24"/>
          <w:lang w:val="ka-GE"/>
        </w:rPr>
        <w:t>თან</w:t>
      </w:r>
      <w:r w:rsidR="0055052D" w:rsidRPr="00C36A5B">
        <w:rPr>
          <w:rFonts w:ascii="Sylfaen" w:hAnsi="Sylfaen"/>
          <w:sz w:val="24"/>
          <w:szCs w:val="24"/>
          <w:lang w:val="ka-GE"/>
        </w:rPr>
        <w:t>.</w:t>
      </w:r>
    </w:p>
    <w:p w14:paraId="66BCC627" w14:textId="24AFF16E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ჰიპერტ</w:t>
      </w:r>
      <w:proofErr w:type="spellEnd"/>
      <w:r w:rsidR="0055052D" w:rsidRPr="00C36A5B">
        <w:rPr>
          <w:rFonts w:ascii="Sylfaen" w:hAnsi="Sylfaen"/>
          <w:sz w:val="24"/>
          <w:szCs w:val="24"/>
          <w:lang w:val="ka-GE"/>
        </w:rPr>
        <w:t>ონ</w:t>
      </w:r>
      <w:proofErr w:type="spellStart"/>
      <w:r w:rsidRPr="00C36A5B">
        <w:rPr>
          <w:rFonts w:ascii="Sylfaen" w:hAnsi="Sylfaen"/>
          <w:sz w:val="24"/>
          <w:szCs w:val="24"/>
        </w:rPr>
        <w:t>ული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კრიზისა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55052D" w:rsidRPr="00C36A5B">
        <w:rPr>
          <w:rFonts w:ascii="Sylfaen" w:hAnsi="Sylfaen"/>
          <w:sz w:val="24"/>
          <w:szCs w:val="24"/>
          <w:lang w:val="ka-GE"/>
        </w:rPr>
        <w:t>გამოხატული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ბრადიკარდიის</w:t>
      </w:r>
      <w:proofErr w:type="spellEnd"/>
      <w:r w:rsidR="0055052D" w:rsidRPr="00C36A5B">
        <w:rPr>
          <w:rFonts w:ascii="Sylfaen" w:hAnsi="Sylfaen"/>
          <w:sz w:val="24"/>
          <w:szCs w:val="24"/>
          <w:lang w:val="ka-GE"/>
        </w:rPr>
        <w:t xml:space="preserve"> განვითარების რისკი</w:t>
      </w:r>
      <w:r w:rsidRPr="00C36A5B">
        <w:rPr>
          <w:rFonts w:ascii="Sylfaen" w:hAnsi="Sylfaen"/>
          <w:sz w:val="24"/>
          <w:szCs w:val="24"/>
        </w:rPr>
        <w:t xml:space="preserve">.  </w:t>
      </w:r>
    </w:p>
    <w:p w14:paraId="7D695333" w14:textId="57FD900A" w:rsidR="00BE1264" w:rsidRPr="00C36A5B" w:rsidRDefault="0055052D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b/>
          <w:i/>
          <w:sz w:val="24"/>
          <w:szCs w:val="24"/>
          <w:lang w:val="ka-GE"/>
        </w:rPr>
        <w:t xml:space="preserve">ურთიერთქმედებები, რომლებიც </w:t>
      </w:r>
      <w:r w:rsidR="00B90E19" w:rsidRPr="00C36A5B">
        <w:rPr>
          <w:rFonts w:ascii="Sylfaen" w:hAnsi="Sylfaen"/>
          <w:b/>
          <w:i/>
          <w:sz w:val="24"/>
          <w:szCs w:val="24"/>
          <w:lang w:val="ka-GE"/>
        </w:rPr>
        <w:t>გასათვალისწინებელია:</w:t>
      </w:r>
      <w:r w:rsidR="00BE1264" w:rsidRPr="00C36A5B">
        <w:rPr>
          <w:rFonts w:ascii="Sylfaen" w:hAnsi="Sylfaen"/>
          <w:sz w:val="24"/>
          <w:szCs w:val="24"/>
        </w:rPr>
        <w:t xml:space="preserve">  </w:t>
      </w:r>
    </w:p>
    <w:p w14:paraId="2B67E85B" w14:textId="4A365586" w:rsidR="0055052D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i/>
          <w:sz w:val="24"/>
          <w:szCs w:val="24"/>
        </w:rPr>
        <w:t>ტრიციკლუ</w:t>
      </w:r>
      <w:proofErr w:type="spellEnd"/>
      <w:r w:rsidR="0055052D" w:rsidRPr="00C36A5B">
        <w:rPr>
          <w:rFonts w:ascii="Sylfaen" w:hAnsi="Sylfaen"/>
          <w:i/>
          <w:sz w:val="24"/>
          <w:szCs w:val="24"/>
          <w:lang w:val="ka-GE"/>
        </w:rPr>
        <w:t>რ</w:t>
      </w:r>
      <w:r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i/>
          <w:sz w:val="24"/>
          <w:szCs w:val="24"/>
        </w:rPr>
        <w:t>ანტიდეპრესანტებ</w:t>
      </w:r>
      <w:proofErr w:type="spellEnd"/>
      <w:r w:rsidR="0055052D" w:rsidRPr="00C36A5B">
        <w:rPr>
          <w:rFonts w:ascii="Sylfaen" w:hAnsi="Sylfaen"/>
          <w:i/>
          <w:sz w:val="24"/>
          <w:szCs w:val="24"/>
          <w:lang w:val="ka-GE"/>
        </w:rPr>
        <w:t>თან</w:t>
      </w:r>
      <w:r w:rsidRPr="00C36A5B">
        <w:rPr>
          <w:rFonts w:ascii="Sylfaen" w:hAnsi="Sylfaen"/>
          <w:i/>
          <w:sz w:val="24"/>
          <w:szCs w:val="24"/>
        </w:rPr>
        <w:t xml:space="preserve">, </w:t>
      </w:r>
      <w:bookmarkStart w:id="0" w:name="_Hlk210058408"/>
      <w:r w:rsidRPr="00C36A5B">
        <w:rPr>
          <w:rFonts w:ascii="Sylfaen" w:hAnsi="Sylfaen"/>
          <w:i/>
          <w:sz w:val="24"/>
          <w:szCs w:val="24"/>
        </w:rPr>
        <w:t>MAO</w:t>
      </w:r>
      <w:r w:rsidR="00B90E19" w:rsidRPr="00C36A5B">
        <w:rPr>
          <w:rFonts w:ascii="Sylfaen" w:hAnsi="Sylfaen"/>
          <w:i/>
          <w:sz w:val="24"/>
          <w:szCs w:val="24"/>
          <w:lang w:val="ka-GE"/>
        </w:rPr>
        <w:t>-ს</w:t>
      </w:r>
      <w:r w:rsidRPr="00C36A5B">
        <w:rPr>
          <w:rFonts w:ascii="Sylfaen" w:hAnsi="Sylfaen"/>
          <w:i/>
          <w:sz w:val="24"/>
          <w:szCs w:val="24"/>
        </w:rPr>
        <w:t xml:space="preserve"> </w:t>
      </w:r>
      <w:bookmarkEnd w:id="0"/>
      <w:proofErr w:type="spellStart"/>
      <w:r w:rsidRPr="00C36A5B">
        <w:rPr>
          <w:rFonts w:ascii="Sylfaen" w:hAnsi="Sylfaen"/>
          <w:i/>
          <w:sz w:val="24"/>
          <w:szCs w:val="24"/>
        </w:rPr>
        <w:t>ინჰიბიტორებ</w:t>
      </w:r>
      <w:proofErr w:type="spellEnd"/>
      <w:r w:rsidR="0055052D" w:rsidRPr="00C36A5B">
        <w:rPr>
          <w:rFonts w:ascii="Sylfaen" w:hAnsi="Sylfaen"/>
          <w:i/>
          <w:sz w:val="24"/>
          <w:szCs w:val="24"/>
          <w:lang w:val="ka-GE"/>
        </w:rPr>
        <w:t>თან.</w:t>
      </w:r>
      <w:r w:rsidRPr="00C36A5B">
        <w:rPr>
          <w:rFonts w:ascii="Sylfaen" w:hAnsi="Sylfaen"/>
          <w:sz w:val="24"/>
          <w:szCs w:val="24"/>
        </w:rPr>
        <w:t xml:space="preserve"> </w:t>
      </w:r>
    </w:p>
    <w:p w14:paraId="4CA9CFED" w14:textId="7DA0C4BC" w:rsidR="00BE1264" w:rsidRPr="00C36A5B" w:rsidRDefault="0055052D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არტერიული წნევის ამწევი 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ვაზოკონსტრიქტორების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ადრენომიმეტიკების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) მოქმედება, მაგალითად, </w:t>
      </w:r>
      <w:proofErr w:type="spellStart"/>
      <w:r w:rsidRPr="00C36A5B">
        <w:rPr>
          <w:rFonts w:ascii="Sylfaen" w:hAnsi="Sylfaen"/>
          <w:sz w:val="24"/>
          <w:szCs w:val="24"/>
        </w:rPr>
        <w:t>ეპინეფრინის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,  </w:t>
      </w:r>
      <w:proofErr w:type="spellStart"/>
      <w:r w:rsidR="00BE1264" w:rsidRPr="00C36A5B">
        <w:rPr>
          <w:rFonts w:ascii="Sylfaen" w:hAnsi="Sylfaen"/>
          <w:sz w:val="24"/>
          <w:szCs w:val="24"/>
        </w:rPr>
        <w:t>შე</w:t>
      </w:r>
      <w:r w:rsidRPr="00C36A5B">
        <w:rPr>
          <w:rFonts w:ascii="Sylfaen" w:hAnsi="Sylfaen"/>
          <w:sz w:val="24"/>
          <w:szCs w:val="24"/>
          <w:lang w:val="ka-GE"/>
        </w:rPr>
        <w:t>იძლებ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ა </w:t>
      </w:r>
      <w:proofErr w:type="spellStart"/>
      <w:r w:rsidR="00BE1264" w:rsidRPr="00C36A5B">
        <w:rPr>
          <w:rFonts w:ascii="Sylfaen" w:hAnsi="Sylfaen"/>
          <w:sz w:val="24"/>
          <w:szCs w:val="24"/>
        </w:rPr>
        <w:t>გაძლიერ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დეს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>ტრიციკლური ანტიდეპრესანტები</w:t>
      </w:r>
      <w:r w:rsidR="004177AC" w:rsidRPr="00C36A5B">
        <w:rPr>
          <w:rFonts w:ascii="Sylfaen" w:hAnsi="Sylfaen"/>
          <w:sz w:val="24"/>
          <w:szCs w:val="24"/>
          <w:lang w:val="ka-GE"/>
        </w:rPr>
        <w:t>ს</w:t>
      </w:r>
      <w:r w:rsidRPr="00C36A5B">
        <w:rPr>
          <w:rFonts w:ascii="Sylfaen" w:hAnsi="Sylfaen"/>
          <w:sz w:val="24"/>
          <w:szCs w:val="24"/>
          <w:lang w:val="ka-GE"/>
        </w:rPr>
        <w:t xml:space="preserve">ა </w:t>
      </w:r>
      <w:r w:rsidR="004177AC" w:rsidRPr="00C36A5B">
        <w:rPr>
          <w:rFonts w:ascii="Sylfaen" w:hAnsi="Sylfaen"/>
          <w:sz w:val="24"/>
          <w:szCs w:val="24"/>
          <w:lang w:val="ka-GE"/>
        </w:rPr>
        <w:t xml:space="preserve">ან MAO ინჰიბიტორების </w:t>
      </w:r>
      <w:r w:rsidR="00D538A5" w:rsidRPr="00C36A5B">
        <w:rPr>
          <w:rFonts w:ascii="Sylfaen" w:hAnsi="Sylfaen"/>
          <w:sz w:val="24"/>
          <w:szCs w:val="24"/>
          <w:lang w:val="ka-GE"/>
        </w:rPr>
        <w:t>მიერ</w:t>
      </w:r>
      <w:r w:rsidR="00BE1264" w:rsidRPr="00C36A5B">
        <w:rPr>
          <w:rFonts w:ascii="Sylfaen" w:hAnsi="Sylfaen"/>
          <w:sz w:val="24"/>
          <w:szCs w:val="24"/>
        </w:rPr>
        <w:t xml:space="preserve">.  </w:t>
      </w:r>
      <w:proofErr w:type="spellStart"/>
      <w:r w:rsidR="00B90E19" w:rsidRPr="00C36A5B">
        <w:rPr>
          <w:rFonts w:ascii="Sylfaen" w:hAnsi="Sylfaen"/>
          <w:sz w:val="24"/>
          <w:szCs w:val="24"/>
        </w:rPr>
        <w:t>მსგავსი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90E19" w:rsidRPr="00C36A5B">
        <w:rPr>
          <w:rFonts w:ascii="Sylfaen" w:hAnsi="Sylfaen"/>
          <w:sz w:val="24"/>
          <w:szCs w:val="24"/>
        </w:rPr>
        <w:t>დაკვირვებები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90E19" w:rsidRPr="00C36A5B">
        <w:rPr>
          <w:rFonts w:ascii="Sylfaen" w:hAnsi="Sylfaen"/>
          <w:sz w:val="24"/>
          <w:szCs w:val="24"/>
        </w:rPr>
        <w:t>აღწერილია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90E19" w:rsidRPr="00C36A5B">
        <w:rPr>
          <w:rFonts w:ascii="Sylfaen" w:hAnsi="Sylfaen"/>
          <w:sz w:val="24"/>
          <w:szCs w:val="24"/>
        </w:rPr>
        <w:t>ნორეპინეფრინის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 1:25000 </w:t>
      </w:r>
      <w:proofErr w:type="spellStart"/>
      <w:r w:rsidR="00B90E19" w:rsidRPr="00C36A5B">
        <w:rPr>
          <w:rFonts w:ascii="Sylfaen" w:hAnsi="Sylfaen"/>
          <w:sz w:val="24"/>
          <w:szCs w:val="24"/>
        </w:rPr>
        <w:t>და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90E19" w:rsidRPr="00C36A5B">
        <w:rPr>
          <w:rFonts w:ascii="Sylfaen" w:hAnsi="Sylfaen"/>
          <w:sz w:val="24"/>
          <w:szCs w:val="24"/>
        </w:rPr>
        <w:t>ეპინეფრინის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 1:80000 </w:t>
      </w:r>
      <w:proofErr w:type="spellStart"/>
      <w:r w:rsidR="00B90E19" w:rsidRPr="00C36A5B">
        <w:rPr>
          <w:rFonts w:ascii="Sylfaen" w:hAnsi="Sylfaen"/>
          <w:sz w:val="24"/>
          <w:szCs w:val="24"/>
        </w:rPr>
        <w:t>კონცენტრაციებისთვის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="00B90E19" w:rsidRPr="00C36A5B">
        <w:rPr>
          <w:rFonts w:ascii="Sylfaen" w:hAnsi="Sylfaen"/>
          <w:sz w:val="24"/>
          <w:szCs w:val="24"/>
        </w:rPr>
        <w:t>როდესაც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90E19" w:rsidRPr="00C36A5B">
        <w:rPr>
          <w:rFonts w:ascii="Sylfaen" w:hAnsi="Sylfaen"/>
          <w:sz w:val="24"/>
          <w:szCs w:val="24"/>
        </w:rPr>
        <w:t>ისინი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90E19" w:rsidRPr="00C36A5B">
        <w:rPr>
          <w:rFonts w:ascii="Sylfaen" w:hAnsi="Sylfaen"/>
          <w:sz w:val="24"/>
          <w:szCs w:val="24"/>
        </w:rPr>
        <w:t>გამოიყენება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90E19" w:rsidRPr="00C36A5B">
        <w:rPr>
          <w:rFonts w:ascii="Sylfaen" w:hAnsi="Sylfaen"/>
          <w:sz w:val="24"/>
          <w:szCs w:val="24"/>
        </w:rPr>
        <w:t>როგორც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90E19" w:rsidRPr="00C36A5B">
        <w:rPr>
          <w:rFonts w:ascii="Sylfaen" w:hAnsi="Sylfaen"/>
          <w:sz w:val="24"/>
          <w:szCs w:val="24"/>
        </w:rPr>
        <w:t>ვაზოკონსტრიქტორები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. </w:t>
      </w:r>
      <w:proofErr w:type="spellStart"/>
      <w:r w:rsidR="00B90E19" w:rsidRPr="00C36A5B">
        <w:rPr>
          <w:rFonts w:ascii="Sylfaen" w:hAnsi="Sylfaen"/>
          <w:sz w:val="24"/>
          <w:szCs w:val="24"/>
        </w:rPr>
        <w:t>მიუხედავად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90E19" w:rsidRPr="00C36A5B">
        <w:rPr>
          <w:rFonts w:ascii="Sylfaen" w:hAnsi="Sylfaen"/>
          <w:sz w:val="24"/>
          <w:szCs w:val="24"/>
        </w:rPr>
        <w:t>იმისა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="00B90E19" w:rsidRPr="00C36A5B">
        <w:rPr>
          <w:rFonts w:ascii="Sylfaen" w:hAnsi="Sylfaen"/>
          <w:sz w:val="24"/>
          <w:szCs w:val="24"/>
        </w:rPr>
        <w:t>რომ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 </w:t>
      </w:r>
      <w:r w:rsidR="00B90E19" w:rsidRPr="00C36A5B">
        <w:rPr>
          <w:rFonts w:ascii="Sylfaen" w:hAnsi="Sylfaen"/>
          <w:sz w:val="24"/>
          <w:szCs w:val="24"/>
          <w:lang w:val="ka-GE"/>
        </w:rPr>
        <w:t xml:space="preserve">პრეპარატ </w:t>
      </w:r>
      <w:proofErr w:type="spellStart"/>
      <w:r w:rsidR="00B90E19" w:rsidRPr="00C36A5B">
        <w:rPr>
          <w:rFonts w:ascii="Sylfaen" w:hAnsi="Sylfaen"/>
          <w:sz w:val="24"/>
          <w:szCs w:val="24"/>
        </w:rPr>
        <w:t>არტიკაინ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90E19" w:rsidRPr="00C36A5B">
        <w:rPr>
          <w:rFonts w:ascii="Sylfaen" w:hAnsi="Sylfaen"/>
          <w:sz w:val="24"/>
          <w:szCs w:val="24"/>
        </w:rPr>
        <w:t>ვეგაში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90E19" w:rsidRPr="00C36A5B">
        <w:rPr>
          <w:rFonts w:ascii="Sylfaen" w:hAnsi="Sylfaen"/>
          <w:sz w:val="24"/>
          <w:szCs w:val="24"/>
        </w:rPr>
        <w:t>ეპინეფრინის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90E19" w:rsidRPr="00C36A5B">
        <w:rPr>
          <w:rFonts w:ascii="Sylfaen" w:hAnsi="Sylfaen"/>
          <w:sz w:val="24"/>
          <w:szCs w:val="24"/>
        </w:rPr>
        <w:t>კონცენტრაცია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90E19" w:rsidRPr="00C36A5B">
        <w:rPr>
          <w:rFonts w:ascii="Sylfaen" w:hAnsi="Sylfaen"/>
          <w:sz w:val="24"/>
          <w:szCs w:val="24"/>
        </w:rPr>
        <w:t>მნიშვნელოვნად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90E19" w:rsidRPr="00C36A5B">
        <w:rPr>
          <w:rFonts w:ascii="Sylfaen" w:hAnsi="Sylfaen"/>
          <w:sz w:val="24"/>
          <w:szCs w:val="24"/>
        </w:rPr>
        <w:t>დაბალია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 - 1:200000 - </w:t>
      </w:r>
      <w:proofErr w:type="spellStart"/>
      <w:r w:rsidR="00B90E19" w:rsidRPr="00C36A5B">
        <w:rPr>
          <w:rFonts w:ascii="Sylfaen" w:hAnsi="Sylfaen"/>
          <w:sz w:val="24"/>
          <w:szCs w:val="24"/>
        </w:rPr>
        <w:t>მაინც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90E19" w:rsidRPr="00C36A5B">
        <w:rPr>
          <w:rFonts w:ascii="Sylfaen" w:hAnsi="Sylfaen"/>
          <w:sz w:val="24"/>
          <w:szCs w:val="24"/>
        </w:rPr>
        <w:t>გასათვალისწინებელია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90E19" w:rsidRPr="00C36A5B">
        <w:rPr>
          <w:rFonts w:ascii="Sylfaen" w:hAnsi="Sylfaen"/>
          <w:sz w:val="24"/>
          <w:szCs w:val="24"/>
        </w:rPr>
        <w:t>ეპინეფრინის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90E19" w:rsidRPr="00C36A5B">
        <w:rPr>
          <w:rFonts w:ascii="Sylfaen" w:hAnsi="Sylfaen"/>
          <w:sz w:val="24"/>
          <w:szCs w:val="24"/>
        </w:rPr>
        <w:t>ჰიპერტენზიული</w:t>
      </w:r>
      <w:proofErr w:type="spellEnd"/>
      <w:r w:rsidR="00B90E19" w:rsidRPr="00C36A5B">
        <w:rPr>
          <w:rFonts w:ascii="Sylfaen" w:hAnsi="Sylfaen"/>
          <w:sz w:val="24"/>
          <w:szCs w:val="24"/>
        </w:rPr>
        <w:t xml:space="preserve"> </w:t>
      </w:r>
      <w:r w:rsidR="00C31D1A" w:rsidRPr="00C36A5B">
        <w:rPr>
          <w:rFonts w:ascii="Sylfaen" w:hAnsi="Sylfaen"/>
          <w:sz w:val="24"/>
          <w:szCs w:val="24"/>
          <w:lang w:val="ka-GE"/>
        </w:rPr>
        <w:t>მოქმედების</w:t>
      </w:r>
      <w:r w:rsidR="00B90E19" w:rsidRPr="00C36A5B">
        <w:rPr>
          <w:rFonts w:ascii="Sylfaen" w:hAnsi="Sylfaen"/>
          <w:sz w:val="24"/>
          <w:szCs w:val="24"/>
        </w:rPr>
        <w:t xml:space="preserve"> </w:t>
      </w:r>
      <w:r w:rsidR="00C31D1A" w:rsidRPr="00C36A5B">
        <w:rPr>
          <w:rFonts w:ascii="Sylfaen" w:hAnsi="Sylfaen"/>
          <w:sz w:val="24"/>
          <w:szCs w:val="24"/>
          <w:lang w:val="ka-GE"/>
        </w:rPr>
        <w:t>გაძლიერების შესაძლებლობა.</w:t>
      </w:r>
    </w:p>
    <w:p w14:paraId="5D5F5367" w14:textId="2D0F7DD2" w:rsidR="004177AC" w:rsidRPr="00C36A5B" w:rsidRDefault="004177AC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i/>
          <w:sz w:val="24"/>
          <w:szCs w:val="24"/>
          <w:lang w:val="ka-GE"/>
        </w:rPr>
        <w:t>სამკურნალო საშუალებებთან, რომლებიც თრგუნავენ ცნს-</w:t>
      </w:r>
      <w:r w:rsidR="00BE1264" w:rsidRPr="00C36A5B">
        <w:rPr>
          <w:rFonts w:ascii="Sylfaen" w:hAnsi="Sylfaen"/>
          <w:i/>
          <w:sz w:val="24"/>
          <w:szCs w:val="24"/>
        </w:rPr>
        <w:t>ს</w:t>
      </w:r>
      <w:r w:rsidRPr="00C36A5B">
        <w:rPr>
          <w:rFonts w:ascii="Sylfaen" w:hAnsi="Sylfaen"/>
          <w:sz w:val="24"/>
          <w:szCs w:val="24"/>
          <w:lang w:val="ka-GE"/>
        </w:rPr>
        <w:t>.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</w:p>
    <w:p w14:paraId="299A8F71" w14:textId="45C95255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ადგილობრივი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4177AC" w:rsidRPr="00C36A5B">
        <w:rPr>
          <w:rFonts w:ascii="Sylfaen" w:hAnsi="Sylfaen"/>
          <w:sz w:val="24"/>
          <w:szCs w:val="24"/>
          <w:lang w:val="ka-GE"/>
        </w:rPr>
        <w:t>სა</w:t>
      </w:r>
      <w:proofErr w:type="spellStart"/>
      <w:r w:rsidRPr="00C36A5B">
        <w:rPr>
          <w:rFonts w:ascii="Sylfaen" w:hAnsi="Sylfaen"/>
          <w:sz w:val="24"/>
          <w:szCs w:val="24"/>
        </w:rPr>
        <w:t>ანესთეზი</w:t>
      </w:r>
      <w:proofErr w:type="spellEnd"/>
      <w:r w:rsidR="004177AC" w:rsidRPr="00C36A5B">
        <w:rPr>
          <w:rFonts w:ascii="Sylfaen" w:hAnsi="Sylfaen"/>
          <w:sz w:val="24"/>
          <w:szCs w:val="24"/>
          <w:lang w:val="ka-GE"/>
        </w:rPr>
        <w:t xml:space="preserve">ო </w:t>
      </w:r>
      <w:proofErr w:type="gramStart"/>
      <w:r w:rsidR="004177AC" w:rsidRPr="00C36A5B">
        <w:rPr>
          <w:rFonts w:ascii="Sylfaen" w:hAnsi="Sylfaen"/>
          <w:sz w:val="24"/>
          <w:szCs w:val="24"/>
          <w:lang w:val="ka-GE"/>
        </w:rPr>
        <w:t xml:space="preserve">საშუალებები 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აძლიერებ</w:t>
      </w:r>
      <w:proofErr w:type="spellEnd"/>
      <w:r w:rsidR="004177AC" w:rsidRPr="00C36A5B">
        <w:rPr>
          <w:rFonts w:ascii="Sylfaen" w:hAnsi="Sylfaen"/>
          <w:sz w:val="24"/>
          <w:szCs w:val="24"/>
          <w:lang w:val="ka-GE"/>
        </w:rPr>
        <w:t>ენ</w:t>
      </w:r>
      <w:proofErr w:type="gramEnd"/>
      <w:r w:rsidR="004177AC" w:rsidRPr="00C36A5B">
        <w:rPr>
          <w:rFonts w:ascii="Sylfaen" w:hAnsi="Sylfaen"/>
          <w:sz w:val="24"/>
          <w:szCs w:val="24"/>
          <w:lang w:val="ka-GE"/>
        </w:rPr>
        <w:t xml:space="preserve"> ისეთი სამკურნალო საშუალებების მოქმედებას, რომლებიც თრგუნავენ </w:t>
      </w:r>
      <w:proofErr w:type="spellStart"/>
      <w:r w:rsidR="004177AC" w:rsidRPr="00C36A5B">
        <w:rPr>
          <w:rFonts w:ascii="Sylfaen" w:hAnsi="Sylfaen"/>
          <w:sz w:val="24"/>
          <w:szCs w:val="24"/>
          <w:lang w:val="ka-GE"/>
        </w:rPr>
        <w:t>ცნს</w:t>
      </w:r>
      <w:proofErr w:type="spellEnd"/>
      <w:r w:rsidR="004177AC" w:rsidRPr="00C36A5B">
        <w:rPr>
          <w:rFonts w:ascii="Sylfaen" w:hAnsi="Sylfaen"/>
          <w:sz w:val="24"/>
          <w:szCs w:val="24"/>
          <w:lang w:val="ka-GE"/>
        </w:rPr>
        <w:t>-ს</w:t>
      </w:r>
      <w:r w:rsidRPr="00C36A5B">
        <w:rPr>
          <w:rFonts w:ascii="Sylfaen" w:hAnsi="Sylfaen"/>
          <w:sz w:val="24"/>
          <w:szCs w:val="24"/>
        </w:rPr>
        <w:t xml:space="preserve">. </w:t>
      </w:r>
      <w:proofErr w:type="spellStart"/>
      <w:r w:rsidRPr="00C36A5B">
        <w:rPr>
          <w:rFonts w:ascii="Sylfaen" w:hAnsi="Sylfaen"/>
          <w:sz w:val="24"/>
          <w:szCs w:val="24"/>
        </w:rPr>
        <w:t>ნარკოტიკული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ანალგეტიკები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C725E4" w:rsidRPr="00C36A5B">
        <w:rPr>
          <w:rFonts w:ascii="Sylfaen" w:hAnsi="Sylfaen"/>
          <w:sz w:val="24"/>
          <w:szCs w:val="24"/>
          <w:lang w:val="ka-GE"/>
        </w:rPr>
        <w:t xml:space="preserve">აძლიერებენ ადგილობრივი </w:t>
      </w:r>
      <w:proofErr w:type="gramStart"/>
      <w:r w:rsidR="00C725E4" w:rsidRPr="00C36A5B">
        <w:rPr>
          <w:rFonts w:ascii="Sylfaen" w:hAnsi="Sylfaen"/>
          <w:sz w:val="24"/>
          <w:szCs w:val="24"/>
          <w:lang w:val="ka-GE"/>
        </w:rPr>
        <w:t>საანესთეზიო  საშუალებების</w:t>
      </w:r>
      <w:proofErr w:type="gramEnd"/>
      <w:r w:rsidR="00C725E4" w:rsidRPr="00C36A5B">
        <w:rPr>
          <w:rFonts w:ascii="Sylfaen" w:hAnsi="Sylfaen"/>
          <w:sz w:val="24"/>
          <w:szCs w:val="24"/>
          <w:lang w:val="ka-GE"/>
        </w:rPr>
        <w:t xml:space="preserve"> მოქმედებას, </w:t>
      </w:r>
      <w:r w:rsidR="00D538A5" w:rsidRPr="00C36A5B">
        <w:rPr>
          <w:rFonts w:ascii="Sylfaen" w:hAnsi="Sylfaen"/>
          <w:sz w:val="24"/>
          <w:szCs w:val="24"/>
          <w:lang w:val="ka-GE"/>
        </w:rPr>
        <w:t xml:space="preserve">თუმცა </w:t>
      </w:r>
      <w:r w:rsidR="00C725E4" w:rsidRPr="00C36A5B">
        <w:rPr>
          <w:rFonts w:ascii="Sylfaen" w:hAnsi="Sylfaen"/>
          <w:sz w:val="24"/>
          <w:szCs w:val="24"/>
          <w:lang w:val="ka-GE"/>
        </w:rPr>
        <w:t xml:space="preserve">ზრდიან </w:t>
      </w:r>
      <w:proofErr w:type="spellStart"/>
      <w:r w:rsidRPr="00C36A5B">
        <w:rPr>
          <w:rFonts w:ascii="Sylfaen" w:hAnsi="Sylfaen"/>
          <w:sz w:val="24"/>
          <w:szCs w:val="24"/>
        </w:rPr>
        <w:t>სუნთქვის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დ</w:t>
      </w:r>
      <w:proofErr w:type="spellStart"/>
      <w:r w:rsidR="00C725E4" w:rsidRPr="00C36A5B">
        <w:rPr>
          <w:rFonts w:ascii="Sylfaen" w:hAnsi="Sylfaen"/>
          <w:sz w:val="24"/>
          <w:szCs w:val="24"/>
          <w:lang w:val="ka-GE"/>
        </w:rPr>
        <w:t>ათრგუნვ</w:t>
      </w:r>
      <w:r w:rsidRPr="00C36A5B">
        <w:rPr>
          <w:rFonts w:ascii="Sylfaen" w:hAnsi="Sylfaen"/>
          <w:sz w:val="24"/>
          <w:szCs w:val="24"/>
        </w:rPr>
        <w:t>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რისკს</w:t>
      </w:r>
      <w:proofErr w:type="spellEnd"/>
      <w:r w:rsidRPr="00C36A5B">
        <w:rPr>
          <w:rFonts w:ascii="Sylfaen" w:hAnsi="Sylfaen"/>
          <w:sz w:val="24"/>
          <w:szCs w:val="24"/>
        </w:rPr>
        <w:t xml:space="preserve">.  </w:t>
      </w:r>
    </w:p>
    <w:p w14:paraId="297D9B73" w14:textId="5C86AB2B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i/>
          <w:sz w:val="24"/>
          <w:szCs w:val="24"/>
        </w:rPr>
        <w:t>ანტიკოაგულანტებ</w:t>
      </w:r>
      <w:proofErr w:type="spellEnd"/>
      <w:r w:rsidR="00C725E4" w:rsidRPr="00C36A5B">
        <w:rPr>
          <w:rFonts w:ascii="Sylfaen" w:hAnsi="Sylfaen"/>
          <w:i/>
          <w:sz w:val="24"/>
          <w:szCs w:val="24"/>
          <w:lang w:val="ka-GE"/>
        </w:rPr>
        <w:t>თან და სხვა პრეპარატებთან</w:t>
      </w:r>
      <w:r w:rsidRPr="00C36A5B">
        <w:rPr>
          <w:rFonts w:ascii="Sylfaen" w:hAnsi="Sylfaen"/>
          <w:i/>
          <w:sz w:val="24"/>
          <w:szCs w:val="24"/>
        </w:rPr>
        <w:t>,</w:t>
      </w:r>
      <w:r w:rsidR="00C725E4" w:rsidRPr="00C36A5B">
        <w:rPr>
          <w:rFonts w:ascii="Sylfaen" w:hAnsi="Sylfaen"/>
          <w:i/>
          <w:sz w:val="24"/>
          <w:szCs w:val="24"/>
          <w:lang w:val="ka-GE"/>
        </w:rPr>
        <w:t xml:space="preserve"> რომლებიც ამცირებენ სისხლის შედედებას</w:t>
      </w:r>
      <w:r w:rsidR="00C725E4" w:rsidRPr="00C36A5B">
        <w:rPr>
          <w:rFonts w:ascii="Sylfaen" w:hAnsi="Sylfaen"/>
          <w:sz w:val="24"/>
          <w:szCs w:val="24"/>
          <w:lang w:val="ka-GE"/>
        </w:rPr>
        <w:t>.</w:t>
      </w:r>
      <w:r w:rsidRPr="00C36A5B">
        <w:rPr>
          <w:rFonts w:ascii="Sylfaen" w:hAnsi="Sylfaen"/>
          <w:sz w:val="24"/>
          <w:szCs w:val="24"/>
        </w:rPr>
        <w:t xml:space="preserve"> </w:t>
      </w:r>
      <w:r w:rsidR="00C725E4" w:rsidRPr="00C36A5B">
        <w:rPr>
          <w:rFonts w:ascii="Sylfaen" w:hAnsi="Sylfaen"/>
          <w:sz w:val="24"/>
          <w:szCs w:val="24"/>
          <w:lang w:val="ka-GE"/>
        </w:rPr>
        <w:t xml:space="preserve">პრეპარატ </w:t>
      </w:r>
      <w:proofErr w:type="spellStart"/>
      <w:r w:rsidR="00C725E4" w:rsidRPr="00C36A5B">
        <w:rPr>
          <w:rFonts w:ascii="Sylfaen" w:hAnsi="Sylfaen"/>
          <w:sz w:val="24"/>
          <w:szCs w:val="24"/>
          <w:lang w:val="ka-GE"/>
        </w:rPr>
        <w:t>არტიკაინ</w:t>
      </w:r>
      <w:proofErr w:type="spellEnd"/>
      <w:r w:rsidR="00D538A5"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="00C725E4" w:rsidRPr="00C36A5B">
        <w:rPr>
          <w:rFonts w:ascii="Sylfaen" w:hAnsi="Sylfaen"/>
          <w:sz w:val="24"/>
          <w:szCs w:val="24"/>
          <w:lang w:val="ka-GE"/>
        </w:rPr>
        <w:t xml:space="preserve">ვეგას ინექციის ჩატარებისას პაციენტებთან, რომლებიც ღებულობენ </w:t>
      </w:r>
      <w:proofErr w:type="spellStart"/>
      <w:r w:rsidR="00C725E4" w:rsidRPr="00C36A5B">
        <w:rPr>
          <w:rFonts w:ascii="Sylfaen" w:hAnsi="Sylfaen"/>
          <w:sz w:val="24"/>
          <w:szCs w:val="24"/>
          <w:lang w:val="ka-GE"/>
        </w:rPr>
        <w:t>ჰეპარინს</w:t>
      </w:r>
      <w:proofErr w:type="spellEnd"/>
      <w:r w:rsidR="00C725E4" w:rsidRPr="00C36A5B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C36A5B">
        <w:rPr>
          <w:rFonts w:ascii="Sylfaen" w:hAnsi="Sylfaen"/>
          <w:sz w:val="24"/>
          <w:szCs w:val="24"/>
        </w:rPr>
        <w:t>აცეტილსალიცილის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მჟავა</w:t>
      </w:r>
      <w:proofErr w:type="spellEnd"/>
      <w:r w:rsidR="00C725E4" w:rsidRPr="00C36A5B">
        <w:rPr>
          <w:rFonts w:ascii="Sylfaen" w:hAnsi="Sylfaen"/>
          <w:sz w:val="24"/>
          <w:szCs w:val="24"/>
          <w:lang w:val="ka-GE"/>
        </w:rPr>
        <w:t>ს, შესაძლოა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725E4" w:rsidRPr="00C36A5B">
        <w:rPr>
          <w:rFonts w:ascii="Sylfaen" w:hAnsi="Sylfaen"/>
          <w:sz w:val="24"/>
          <w:szCs w:val="24"/>
        </w:rPr>
        <w:t>სისხლდენ</w:t>
      </w:r>
      <w:proofErr w:type="spellEnd"/>
      <w:r w:rsidR="00C725E4" w:rsidRPr="00C36A5B">
        <w:rPr>
          <w:rFonts w:ascii="Sylfaen" w:hAnsi="Sylfaen"/>
          <w:sz w:val="24"/>
          <w:szCs w:val="24"/>
          <w:lang w:val="ka-GE"/>
        </w:rPr>
        <w:t xml:space="preserve">ის განვითარება </w:t>
      </w:r>
      <w:proofErr w:type="spellStart"/>
      <w:r w:rsidRPr="00C36A5B">
        <w:rPr>
          <w:rFonts w:ascii="Sylfaen" w:hAnsi="Sylfaen"/>
          <w:sz w:val="24"/>
          <w:szCs w:val="24"/>
        </w:rPr>
        <w:t>ინექციის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ადგილ</w:t>
      </w:r>
      <w:proofErr w:type="spellEnd"/>
      <w:r w:rsidR="00C725E4" w:rsidRPr="00C36A5B">
        <w:rPr>
          <w:rFonts w:ascii="Sylfaen" w:hAnsi="Sylfaen"/>
          <w:sz w:val="24"/>
          <w:szCs w:val="24"/>
          <w:lang w:val="ka-GE"/>
        </w:rPr>
        <w:t>ზე.</w:t>
      </w:r>
    </w:p>
    <w:p w14:paraId="44A87965" w14:textId="74DC46EF" w:rsidR="00C725E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proofErr w:type="spellStart"/>
      <w:r w:rsidRPr="00C36A5B">
        <w:rPr>
          <w:rFonts w:ascii="Sylfaen" w:hAnsi="Sylfaen"/>
          <w:i/>
          <w:sz w:val="24"/>
          <w:szCs w:val="24"/>
        </w:rPr>
        <w:t>ქოლინესთერაზ</w:t>
      </w:r>
      <w:proofErr w:type="spellEnd"/>
      <w:r w:rsidR="00D538A5" w:rsidRPr="00C36A5B">
        <w:rPr>
          <w:rFonts w:ascii="Sylfaen" w:hAnsi="Sylfaen"/>
          <w:i/>
          <w:sz w:val="24"/>
          <w:szCs w:val="24"/>
          <w:lang w:val="ka-GE"/>
        </w:rPr>
        <w:t>ა</w:t>
      </w:r>
      <w:r w:rsidRPr="00C36A5B">
        <w:rPr>
          <w:rFonts w:ascii="Sylfaen" w:hAnsi="Sylfaen"/>
          <w:i/>
          <w:sz w:val="24"/>
          <w:szCs w:val="24"/>
        </w:rPr>
        <w:t xml:space="preserve">ს </w:t>
      </w:r>
      <w:proofErr w:type="spellStart"/>
      <w:r w:rsidRPr="00C36A5B">
        <w:rPr>
          <w:rFonts w:ascii="Sylfaen" w:hAnsi="Sylfaen"/>
          <w:i/>
          <w:sz w:val="24"/>
          <w:szCs w:val="24"/>
        </w:rPr>
        <w:t>ინჰიბიტორებ</w:t>
      </w:r>
      <w:proofErr w:type="spellEnd"/>
      <w:r w:rsidR="00C725E4" w:rsidRPr="00C36A5B">
        <w:rPr>
          <w:rFonts w:ascii="Sylfaen" w:hAnsi="Sylfaen"/>
          <w:i/>
          <w:sz w:val="24"/>
          <w:szCs w:val="24"/>
          <w:lang w:val="ka-GE"/>
        </w:rPr>
        <w:t>თან</w:t>
      </w:r>
      <w:r w:rsidR="00C725E4" w:rsidRPr="00C36A5B">
        <w:rPr>
          <w:rFonts w:ascii="Sylfaen" w:hAnsi="Sylfaen"/>
          <w:sz w:val="24"/>
          <w:szCs w:val="24"/>
          <w:lang w:val="ka-GE"/>
        </w:rPr>
        <w:t>.</w:t>
      </w:r>
    </w:p>
    <w:p w14:paraId="52C1437F" w14:textId="611C3DA3" w:rsidR="00BE1264" w:rsidRPr="00C36A5B" w:rsidRDefault="00C725E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  <w:lang w:val="ka-GE"/>
        </w:rPr>
        <w:t>ქოლინეს</w:t>
      </w:r>
      <w:r w:rsidR="00C31D1A" w:rsidRPr="00C36A5B">
        <w:rPr>
          <w:rFonts w:ascii="Sylfaen" w:hAnsi="Sylfaen"/>
          <w:sz w:val="24"/>
          <w:szCs w:val="24"/>
          <w:lang w:val="ka-GE"/>
        </w:rPr>
        <w:t>თ</w:t>
      </w:r>
      <w:r w:rsidRPr="00C36A5B">
        <w:rPr>
          <w:rFonts w:ascii="Sylfaen" w:hAnsi="Sylfaen"/>
          <w:sz w:val="24"/>
          <w:szCs w:val="24"/>
          <w:lang w:val="ka-GE"/>
        </w:rPr>
        <w:t>ერაზას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ინჰიბიტორები ამცირებენ ადგ</w:t>
      </w:r>
      <w:r w:rsidR="00C31D1A" w:rsidRPr="00C36A5B">
        <w:rPr>
          <w:rFonts w:ascii="Sylfaen" w:hAnsi="Sylfaen"/>
          <w:sz w:val="24"/>
          <w:szCs w:val="24"/>
          <w:lang w:val="ka-GE"/>
        </w:rPr>
        <w:t>ი</w:t>
      </w:r>
      <w:r w:rsidRPr="00C36A5B">
        <w:rPr>
          <w:rFonts w:ascii="Sylfaen" w:hAnsi="Sylfaen"/>
          <w:sz w:val="24"/>
          <w:szCs w:val="24"/>
          <w:lang w:val="ka-GE"/>
        </w:rPr>
        <w:t xml:space="preserve">ლობრივი საანესთეზიო სამკურნალო საშუალებების 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მეტაბოლიზმს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="00BE1264" w:rsidRPr="00C36A5B">
        <w:rPr>
          <w:rFonts w:ascii="Sylfaen" w:hAnsi="Sylfaen"/>
          <w:sz w:val="24"/>
          <w:szCs w:val="24"/>
        </w:rPr>
        <w:t>რის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შედეგადაც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შესაძლებელია </w:t>
      </w:r>
      <w:proofErr w:type="spellStart"/>
      <w:r w:rsidR="00BE1264" w:rsidRPr="00C36A5B">
        <w:rPr>
          <w:rFonts w:ascii="Sylfaen" w:hAnsi="Sylfaen"/>
          <w:sz w:val="24"/>
          <w:szCs w:val="24"/>
        </w:rPr>
        <w:t>არტიკაინის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მოქმედების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პროლონგირე</w:t>
      </w:r>
      <w:r w:rsidR="00BE1264" w:rsidRPr="00C36A5B">
        <w:rPr>
          <w:rFonts w:ascii="Sylfaen" w:hAnsi="Sylfaen"/>
          <w:sz w:val="24"/>
          <w:szCs w:val="24"/>
        </w:rPr>
        <w:t>ბა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და</w:t>
      </w:r>
      <w:proofErr w:type="spellEnd"/>
      <w:r w:rsidR="00C0360C" w:rsidRPr="00C36A5B">
        <w:rPr>
          <w:rFonts w:ascii="Sylfaen" w:hAnsi="Sylfaen"/>
          <w:sz w:val="24"/>
          <w:szCs w:val="24"/>
          <w:lang w:val="ka-GE"/>
        </w:rPr>
        <w:t xml:space="preserve"> გამოხატული გაძლიერება</w:t>
      </w:r>
      <w:r w:rsidR="00BE1264" w:rsidRPr="00C36A5B">
        <w:rPr>
          <w:rFonts w:ascii="Sylfaen" w:hAnsi="Sylfaen"/>
          <w:sz w:val="24"/>
          <w:szCs w:val="24"/>
        </w:rPr>
        <w:t xml:space="preserve">.  </w:t>
      </w:r>
    </w:p>
    <w:p w14:paraId="501C7319" w14:textId="377AAF88" w:rsidR="00C0360C" w:rsidRPr="00C36A5B" w:rsidRDefault="00C31D1A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36A5B">
        <w:rPr>
          <w:rFonts w:ascii="Sylfaen" w:hAnsi="Sylfaen"/>
          <w:i/>
          <w:sz w:val="24"/>
          <w:szCs w:val="24"/>
          <w:lang w:val="ka-GE"/>
        </w:rPr>
        <w:t>შინაგანად მისაღებ</w:t>
      </w:r>
      <w:r w:rsidR="00C0360C" w:rsidRPr="00C36A5B">
        <w:rPr>
          <w:rFonts w:ascii="Sylfaen" w:hAnsi="Sylfaen"/>
          <w:i/>
          <w:sz w:val="24"/>
          <w:szCs w:val="24"/>
          <w:lang w:val="ka-GE"/>
        </w:rPr>
        <w:t xml:space="preserve"> </w:t>
      </w:r>
      <w:proofErr w:type="spellStart"/>
      <w:r w:rsidR="00BE1264" w:rsidRPr="00C36A5B">
        <w:rPr>
          <w:rFonts w:ascii="Sylfaen" w:hAnsi="Sylfaen"/>
          <w:i/>
          <w:sz w:val="24"/>
          <w:szCs w:val="24"/>
        </w:rPr>
        <w:t>ჰიპოგლიკემიურ</w:t>
      </w:r>
      <w:proofErr w:type="spellEnd"/>
      <w:r w:rsidR="00BE1264"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i/>
          <w:sz w:val="24"/>
          <w:szCs w:val="24"/>
        </w:rPr>
        <w:t>საშუალებებ</w:t>
      </w:r>
      <w:proofErr w:type="spellEnd"/>
      <w:r w:rsidR="00C0360C" w:rsidRPr="00C36A5B">
        <w:rPr>
          <w:rFonts w:ascii="Sylfaen" w:hAnsi="Sylfaen"/>
          <w:i/>
          <w:sz w:val="24"/>
          <w:szCs w:val="24"/>
          <w:lang w:val="ka-GE"/>
        </w:rPr>
        <w:t>თან</w:t>
      </w:r>
      <w:r w:rsidR="00C0360C" w:rsidRPr="00C36A5B">
        <w:rPr>
          <w:rFonts w:ascii="Sylfaen" w:hAnsi="Sylfaen"/>
          <w:sz w:val="24"/>
          <w:szCs w:val="24"/>
          <w:lang w:val="ka-GE"/>
        </w:rPr>
        <w:t>.</w:t>
      </w:r>
    </w:p>
    <w:p w14:paraId="5B474C3B" w14:textId="762698B7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ეპინეფრინმა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შეიძლება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C0360C" w:rsidRPr="00C36A5B">
        <w:rPr>
          <w:rFonts w:ascii="Sylfaen" w:hAnsi="Sylfaen"/>
          <w:sz w:val="24"/>
          <w:szCs w:val="24"/>
          <w:lang w:val="ka-GE"/>
        </w:rPr>
        <w:t>დათრგუნ</w:t>
      </w:r>
      <w:proofErr w:type="spellStart"/>
      <w:r w:rsidRPr="00C36A5B">
        <w:rPr>
          <w:rFonts w:ascii="Sylfaen" w:hAnsi="Sylfaen"/>
          <w:sz w:val="24"/>
          <w:szCs w:val="24"/>
        </w:rPr>
        <w:t>ოს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ინსულინის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გამოყოფა</w:t>
      </w:r>
      <w:proofErr w:type="spellEnd"/>
      <w:r w:rsidR="00C0360C"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="00C31D1A" w:rsidRPr="00C36A5B">
        <w:rPr>
          <w:rFonts w:ascii="Sylfaen" w:hAnsi="Sylfaen"/>
          <w:sz w:val="24"/>
          <w:szCs w:val="24"/>
          <w:lang w:val="ka-GE"/>
        </w:rPr>
        <w:t>კუჭქვეშა</w:t>
      </w:r>
      <w:r w:rsidR="00C0360C" w:rsidRPr="00C36A5B">
        <w:rPr>
          <w:rFonts w:ascii="Sylfaen" w:hAnsi="Sylfaen"/>
          <w:sz w:val="24"/>
          <w:szCs w:val="24"/>
          <w:lang w:val="ka-GE"/>
        </w:rPr>
        <w:t xml:space="preserve"> ჯირკვლის β-უჯრედებიდან </w:t>
      </w:r>
      <w:proofErr w:type="spellStart"/>
      <w:r w:rsidRPr="00C36A5B">
        <w:rPr>
          <w:rFonts w:ascii="Sylfaen" w:hAnsi="Sylfaen"/>
          <w:sz w:val="24"/>
          <w:szCs w:val="24"/>
        </w:rPr>
        <w:t>და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შეასუსტოს</w:t>
      </w:r>
      <w:proofErr w:type="spellEnd"/>
      <w:r w:rsidR="00C0360C" w:rsidRPr="00C36A5B">
        <w:rPr>
          <w:rFonts w:ascii="Sylfaen" w:hAnsi="Sylfaen"/>
          <w:sz w:val="24"/>
          <w:szCs w:val="24"/>
          <w:lang w:val="ka-GE"/>
        </w:rPr>
        <w:t xml:space="preserve"> შინაგანად მისაღები </w:t>
      </w:r>
      <w:proofErr w:type="spellStart"/>
      <w:r w:rsidR="00C0360C" w:rsidRPr="00C36A5B">
        <w:rPr>
          <w:rFonts w:ascii="Sylfaen" w:hAnsi="Sylfaen"/>
          <w:sz w:val="24"/>
          <w:szCs w:val="24"/>
          <w:lang w:val="ka-GE"/>
        </w:rPr>
        <w:t>ჰიპოგლიკემიური</w:t>
      </w:r>
      <w:proofErr w:type="spellEnd"/>
      <w:r w:rsidR="00C0360C" w:rsidRPr="00C36A5B">
        <w:rPr>
          <w:rFonts w:ascii="Sylfaen" w:hAnsi="Sylfaen"/>
          <w:sz w:val="24"/>
          <w:szCs w:val="24"/>
          <w:lang w:val="ka-GE"/>
        </w:rPr>
        <w:t xml:space="preserve"> საშუალებების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ეფექტი</w:t>
      </w:r>
      <w:proofErr w:type="spellEnd"/>
      <w:r w:rsidRPr="00C36A5B">
        <w:rPr>
          <w:rFonts w:ascii="Sylfaen" w:hAnsi="Sylfaen"/>
          <w:sz w:val="24"/>
          <w:szCs w:val="24"/>
        </w:rPr>
        <w:t xml:space="preserve">.  </w:t>
      </w:r>
    </w:p>
    <w:p w14:paraId="4DD1DE0C" w14:textId="3CE74EBE" w:rsidR="00C0360C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proofErr w:type="spellStart"/>
      <w:r w:rsidRPr="00C36A5B">
        <w:rPr>
          <w:rFonts w:ascii="Sylfaen" w:hAnsi="Sylfaen"/>
          <w:i/>
          <w:sz w:val="24"/>
          <w:szCs w:val="24"/>
        </w:rPr>
        <w:lastRenderedPageBreak/>
        <w:t>ინჰალაციური</w:t>
      </w:r>
      <w:proofErr w:type="spellEnd"/>
      <w:r w:rsidRPr="00C36A5B">
        <w:rPr>
          <w:rFonts w:ascii="Sylfaen" w:hAnsi="Sylfaen"/>
          <w:i/>
          <w:sz w:val="24"/>
          <w:szCs w:val="24"/>
        </w:rPr>
        <w:t xml:space="preserve"> </w:t>
      </w:r>
      <w:r w:rsidR="00C31D1A" w:rsidRPr="00C36A5B">
        <w:rPr>
          <w:rFonts w:ascii="Sylfaen" w:hAnsi="Sylfaen"/>
          <w:i/>
          <w:sz w:val="24"/>
          <w:szCs w:val="24"/>
          <w:lang w:val="ka-GE"/>
        </w:rPr>
        <w:t>ნარკოზის</w:t>
      </w:r>
      <w:r w:rsidRPr="00C36A5B">
        <w:rPr>
          <w:rFonts w:ascii="Sylfaen" w:hAnsi="Sylfaen"/>
          <w:i/>
          <w:sz w:val="24"/>
          <w:szCs w:val="24"/>
        </w:rPr>
        <w:t xml:space="preserve"> </w:t>
      </w:r>
      <w:r w:rsidR="00C0360C" w:rsidRPr="00C36A5B">
        <w:rPr>
          <w:rFonts w:ascii="Sylfaen" w:hAnsi="Sylfaen"/>
          <w:i/>
          <w:sz w:val="24"/>
          <w:szCs w:val="24"/>
          <w:lang w:val="ka-GE"/>
        </w:rPr>
        <w:t>ზოგიერთ საშუალებებთან</w:t>
      </w:r>
      <w:r w:rsidRPr="00C36A5B">
        <w:rPr>
          <w:rFonts w:ascii="Sylfaen" w:hAnsi="Sylfaen"/>
          <w:i/>
          <w:sz w:val="24"/>
          <w:szCs w:val="24"/>
        </w:rPr>
        <w:t xml:space="preserve"> (</w:t>
      </w:r>
      <w:proofErr w:type="spellStart"/>
      <w:r w:rsidRPr="00C36A5B">
        <w:rPr>
          <w:rFonts w:ascii="Sylfaen" w:hAnsi="Sylfaen"/>
          <w:i/>
          <w:sz w:val="24"/>
          <w:szCs w:val="24"/>
        </w:rPr>
        <w:t>ჰალოტანი</w:t>
      </w:r>
      <w:proofErr w:type="spellEnd"/>
      <w:r w:rsidRPr="00C36A5B">
        <w:rPr>
          <w:rFonts w:ascii="Sylfaen" w:hAnsi="Sylfaen"/>
          <w:i/>
          <w:sz w:val="24"/>
          <w:szCs w:val="24"/>
        </w:rPr>
        <w:t>)</w:t>
      </w:r>
      <w:r w:rsidR="00C0360C" w:rsidRPr="00C36A5B">
        <w:rPr>
          <w:rFonts w:ascii="Sylfaen" w:hAnsi="Sylfaen"/>
          <w:sz w:val="24"/>
          <w:szCs w:val="24"/>
          <w:lang w:val="ka-GE"/>
        </w:rPr>
        <w:t>.</w:t>
      </w:r>
    </w:p>
    <w:p w14:paraId="59445F41" w14:textId="4B164562" w:rsidR="00BE1264" w:rsidRPr="00C36A5B" w:rsidRDefault="00C0360C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  <w:lang w:val="ka-GE"/>
        </w:rPr>
        <w:t>ჰალოტანს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შეუძლია გა</w:t>
      </w:r>
      <w:r w:rsidR="00BE1264" w:rsidRPr="00C36A5B">
        <w:rPr>
          <w:rFonts w:ascii="Sylfaen" w:hAnsi="Sylfaen"/>
          <w:sz w:val="24"/>
          <w:szCs w:val="24"/>
        </w:rPr>
        <w:t>ზ</w:t>
      </w:r>
      <w:r w:rsidRPr="00C36A5B">
        <w:rPr>
          <w:rFonts w:ascii="Sylfaen" w:hAnsi="Sylfaen"/>
          <w:sz w:val="24"/>
          <w:szCs w:val="24"/>
          <w:lang w:val="ka-GE"/>
        </w:rPr>
        <w:t>ა</w:t>
      </w:r>
      <w:proofErr w:type="spellStart"/>
      <w:r w:rsidR="00BE1264" w:rsidRPr="00C36A5B">
        <w:rPr>
          <w:rFonts w:ascii="Sylfaen" w:hAnsi="Sylfaen"/>
          <w:sz w:val="24"/>
          <w:szCs w:val="24"/>
        </w:rPr>
        <w:t>რდ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ოს მიოკარდიუმის მგრძნობელობა 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კატექოლამინების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მიმართ და 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>აგრეთვე გულის რითმის დარღვევების განვითარების რისკი პრეპარატ არტიკაინ ვეგას ინექციის შემდეგ.</w:t>
      </w:r>
      <w:r w:rsidR="00BE1264" w:rsidRPr="00C36A5B">
        <w:rPr>
          <w:rFonts w:ascii="Sylfaen" w:hAnsi="Sylfaen"/>
          <w:sz w:val="24"/>
          <w:szCs w:val="24"/>
        </w:rPr>
        <w:t xml:space="preserve">  </w:t>
      </w:r>
    </w:p>
    <w:p w14:paraId="404A4349" w14:textId="436E9CD0" w:rsidR="00C0360C" w:rsidRPr="00C36A5B" w:rsidRDefault="00C0360C" w:rsidP="00483B73">
      <w:pPr>
        <w:spacing w:after="0" w:line="240" w:lineRule="auto"/>
        <w:rPr>
          <w:rFonts w:ascii="Sylfaen" w:hAnsi="Sylfaen"/>
          <w:i/>
          <w:sz w:val="24"/>
          <w:szCs w:val="24"/>
          <w:lang w:val="ka-GE"/>
        </w:rPr>
      </w:pPr>
      <w:r w:rsidRPr="00C36A5B">
        <w:rPr>
          <w:rFonts w:ascii="Sylfaen" w:hAnsi="Sylfaen"/>
          <w:i/>
          <w:sz w:val="24"/>
          <w:szCs w:val="24"/>
          <w:lang w:val="ka-GE"/>
        </w:rPr>
        <w:t xml:space="preserve">სადეზინფექციო ხსნარებთან, რომლებიც შეიცავენ </w:t>
      </w:r>
      <w:proofErr w:type="spellStart"/>
      <w:r w:rsidR="00BE1264" w:rsidRPr="00C36A5B">
        <w:rPr>
          <w:rFonts w:ascii="Sylfaen" w:hAnsi="Sylfaen"/>
          <w:i/>
          <w:sz w:val="24"/>
          <w:szCs w:val="24"/>
        </w:rPr>
        <w:t>მძიმე</w:t>
      </w:r>
      <w:proofErr w:type="spellEnd"/>
      <w:r w:rsidR="00BE1264"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i/>
          <w:sz w:val="24"/>
          <w:szCs w:val="24"/>
        </w:rPr>
        <w:t>მეტალებ</w:t>
      </w:r>
      <w:proofErr w:type="spellEnd"/>
      <w:r w:rsidRPr="00C36A5B">
        <w:rPr>
          <w:rFonts w:ascii="Sylfaen" w:hAnsi="Sylfaen"/>
          <w:i/>
          <w:sz w:val="24"/>
          <w:szCs w:val="24"/>
          <w:lang w:val="ka-GE"/>
        </w:rPr>
        <w:t>ს.</w:t>
      </w:r>
    </w:p>
    <w:p w14:paraId="2F072911" w14:textId="10C4B5D4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</w:rPr>
        <w:t xml:space="preserve"> </w:t>
      </w:r>
      <w:r w:rsidR="002E2423" w:rsidRPr="00C36A5B">
        <w:rPr>
          <w:rFonts w:ascii="Sylfaen" w:hAnsi="Sylfaen"/>
          <w:sz w:val="24"/>
          <w:szCs w:val="24"/>
          <w:lang w:val="ka-GE"/>
        </w:rPr>
        <w:t>მძიმე მეტალები</w:t>
      </w:r>
      <w:r w:rsidR="001F4935" w:rsidRPr="00C36A5B">
        <w:rPr>
          <w:rFonts w:ascii="Sylfaen" w:hAnsi="Sylfaen"/>
          <w:sz w:val="24"/>
          <w:szCs w:val="24"/>
          <w:lang w:val="ka-GE"/>
        </w:rPr>
        <w:t>ს</w:t>
      </w:r>
      <w:r w:rsidR="002E2423" w:rsidRPr="00C36A5B">
        <w:rPr>
          <w:rFonts w:ascii="Sylfaen" w:hAnsi="Sylfaen"/>
          <w:sz w:val="24"/>
          <w:szCs w:val="24"/>
          <w:lang w:val="ka-GE"/>
        </w:rPr>
        <w:t xml:space="preserve"> შემცველი სადეზინფექციო ხსნარით ადგილობრივი </w:t>
      </w:r>
      <w:proofErr w:type="spellStart"/>
      <w:r w:rsidR="002E2423" w:rsidRPr="00C36A5B">
        <w:rPr>
          <w:rFonts w:ascii="Sylfaen" w:hAnsi="Sylfaen"/>
          <w:sz w:val="24"/>
          <w:szCs w:val="24"/>
          <w:lang w:val="ka-GE"/>
        </w:rPr>
        <w:t>ანესთეთიკის</w:t>
      </w:r>
      <w:proofErr w:type="spellEnd"/>
      <w:r w:rsidR="002E2423" w:rsidRPr="00C36A5B">
        <w:rPr>
          <w:rFonts w:ascii="Sylfaen" w:hAnsi="Sylfaen"/>
          <w:sz w:val="24"/>
          <w:szCs w:val="24"/>
          <w:lang w:val="ka-GE"/>
        </w:rPr>
        <w:t xml:space="preserve"> ინექციის ადგილის დამუშავებისას იზრდება </w:t>
      </w:r>
      <w:proofErr w:type="spellStart"/>
      <w:r w:rsidRPr="00C36A5B">
        <w:rPr>
          <w:rFonts w:ascii="Sylfaen" w:hAnsi="Sylfaen"/>
          <w:sz w:val="24"/>
          <w:szCs w:val="24"/>
        </w:rPr>
        <w:t>ინექციის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ადგილზე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2E2423" w:rsidRPr="00C36A5B">
        <w:rPr>
          <w:rFonts w:ascii="Sylfaen" w:hAnsi="Sylfaen"/>
          <w:sz w:val="24"/>
          <w:szCs w:val="24"/>
        </w:rPr>
        <w:t>ლოკალური</w:t>
      </w:r>
      <w:proofErr w:type="spellEnd"/>
      <w:r w:rsidR="002E2423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2E2423" w:rsidRPr="00C36A5B">
        <w:rPr>
          <w:rFonts w:ascii="Sylfaen" w:hAnsi="Sylfaen"/>
          <w:sz w:val="24"/>
          <w:szCs w:val="24"/>
        </w:rPr>
        <w:t>რეაქციები</w:t>
      </w:r>
      <w:proofErr w:type="spellEnd"/>
      <w:r w:rsidR="002E2423" w:rsidRPr="00C36A5B">
        <w:rPr>
          <w:rFonts w:ascii="Sylfaen" w:hAnsi="Sylfaen"/>
          <w:sz w:val="24"/>
          <w:szCs w:val="24"/>
          <w:lang w:val="ka-GE"/>
        </w:rPr>
        <w:t>ს</w:t>
      </w:r>
      <w:r w:rsidRPr="00C36A5B">
        <w:rPr>
          <w:rFonts w:ascii="Sylfaen" w:hAnsi="Sylfaen"/>
          <w:sz w:val="24"/>
          <w:szCs w:val="24"/>
        </w:rPr>
        <w:t xml:space="preserve"> </w:t>
      </w:r>
      <w:r w:rsidR="002E2423" w:rsidRPr="00C36A5B">
        <w:rPr>
          <w:rFonts w:ascii="Sylfaen" w:hAnsi="Sylfaen"/>
          <w:sz w:val="24"/>
          <w:szCs w:val="24"/>
          <w:lang w:val="ka-GE"/>
        </w:rPr>
        <w:t>-</w:t>
      </w:r>
      <w:proofErr w:type="spellStart"/>
      <w:r w:rsidR="002E2423" w:rsidRPr="00C36A5B">
        <w:rPr>
          <w:rFonts w:ascii="Sylfaen" w:hAnsi="Sylfaen"/>
          <w:sz w:val="24"/>
          <w:szCs w:val="24"/>
        </w:rPr>
        <w:t>შეშუპებ</w:t>
      </w:r>
      <w:proofErr w:type="spellEnd"/>
      <w:r w:rsidR="002E2423" w:rsidRPr="00C36A5B">
        <w:rPr>
          <w:rFonts w:ascii="Sylfaen" w:hAnsi="Sylfaen"/>
          <w:sz w:val="24"/>
          <w:szCs w:val="24"/>
          <w:lang w:val="ka-GE"/>
        </w:rPr>
        <w:t>ის,</w:t>
      </w:r>
      <w:r w:rsidR="002E2423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2E2423" w:rsidRPr="00C36A5B">
        <w:rPr>
          <w:rFonts w:ascii="Sylfaen" w:hAnsi="Sylfaen"/>
          <w:sz w:val="24"/>
          <w:szCs w:val="24"/>
        </w:rPr>
        <w:t>ტკივილი</w:t>
      </w:r>
      <w:proofErr w:type="spellEnd"/>
      <w:r w:rsidR="002E2423" w:rsidRPr="00C36A5B">
        <w:rPr>
          <w:rFonts w:ascii="Sylfaen" w:hAnsi="Sylfaen"/>
          <w:sz w:val="24"/>
          <w:szCs w:val="24"/>
          <w:lang w:val="ka-GE"/>
        </w:rPr>
        <w:t>ს</w:t>
      </w:r>
      <w:r w:rsidR="00D538A5" w:rsidRPr="00C36A5B">
        <w:rPr>
          <w:rFonts w:ascii="Sylfaen" w:hAnsi="Sylfaen"/>
          <w:sz w:val="24"/>
          <w:szCs w:val="24"/>
          <w:lang w:val="ka-GE"/>
        </w:rPr>
        <w:t>-</w:t>
      </w:r>
      <w:r w:rsidR="002E2423" w:rsidRPr="00C36A5B">
        <w:rPr>
          <w:rFonts w:ascii="Sylfaen" w:hAnsi="Sylfaen"/>
          <w:sz w:val="24"/>
          <w:szCs w:val="24"/>
          <w:lang w:val="ka-GE"/>
        </w:rPr>
        <w:t xml:space="preserve"> განვითარების რისკი.</w:t>
      </w:r>
      <w:r w:rsidRPr="00C36A5B">
        <w:rPr>
          <w:rFonts w:ascii="Sylfaen" w:hAnsi="Sylfaen"/>
          <w:sz w:val="24"/>
          <w:szCs w:val="24"/>
        </w:rPr>
        <w:t xml:space="preserve">  </w:t>
      </w:r>
    </w:p>
    <w:p w14:paraId="0EB87769" w14:textId="596973C6" w:rsidR="00BE1264" w:rsidRPr="00C36A5B" w:rsidRDefault="00BE1264" w:rsidP="0055052D">
      <w:pPr>
        <w:tabs>
          <w:tab w:val="center" w:pos="5400"/>
        </w:tabs>
        <w:spacing w:after="0" w:line="240" w:lineRule="auto"/>
        <w:rPr>
          <w:rFonts w:ascii="Sylfaen" w:hAnsi="Sylfaen"/>
          <w:sz w:val="24"/>
          <w:szCs w:val="24"/>
          <w:lang w:val="ka-GE"/>
        </w:rPr>
      </w:pPr>
      <w:proofErr w:type="spellStart"/>
      <w:r w:rsidRPr="00C36A5B">
        <w:rPr>
          <w:rFonts w:ascii="Sylfaen" w:hAnsi="Sylfaen"/>
          <w:b/>
          <w:sz w:val="24"/>
          <w:szCs w:val="24"/>
        </w:rPr>
        <w:t>განსაკუთრებული</w:t>
      </w:r>
      <w:proofErr w:type="spellEnd"/>
      <w:r w:rsidRPr="00C36A5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b/>
          <w:sz w:val="24"/>
          <w:szCs w:val="24"/>
        </w:rPr>
        <w:t>მითითებები</w:t>
      </w:r>
      <w:proofErr w:type="spellEnd"/>
      <w:r w:rsidRPr="00C36A5B">
        <w:rPr>
          <w:rFonts w:ascii="Sylfaen" w:hAnsi="Sylfaen"/>
          <w:sz w:val="24"/>
          <w:szCs w:val="24"/>
        </w:rPr>
        <w:t>:</w:t>
      </w:r>
      <w:r w:rsidR="0055052D" w:rsidRPr="00C36A5B">
        <w:rPr>
          <w:rFonts w:ascii="Sylfaen" w:hAnsi="Sylfaen"/>
          <w:sz w:val="24"/>
          <w:szCs w:val="24"/>
        </w:rPr>
        <w:tab/>
      </w:r>
      <w:r w:rsidR="0055052D" w:rsidRPr="00C36A5B">
        <w:rPr>
          <w:rFonts w:ascii="Sylfaen" w:hAnsi="Sylfaen"/>
          <w:sz w:val="24"/>
          <w:szCs w:val="24"/>
          <w:lang w:val="ka-GE"/>
        </w:rPr>
        <w:t>,</w:t>
      </w:r>
    </w:p>
    <w:p w14:paraId="0B3CE9FD" w14:textId="02FE5037" w:rsidR="001F4935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ანესთეზია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უნდა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ტარდე</w:t>
      </w:r>
      <w:proofErr w:type="spellEnd"/>
      <w:r w:rsidR="00D538A5" w:rsidRPr="00C36A5B">
        <w:rPr>
          <w:rFonts w:ascii="Sylfaen" w:hAnsi="Sylfaen"/>
          <w:sz w:val="24"/>
          <w:szCs w:val="24"/>
          <w:lang w:val="ka-GE"/>
        </w:rPr>
        <w:t>ბოდე</w:t>
      </w:r>
      <w:r w:rsidRPr="00C36A5B">
        <w:rPr>
          <w:rFonts w:ascii="Sylfaen" w:hAnsi="Sylfaen"/>
          <w:sz w:val="24"/>
          <w:szCs w:val="24"/>
        </w:rPr>
        <w:t xml:space="preserve">ს </w:t>
      </w:r>
      <w:proofErr w:type="spellStart"/>
      <w:r w:rsidRPr="00C36A5B">
        <w:rPr>
          <w:rFonts w:ascii="Sylfaen" w:hAnsi="Sylfaen"/>
          <w:sz w:val="24"/>
          <w:szCs w:val="24"/>
        </w:rPr>
        <w:t>გამოცდილი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სპეციალისტ</w:t>
      </w:r>
      <w:proofErr w:type="spellEnd"/>
      <w:r w:rsidR="00C96BDF" w:rsidRPr="00C36A5B">
        <w:rPr>
          <w:rFonts w:ascii="Sylfaen" w:hAnsi="Sylfaen"/>
          <w:sz w:val="24"/>
          <w:szCs w:val="24"/>
          <w:lang w:val="ka-GE"/>
        </w:rPr>
        <w:t>ებ</w:t>
      </w:r>
      <w:proofErr w:type="spellStart"/>
      <w:r w:rsidRPr="00C36A5B">
        <w:rPr>
          <w:rFonts w:ascii="Sylfaen" w:hAnsi="Sylfaen"/>
          <w:sz w:val="24"/>
          <w:szCs w:val="24"/>
        </w:rPr>
        <w:t>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მიერ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შესაბამის</w:t>
      </w:r>
      <w:proofErr w:type="spellEnd"/>
      <w:r w:rsidR="00C96BDF" w:rsidRPr="00C36A5B">
        <w:rPr>
          <w:rFonts w:ascii="Sylfaen" w:hAnsi="Sylfaen"/>
          <w:sz w:val="24"/>
          <w:szCs w:val="24"/>
          <w:lang w:val="ka-GE"/>
        </w:rPr>
        <w:t>ად</w:t>
      </w:r>
      <w:r w:rsidR="00D538A5" w:rsidRPr="00C36A5B">
        <w:rPr>
          <w:rFonts w:ascii="Sylfaen" w:hAnsi="Sylfaen"/>
          <w:sz w:val="24"/>
          <w:szCs w:val="24"/>
          <w:lang w:val="ka-GE"/>
        </w:rPr>
        <w:t xml:space="preserve"> აღჭურვილ</w:t>
      </w:r>
      <w:r w:rsidR="00C96BDF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gramStart"/>
      <w:r w:rsidR="00C96BDF" w:rsidRPr="00C36A5B">
        <w:rPr>
          <w:rFonts w:ascii="Sylfaen" w:hAnsi="Sylfaen"/>
          <w:sz w:val="24"/>
          <w:szCs w:val="24"/>
          <w:lang w:val="ka-GE"/>
        </w:rPr>
        <w:t>ოთახში,  სადაც</w:t>
      </w:r>
      <w:proofErr w:type="gramEnd"/>
      <w:r w:rsidR="00C96BDF" w:rsidRPr="00C36A5B">
        <w:rPr>
          <w:rFonts w:ascii="Sylfaen" w:hAnsi="Sylfaen"/>
          <w:sz w:val="24"/>
          <w:szCs w:val="24"/>
          <w:lang w:val="ka-GE"/>
        </w:rPr>
        <w:t xml:space="preserve"> გულის ფუნქციონირების</w:t>
      </w:r>
      <w:r w:rsidR="00C31D1A" w:rsidRPr="00C36A5B">
        <w:rPr>
          <w:rFonts w:ascii="Sylfaen" w:hAnsi="Sylfaen"/>
          <w:sz w:val="24"/>
          <w:szCs w:val="24"/>
          <w:lang w:val="ka-GE"/>
        </w:rPr>
        <w:t xml:space="preserve"> მონიტორინგისა</w:t>
      </w:r>
      <w:r w:rsidR="00C96BDF" w:rsidRPr="00C36A5B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C96BDF" w:rsidRPr="00C36A5B">
        <w:rPr>
          <w:rFonts w:ascii="Sylfaen" w:hAnsi="Sylfaen"/>
          <w:sz w:val="24"/>
          <w:szCs w:val="24"/>
          <w:lang w:val="ka-GE"/>
        </w:rPr>
        <w:t>სარეანიმაციო</w:t>
      </w:r>
      <w:proofErr w:type="spellEnd"/>
      <w:r w:rsidR="00C96BDF" w:rsidRPr="00C36A5B">
        <w:rPr>
          <w:rFonts w:ascii="Sylfaen" w:hAnsi="Sylfaen"/>
          <w:sz w:val="24"/>
          <w:szCs w:val="24"/>
          <w:lang w:val="ka-GE"/>
        </w:rPr>
        <w:t xml:space="preserve"> ზომების ჩასატარებლად</w:t>
      </w:r>
      <w:r w:rsidR="00F41E66" w:rsidRPr="00C36A5B">
        <w:rPr>
          <w:rFonts w:ascii="Sylfaen" w:hAnsi="Sylfaen"/>
          <w:sz w:val="24"/>
          <w:szCs w:val="24"/>
          <w:lang w:val="ka-GE"/>
        </w:rPr>
        <w:t xml:space="preserve"> საჭირო </w:t>
      </w:r>
      <w:r w:rsidR="00C96BDF" w:rsidRPr="00C36A5B">
        <w:rPr>
          <w:rFonts w:ascii="Sylfaen" w:hAnsi="Sylfaen"/>
          <w:sz w:val="24"/>
          <w:szCs w:val="24"/>
          <w:lang w:val="ka-GE"/>
        </w:rPr>
        <w:t xml:space="preserve"> აღჭურვილობა და </w:t>
      </w:r>
      <w:r w:rsidR="00F41E66" w:rsidRPr="00C36A5B">
        <w:rPr>
          <w:rFonts w:ascii="Sylfaen" w:hAnsi="Sylfaen"/>
          <w:sz w:val="24"/>
          <w:szCs w:val="24"/>
          <w:lang w:val="ka-GE"/>
        </w:rPr>
        <w:t xml:space="preserve">პრეპარატები </w:t>
      </w:r>
      <w:r w:rsidR="00C96BDF" w:rsidRPr="00C36A5B">
        <w:rPr>
          <w:rFonts w:ascii="Sylfaen" w:hAnsi="Sylfaen"/>
          <w:sz w:val="24"/>
          <w:szCs w:val="24"/>
          <w:lang w:val="ka-GE"/>
        </w:rPr>
        <w:t xml:space="preserve">იქნება </w:t>
      </w:r>
      <w:proofErr w:type="spellStart"/>
      <w:r w:rsidRPr="00C36A5B">
        <w:rPr>
          <w:rFonts w:ascii="Sylfaen" w:hAnsi="Sylfaen"/>
          <w:sz w:val="24"/>
          <w:szCs w:val="24"/>
        </w:rPr>
        <w:t>ხელმისაწვდომ</w:t>
      </w:r>
      <w:proofErr w:type="spellEnd"/>
      <w:r w:rsidR="00C96BDF" w:rsidRPr="00C36A5B">
        <w:rPr>
          <w:rFonts w:ascii="Sylfaen" w:hAnsi="Sylfaen"/>
          <w:sz w:val="24"/>
          <w:szCs w:val="24"/>
          <w:lang w:val="ka-GE"/>
        </w:rPr>
        <w:t>ი და გამზადებული დაუყოვნებლივი გამოყენებისთვის</w:t>
      </w:r>
      <w:r w:rsidRPr="00C36A5B">
        <w:rPr>
          <w:rFonts w:ascii="Sylfaen" w:hAnsi="Sylfaen"/>
          <w:sz w:val="24"/>
          <w:szCs w:val="24"/>
        </w:rPr>
        <w:t>.</w:t>
      </w:r>
      <w:r w:rsidR="00F41E66" w:rsidRPr="00C36A5B">
        <w:rPr>
          <w:rFonts w:ascii="Sylfaen" w:hAnsi="Sylfaen"/>
          <w:sz w:val="24"/>
          <w:szCs w:val="24"/>
          <w:lang w:val="ka-GE"/>
        </w:rPr>
        <w:t xml:space="preserve"> პერსონალი, რომელიც ატარებს ანესთეზიას,</w:t>
      </w:r>
      <w:r w:rsidRPr="00C36A5B">
        <w:rPr>
          <w:rFonts w:ascii="Sylfaen" w:hAnsi="Sylfaen"/>
          <w:sz w:val="24"/>
          <w:szCs w:val="24"/>
        </w:rPr>
        <w:t xml:space="preserve"> </w:t>
      </w:r>
      <w:r w:rsidR="00F41E66" w:rsidRPr="00C36A5B">
        <w:rPr>
          <w:rFonts w:ascii="Sylfaen" w:hAnsi="Sylfaen"/>
          <w:sz w:val="24"/>
          <w:szCs w:val="24"/>
          <w:lang w:val="ka-GE"/>
        </w:rPr>
        <w:t>უნდა იყოს კვალიფიციური და ჰქონდეს შესწავლილი ანესთეზიის შესრულების ტექნიკა, უნდა იცნობდეს სისტემური ტოქსიკური რეაქციების, არასასურველი მოვლენებისა და რეაქციების და სხვა გართულებების დიაგნოსტიკასა და მკურნალობას.</w:t>
      </w:r>
      <w:r w:rsidR="00F41E66" w:rsidRPr="00C36A5B">
        <w:rPr>
          <w:rFonts w:ascii="Sylfaen" w:hAnsi="Sylfaen"/>
          <w:sz w:val="24"/>
          <w:szCs w:val="24"/>
        </w:rPr>
        <w:t xml:space="preserve"> </w:t>
      </w:r>
    </w:p>
    <w:p w14:paraId="3319A4A7" w14:textId="13D0B410" w:rsidR="00BE1264" w:rsidRPr="00C36A5B" w:rsidRDefault="001F4935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36A5B">
        <w:rPr>
          <w:rFonts w:ascii="Sylfaen" w:hAnsi="Sylfaen"/>
          <w:sz w:val="24"/>
          <w:szCs w:val="24"/>
          <w:lang w:val="ka-GE"/>
        </w:rPr>
        <w:t>ქოლინესტერაზას დეფიციტის მქონე პაციენტებში პრეპარატი შეიძლება იქნას გამოყენებული მხოლოდ მკაცრი ჩვენებების არსებობისას, ვინაიდან შესაძლებელია მისი მოქმედების პროლონგირება და, გარკვეული მდ</w:t>
      </w:r>
      <w:r w:rsidR="00CF0C8B" w:rsidRPr="00C36A5B">
        <w:rPr>
          <w:rFonts w:ascii="Sylfaen" w:hAnsi="Sylfaen"/>
          <w:sz w:val="24"/>
          <w:szCs w:val="24"/>
          <w:lang w:val="ka-GE"/>
        </w:rPr>
        <w:t xml:space="preserve">გომარეობების დროს, </w:t>
      </w:r>
      <w:r w:rsidR="0095038A" w:rsidRPr="00C36A5B">
        <w:rPr>
          <w:rFonts w:ascii="Sylfaen" w:hAnsi="Sylfaen"/>
          <w:sz w:val="24"/>
          <w:szCs w:val="24"/>
          <w:lang w:val="ka-GE"/>
        </w:rPr>
        <w:t xml:space="preserve">მისი </w:t>
      </w:r>
      <w:r w:rsidR="00CF0C8B" w:rsidRPr="00C36A5B">
        <w:rPr>
          <w:rFonts w:ascii="Sylfaen" w:hAnsi="Sylfaen"/>
          <w:sz w:val="24"/>
          <w:szCs w:val="24"/>
          <w:lang w:val="ka-GE"/>
        </w:rPr>
        <w:t>მოქმედების გაძლიერება.</w:t>
      </w:r>
    </w:p>
    <w:p w14:paraId="3B296E4D" w14:textId="2A2522FA" w:rsidR="00CF0C8B" w:rsidRPr="00C36A5B" w:rsidRDefault="0095038A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i/>
          <w:sz w:val="24"/>
          <w:szCs w:val="24"/>
        </w:rPr>
        <w:t>განსაკუთრებული</w:t>
      </w:r>
      <w:proofErr w:type="spellEnd"/>
      <w:r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i/>
          <w:sz w:val="24"/>
          <w:szCs w:val="24"/>
        </w:rPr>
        <w:t>სიფრთხილ</w:t>
      </w:r>
      <w:proofErr w:type="spellEnd"/>
      <w:r w:rsidRPr="00C36A5B">
        <w:rPr>
          <w:rFonts w:ascii="Sylfaen" w:hAnsi="Sylfaen"/>
          <w:i/>
          <w:sz w:val="24"/>
          <w:szCs w:val="24"/>
          <w:lang w:val="ka-GE"/>
        </w:rPr>
        <w:t>ით</w:t>
      </w:r>
      <w:r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CF0C8B" w:rsidRPr="00C36A5B">
        <w:rPr>
          <w:rFonts w:ascii="Sylfaen" w:hAnsi="Sylfaen"/>
          <w:sz w:val="24"/>
          <w:szCs w:val="24"/>
          <w:lang w:val="ka-GE"/>
        </w:rPr>
        <w:t>არტიკაინ</w:t>
      </w:r>
      <w:proofErr w:type="spellEnd"/>
      <w:r w:rsidR="00CF0C8B" w:rsidRPr="00C36A5B">
        <w:rPr>
          <w:rFonts w:ascii="Sylfaen" w:hAnsi="Sylfaen"/>
          <w:sz w:val="24"/>
          <w:szCs w:val="24"/>
          <w:lang w:val="ka-GE"/>
        </w:rPr>
        <w:t xml:space="preserve"> ვეგა გამოიყენება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პაციენტებში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="00BE1264" w:rsidRPr="00C36A5B">
        <w:rPr>
          <w:rFonts w:ascii="Sylfaen" w:hAnsi="Sylfaen"/>
          <w:sz w:val="24"/>
          <w:szCs w:val="24"/>
        </w:rPr>
        <w:t>რომლებსაც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აქვთ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სისხლის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შედედების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დარღვევები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="00BE1264" w:rsidRPr="00C36A5B">
        <w:rPr>
          <w:rFonts w:ascii="Sylfaen" w:hAnsi="Sylfaen"/>
          <w:sz w:val="24"/>
          <w:szCs w:val="24"/>
        </w:rPr>
        <w:t>თირკმლისა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და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ღვიძლის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="00CF0C8B" w:rsidRPr="00C36A5B">
        <w:rPr>
          <w:rFonts w:ascii="Sylfaen" w:hAnsi="Sylfaen"/>
          <w:sz w:val="24"/>
          <w:szCs w:val="24"/>
          <w:lang w:val="ka-GE"/>
        </w:rPr>
        <w:t xml:space="preserve">ფუნქციის </w:t>
      </w:r>
      <w:proofErr w:type="spellStart"/>
      <w:r w:rsidR="00BE1264" w:rsidRPr="00C36A5B">
        <w:rPr>
          <w:rFonts w:ascii="Sylfaen" w:hAnsi="Sylfaen"/>
          <w:sz w:val="24"/>
          <w:szCs w:val="24"/>
        </w:rPr>
        <w:t>მძიმე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="00CF0C8B" w:rsidRPr="00C36A5B">
        <w:rPr>
          <w:rFonts w:ascii="Sylfaen" w:hAnsi="Sylfaen"/>
          <w:sz w:val="24"/>
          <w:szCs w:val="24"/>
          <w:lang w:val="ka-GE"/>
        </w:rPr>
        <w:t>დარღვევები</w:t>
      </w:r>
      <w:r w:rsidR="00BE1264"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="00CF0C8B" w:rsidRPr="00C36A5B">
        <w:rPr>
          <w:rFonts w:ascii="Sylfaen" w:hAnsi="Sylfaen"/>
          <w:sz w:val="24"/>
          <w:szCs w:val="24"/>
          <w:lang w:val="ka-GE"/>
        </w:rPr>
        <w:t>ჰალოგენირებული</w:t>
      </w:r>
      <w:proofErr w:type="spellEnd"/>
      <w:r w:rsidR="00CF0C8B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CF0C8B" w:rsidRPr="00C36A5B">
        <w:rPr>
          <w:rFonts w:ascii="Sylfaen" w:hAnsi="Sylfaen"/>
          <w:sz w:val="24"/>
          <w:szCs w:val="24"/>
          <w:lang w:val="ka-GE"/>
        </w:rPr>
        <w:t>საინჰალაციო</w:t>
      </w:r>
      <w:proofErr w:type="spellEnd"/>
      <w:r w:rsidR="00CF0C8B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ნარკოტიკურ</w:t>
      </w:r>
      <w:proofErr w:type="spellEnd"/>
      <w:r w:rsidR="00CF0C8B" w:rsidRPr="00C36A5B">
        <w:rPr>
          <w:rFonts w:ascii="Sylfaen" w:hAnsi="Sylfaen"/>
          <w:sz w:val="24"/>
          <w:szCs w:val="24"/>
          <w:lang w:val="ka-GE"/>
        </w:rPr>
        <w:t xml:space="preserve"> საშუალებებთან </w:t>
      </w:r>
      <w:r w:rsidR="001F123E" w:rsidRPr="00C36A5B">
        <w:rPr>
          <w:rFonts w:ascii="Sylfaen" w:hAnsi="Sylfaen"/>
          <w:sz w:val="24"/>
          <w:szCs w:val="24"/>
          <w:lang w:val="ka-GE"/>
        </w:rPr>
        <w:t xml:space="preserve">კომბინირებული </w:t>
      </w:r>
      <w:r w:rsidR="00CF0C8B" w:rsidRPr="00C36A5B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C36A5B">
        <w:rPr>
          <w:rFonts w:ascii="Sylfaen" w:hAnsi="Sylfaen"/>
          <w:sz w:val="24"/>
          <w:szCs w:val="24"/>
          <w:lang w:val="ka-GE"/>
        </w:rPr>
        <w:t>,</w:t>
      </w:r>
      <w:r w:rsidR="00CF0C8B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ეპილეფსი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ით</w:t>
      </w:r>
      <w:r w:rsidR="00CF0C8B" w:rsidRPr="00C36A5B">
        <w:rPr>
          <w:rFonts w:ascii="Sylfaen" w:hAnsi="Sylfaen"/>
          <w:sz w:val="24"/>
          <w:szCs w:val="24"/>
          <w:lang w:val="ka-GE"/>
        </w:rPr>
        <w:t xml:space="preserve"> ანამნეზში.</w:t>
      </w:r>
    </w:p>
    <w:p w14:paraId="00D9CB15" w14:textId="788B2D5F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</w:rPr>
        <w:t xml:space="preserve"> </w:t>
      </w:r>
      <w:r w:rsidR="001F123E" w:rsidRPr="00C36A5B">
        <w:rPr>
          <w:rFonts w:ascii="Sylfaen" w:hAnsi="Sylfaen"/>
          <w:sz w:val="24"/>
          <w:szCs w:val="24"/>
          <w:lang w:val="ka-GE"/>
        </w:rPr>
        <w:t xml:space="preserve">პაციენტებში </w:t>
      </w:r>
      <w:proofErr w:type="spellStart"/>
      <w:r w:rsidRPr="00C36A5B">
        <w:rPr>
          <w:rFonts w:ascii="Sylfaen" w:hAnsi="Sylfaen"/>
          <w:sz w:val="24"/>
          <w:szCs w:val="24"/>
        </w:rPr>
        <w:t>გულ-სისხლძარღვთა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95038A" w:rsidRPr="00C36A5B">
        <w:rPr>
          <w:rFonts w:ascii="Sylfaen" w:hAnsi="Sylfaen"/>
          <w:sz w:val="24"/>
          <w:szCs w:val="24"/>
          <w:lang w:val="ka-GE"/>
        </w:rPr>
        <w:t xml:space="preserve">სისტემის </w:t>
      </w:r>
      <w:proofErr w:type="spellStart"/>
      <w:r w:rsidRPr="00C36A5B">
        <w:rPr>
          <w:rFonts w:ascii="Sylfaen" w:hAnsi="Sylfaen"/>
          <w:sz w:val="24"/>
          <w:szCs w:val="24"/>
        </w:rPr>
        <w:t>დაავადებები</w:t>
      </w:r>
      <w:proofErr w:type="spellEnd"/>
      <w:r w:rsidR="001F123E" w:rsidRPr="00C36A5B">
        <w:rPr>
          <w:rFonts w:ascii="Sylfaen" w:hAnsi="Sylfaen"/>
          <w:sz w:val="24"/>
          <w:szCs w:val="24"/>
          <w:lang w:val="ka-GE"/>
        </w:rPr>
        <w:t xml:space="preserve">თ (გულის ქრონიკული უკმარისობა, გული იშემიური დაავადება, სტენოკარდია, მიოკარდიუმის ინფარქტი ანამნეზში, გულის რითმის დარღვევები, არტერიული  </w:t>
      </w:r>
      <w:proofErr w:type="spellStart"/>
      <w:r w:rsidR="001F123E" w:rsidRPr="00C36A5B">
        <w:rPr>
          <w:rFonts w:ascii="Sylfaen" w:hAnsi="Sylfaen"/>
          <w:sz w:val="24"/>
          <w:szCs w:val="24"/>
          <w:lang w:val="ka-GE"/>
        </w:rPr>
        <w:t>ჰიპერტენზია</w:t>
      </w:r>
      <w:proofErr w:type="spellEnd"/>
      <w:r w:rsidR="001F123E" w:rsidRPr="00C36A5B">
        <w:rPr>
          <w:rFonts w:ascii="Sylfaen" w:hAnsi="Sylfaen"/>
          <w:sz w:val="24"/>
          <w:szCs w:val="24"/>
          <w:lang w:val="ka-GE"/>
        </w:rPr>
        <w:t xml:space="preserve">), ათეროსკლეროზით, თავის ტვინის სისხლძარღვოვანი უკმარისობით, ინსულტით ანამნეზში, ქრონიკული ბრონქიტით, ფილტვის </w:t>
      </w:r>
      <w:proofErr w:type="spellStart"/>
      <w:r w:rsidR="001F123E" w:rsidRPr="00C36A5B">
        <w:rPr>
          <w:rFonts w:ascii="Sylfaen" w:hAnsi="Sylfaen"/>
          <w:sz w:val="24"/>
          <w:szCs w:val="24"/>
          <w:lang w:val="ka-GE"/>
        </w:rPr>
        <w:t>ენფიზემით</w:t>
      </w:r>
      <w:proofErr w:type="spellEnd"/>
      <w:r w:rsidR="001F123E" w:rsidRPr="00C36A5B">
        <w:rPr>
          <w:rFonts w:ascii="Sylfaen" w:hAnsi="Sylfaen"/>
          <w:sz w:val="24"/>
          <w:szCs w:val="24"/>
          <w:lang w:val="ka-GE"/>
        </w:rPr>
        <w:t xml:space="preserve">, შაქრიანი დიაბეტით, მშფოთვარე ნევროზის მძიმე ფორმებით მიზანშეწონილია ისეთი პრეპარატების გამოყენება, რომლებიც არ შეიცავენ </w:t>
      </w:r>
      <w:proofErr w:type="spellStart"/>
      <w:r w:rsidR="001F123E" w:rsidRPr="00C36A5B">
        <w:rPr>
          <w:rFonts w:ascii="Sylfaen" w:hAnsi="Sylfaen"/>
          <w:sz w:val="24"/>
          <w:szCs w:val="24"/>
          <w:lang w:val="ka-GE"/>
        </w:rPr>
        <w:t>ეპინეფრინს</w:t>
      </w:r>
      <w:proofErr w:type="spellEnd"/>
      <w:r w:rsidR="001F123E" w:rsidRPr="00C36A5B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="001F123E" w:rsidRPr="00C36A5B">
        <w:rPr>
          <w:rFonts w:ascii="Sylfaen" w:hAnsi="Sylfaen"/>
          <w:sz w:val="24"/>
          <w:szCs w:val="24"/>
          <w:lang w:val="ka-GE"/>
        </w:rPr>
        <w:t>ეპინეფრინის</w:t>
      </w:r>
      <w:proofErr w:type="spellEnd"/>
      <w:r w:rsidR="001F123E" w:rsidRPr="00C36A5B">
        <w:rPr>
          <w:rFonts w:ascii="Sylfaen" w:hAnsi="Sylfaen"/>
          <w:sz w:val="24"/>
          <w:szCs w:val="24"/>
          <w:lang w:val="ka-GE"/>
        </w:rPr>
        <w:t xml:space="preserve"> კონცენტრაციით 0, 005 </w:t>
      </w:r>
      <w:proofErr w:type="spellStart"/>
      <w:r w:rsidR="001F123E" w:rsidRPr="00C36A5B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1F123E" w:rsidRPr="00C36A5B">
        <w:rPr>
          <w:rFonts w:ascii="Sylfaen" w:hAnsi="Sylfaen"/>
          <w:sz w:val="24"/>
          <w:szCs w:val="24"/>
          <w:lang w:val="ka-GE"/>
        </w:rPr>
        <w:t>/მლ.</w:t>
      </w:r>
      <w:r w:rsidRPr="00C36A5B">
        <w:rPr>
          <w:rFonts w:ascii="Sylfaen" w:hAnsi="Sylfaen"/>
          <w:sz w:val="24"/>
          <w:szCs w:val="24"/>
        </w:rPr>
        <w:t xml:space="preserve">  </w:t>
      </w:r>
    </w:p>
    <w:p w14:paraId="3E509E19" w14:textId="629FBE5D" w:rsidR="00BE1264" w:rsidRPr="00C36A5B" w:rsidRDefault="001F123E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არ შეიძლება </w:t>
      </w:r>
      <w:proofErr w:type="spellStart"/>
      <w:r w:rsidR="00BE1264" w:rsidRPr="00C36A5B">
        <w:rPr>
          <w:rFonts w:ascii="Sylfaen" w:hAnsi="Sylfaen"/>
          <w:sz w:val="24"/>
          <w:szCs w:val="24"/>
        </w:rPr>
        <w:t>ინექცი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ის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ჩატარ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ება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ანთებ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>ის მქონე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უბანში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.  </w:t>
      </w:r>
    </w:p>
    <w:p w14:paraId="3C8E0BCA" w14:textId="12D8B8B8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პრეპარატის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1F123E" w:rsidRPr="00C36A5B">
        <w:rPr>
          <w:rFonts w:ascii="Sylfaen" w:hAnsi="Sylfaen"/>
          <w:sz w:val="24"/>
          <w:szCs w:val="24"/>
          <w:lang w:val="ka-GE"/>
        </w:rPr>
        <w:t>გამოყენებამდე აუცილებელია იქონიოთ ინფორმაცია პაციენტის ანამნეზისა და</w:t>
      </w:r>
      <w:r w:rsidR="003A40C0" w:rsidRPr="00C36A5B">
        <w:rPr>
          <w:rFonts w:ascii="Sylfaen" w:hAnsi="Sylfaen"/>
          <w:sz w:val="24"/>
          <w:szCs w:val="24"/>
          <w:lang w:val="ka-GE"/>
        </w:rPr>
        <w:t xml:space="preserve"> იმ </w:t>
      </w:r>
      <w:r w:rsidR="001F123E" w:rsidRPr="00C36A5B">
        <w:rPr>
          <w:rFonts w:ascii="Sylfaen" w:hAnsi="Sylfaen"/>
          <w:sz w:val="24"/>
          <w:szCs w:val="24"/>
          <w:lang w:val="ka-GE"/>
        </w:rPr>
        <w:t>თანმხლები მკურნალობის</w:t>
      </w:r>
      <w:r w:rsidR="003A40C0" w:rsidRPr="00C36A5B">
        <w:rPr>
          <w:rFonts w:ascii="Sylfaen" w:hAnsi="Sylfaen"/>
          <w:sz w:val="24"/>
          <w:szCs w:val="24"/>
          <w:lang w:val="ka-GE"/>
        </w:rPr>
        <w:t xml:space="preserve"> ჩატარების შესახებ, რომელიც ამავდროულად უტარდება მას. ექიმმა უნდა შეინარჩუნოს ვერბალური კონტაქტი პაციენტთან და, </w:t>
      </w:r>
      <w:proofErr w:type="spellStart"/>
      <w:r w:rsidRPr="00C36A5B">
        <w:rPr>
          <w:rFonts w:ascii="Sylfaen" w:hAnsi="Sylfaen"/>
          <w:sz w:val="24"/>
          <w:szCs w:val="24"/>
        </w:rPr>
        <w:t>ალერგიის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რისკის</w:t>
      </w:r>
      <w:proofErr w:type="spellEnd"/>
      <w:r w:rsidR="003A40C0" w:rsidRPr="00C36A5B">
        <w:rPr>
          <w:rFonts w:ascii="Sylfaen" w:hAnsi="Sylfaen"/>
          <w:sz w:val="24"/>
          <w:szCs w:val="24"/>
          <w:lang w:val="ka-GE"/>
        </w:rPr>
        <w:t xml:space="preserve"> შემთხვევაში,</w:t>
      </w:r>
      <w:r w:rsidRPr="00C36A5B">
        <w:rPr>
          <w:rFonts w:ascii="Sylfaen" w:hAnsi="Sylfaen"/>
          <w:sz w:val="24"/>
          <w:szCs w:val="24"/>
        </w:rPr>
        <w:t xml:space="preserve"> </w:t>
      </w:r>
      <w:r w:rsidR="003A40C0" w:rsidRPr="00C36A5B">
        <w:rPr>
          <w:rFonts w:ascii="Sylfaen" w:hAnsi="Sylfaen"/>
          <w:sz w:val="24"/>
          <w:szCs w:val="24"/>
          <w:lang w:val="ka-GE"/>
        </w:rPr>
        <w:t xml:space="preserve">შეიყვანოს </w:t>
      </w:r>
      <w:r w:rsidR="0095038A" w:rsidRPr="00C36A5B">
        <w:rPr>
          <w:rFonts w:ascii="Sylfaen" w:hAnsi="Sylfaen"/>
          <w:sz w:val="24"/>
          <w:szCs w:val="24"/>
          <w:lang w:val="ka-GE"/>
        </w:rPr>
        <w:t>სატესტო</w:t>
      </w:r>
      <w:r w:rsidR="003A40C0" w:rsidRPr="00C36A5B">
        <w:rPr>
          <w:rFonts w:ascii="Sylfaen" w:hAnsi="Sylfaen"/>
          <w:sz w:val="24"/>
          <w:szCs w:val="24"/>
          <w:lang w:val="ka-GE"/>
        </w:rPr>
        <w:t xml:space="preserve"> დოზა სავარაუდოს 5 ან 10% ოდენობით.</w:t>
      </w:r>
      <w:r w:rsidRPr="00C36A5B">
        <w:rPr>
          <w:rFonts w:ascii="Sylfaen" w:hAnsi="Sylfaen"/>
          <w:sz w:val="24"/>
          <w:szCs w:val="24"/>
        </w:rPr>
        <w:t xml:space="preserve">  </w:t>
      </w:r>
    </w:p>
    <w:p w14:paraId="74E5A5A5" w14:textId="77777777" w:rsidR="00C05A99" w:rsidRPr="00C36A5B" w:rsidRDefault="003A40C0" w:rsidP="00483B73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გვერდითი მოვლენების თავიდან აცილების მიზნით აუცილებელია შემდეგი პირობების დაცვა:  </w:t>
      </w:r>
    </w:p>
    <w:p w14:paraId="30672890" w14:textId="11138FA4" w:rsidR="00BE1264" w:rsidRPr="00C36A5B" w:rsidRDefault="003A40C0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  <w:lang w:val="ka-GE"/>
        </w:rPr>
        <w:t>შეირჩეს</w:t>
      </w:r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მინიმალური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დოზები</w:t>
      </w:r>
      <w:proofErr w:type="spellEnd"/>
      <w:r w:rsidR="00C05A99" w:rsidRPr="00C36A5B">
        <w:rPr>
          <w:rFonts w:ascii="Sylfaen" w:hAnsi="Sylfaen"/>
          <w:sz w:val="24"/>
          <w:szCs w:val="24"/>
          <w:lang w:val="ka-GE"/>
        </w:rPr>
        <w:t>, რომლებიც საჭიროა ანესთეზიის საკმარისი სიღრმის მისაღწევად;</w:t>
      </w:r>
      <w:r w:rsidR="00BE1264" w:rsidRPr="00C36A5B">
        <w:rPr>
          <w:rFonts w:ascii="Sylfaen" w:hAnsi="Sylfaen"/>
          <w:sz w:val="24"/>
          <w:szCs w:val="24"/>
        </w:rPr>
        <w:t xml:space="preserve">  </w:t>
      </w:r>
    </w:p>
    <w:p w14:paraId="008BF089" w14:textId="57C12327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ინექციის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წინ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აუცილებელია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C05A99" w:rsidRPr="00C36A5B">
        <w:rPr>
          <w:rFonts w:ascii="Sylfaen" w:hAnsi="Sylfaen"/>
          <w:sz w:val="24"/>
          <w:szCs w:val="24"/>
          <w:lang w:val="ka-GE"/>
        </w:rPr>
        <w:t xml:space="preserve">ჩატარდეს </w:t>
      </w:r>
      <w:proofErr w:type="spellStart"/>
      <w:r w:rsidRPr="00C36A5B">
        <w:rPr>
          <w:rFonts w:ascii="Sylfaen" w:hAnsi="Sylfaen"/>
          <w:sz w:val="24"/>
          <w:szCs w:val="24"/>
        </w:rPr>
        <w:t>ასპირაციული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ტესტი</w:t>
      </w:r>
      <w:proofErr w:type="spellEnd"/>
      <w:r w:rsidR="00C05A99" w:rsidRPr="00C36A5B">
        <w:rPr>
          <w:rFonts w:ascii="Sylfaen" w:hAnsi="Sylfaen"/>
          <w:sz w:val="24"/>
          <w:szCs w:val="24"/>
          <w:lang w:val="ka-GE"/>
        </w:rPr>
        <w:t xml:space="preserve"> ორ სიბრტყეში (შემთხვევით </w:t>
      </w:r>
      <w:r w:rsidR="0095038A" w:rsidRPr="00C36A5B">
        <w:rPr>
          <w:rFonts w:ascii="Sylfaen" w:hAnsi="Sylfaen"/>
          <w:sz w:val="24"/>
          <w:szCs w:val="24"/>
          <w:lang w:val="ka-GE"/>
        </w:rPr>
        <w:t>ინტრავსკულარული</w:t>
      </w:r>
      <w:r w:rsidR="00C05A99" w:rsidRPr="00C36A5B">
        <w:rPr>
          <w:rFonts w:ascii="Sylfaen" w:hAnsi="Sylfaen"/>
          <w:sz w:val="24"/>
          <w:szCs w:val="24"/>
          <w:lang w:val="ka-GE"/>
        </w:rPr>
        <w:t xml:space="preserve"> შეყვანის თავიდან ასაცილებლად)</w:t>
      </w:r>
      <w:r w:rsidRPr="00C36A5B">
        <w:rPr>
          <w:rFonts w:ascii="Sylfaen" w:hAnsi="Sylfaen"/>
          <w:sz w:val="24"/>
          <w:szCs w:val="24"/>
        </w:rPr>
        <w:t xml:space="preserve">.  </w:t>
      </w:r>
    </w:p>
    <w:p w14:paraId="1397718B" w14:textId="6CD95ED9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არ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არის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საკვების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მიღება</w:t>
      </w:r>
      <w:proofErr w:type="spellEnd"/>
      <w:r w:rsidR="00C05A99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C05A99" w:rsidRPr="00C36A5B">
        <w:rPr>
          <w:rFonts w:ascii="Sylfaen" w:hAnsi="Sylfaen"/>
          <w:sz w:val="24"/>
          <w:szCs w:val="24"/>
        </w:rPr>
        <w:t>ადგილობრივი</w:t>
      </w:r>
      <w:proofErr w:type="spellEnd"/>
      <w:r w:rsidR="00C05A99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05A99" w:rsidRPr="00C36A5B">
        <w:rPr>
          <w:rFonts w:ascii="Sylfaen" w:hAnsi="Sylfaen"/>
          <w:sz w:val="24"/>
          <w:szCs w:val="24"/>
        </w:rPr>
        <w:t>ანესთეზიის</w:t>
      </w:r>
      <w:proofErr w:type="spellEnd"/>
      <w:r w:rsidR="00C05A99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C05A99" w:rsidRPr="00C36A5B">
        <w:rPr>
          <w:rFonts w:ascii="Sylfaen" w:hAnsi="Sylfaen"/>
          <w:sz w:val="24"/>
          <w:szCs w:val="24"/>
        </w:rPr>
        <w:t>მოქმედების</w:t>
      </w:r>
      <w:proofErr w:type="spellEnd"/>
      <w:r w:rsidR="00C05A99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gramStart"/>
      <w:r w:rsidR="00C05A99" w:rsidRPr="00C36A5B">
        <w:rPr>
          <w:rFonts w:ascii="Sylfaen" w:hAnsi="Sylfaen"/>
          <w:sz w:val="24"/>
          <w:szCs w:val="24"/>
          <w:lang w:val="ka-GE"/>
        </w:rPr>
        <w:t>დამთავრებამდე</w:t>
      </w:r>
      <w:r w:rsidR="00C05A99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</w:rPr>
        <w:t xml:space="preserve"> (</w:t>
      </w:r>
      <w:proofErr w:type="gramEnd"/>
      <w:r w:rsidR="00C05A99" w:rsidRPr="00C36A5B">
        <w:rPr>
          <w:rFonts w:ascii="Sylfaen" w:hAnsi="Sylfaen"/>
          <w:sz w:val="24"/>
          <w:szCs w:val="24"/>
          <w:lang w:val="ka-GE"/>
        </w:rPr>
        <w:t>მგრძნობელობის აღდგენამდე</w:t>
      </w:r>
      <w:r w:rsidRPr="00C36A5B">
        <w:rPr>
          <w:rFonts w:ascii="Sylfaen" w:hAnsi="Sylfaen"/>
          <w:sz w:val="24"/>
          <w:szCs w:val="24"/>
        </w:rPr>
        <w:t xml:space="preserve">).  </w:t>
      </w:r>
    </w:p>
    <w:p w14:paraId="33EB96B3" w14:textId="4D8BFF6E" w:rsidR="00BE1264" w:rsidRPr="00C36A5B" w:rsidRDefault="00C05A99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მხედველობაში უნდა იქნას მიღებული, რომ პრეპარატის </w:t>
      </w:r>
      <w:r w:rsidR="00BE1264" w:rsidRPr="00C36A5B">
        <w:rPr>
          <w:rFonts w:ascii="Sylfaen" w:hAnsi="Sylfaen"/>
          <w:sz w:val="24"/>
          <w:szCs w:val="24"/>
        </w:rPr>
        <w:t xml:space="preserve">1 </w:t>
      </w:r>
      <w:proofErr w:type="spellStart"/>
      <w:r w:rsidR="00BE1264" w:rsidRPr="00C36A5B">
        <w:rPr>
          <w:rFonts w:ascii="Sylfaen" w:hAnsi="Sylfaen"/>
          <w:sz w:val="24"/>
          <w:szCs w:val="24"/>
        </w:rPr>
        <w:t>მლ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ხსნარი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შეიცავს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</w:rPr>
        <w:t xml:space="preserve">1 </w:t>
      </w:r>
      <w:proofErr w:type="spellStart"/>
      <w:r w:rsidRPr="00C36A5B">
        <w:rPr>
          <w:rFonts w:ascii="Sylfaen" w:hAnsi="Sylfaen"/>
          <w:sz w:val="24"/>
          <w:szCs w:val="24"/>
        </w:rPr>
        <w:t>მმოლზე</w:t>
      </w:r>
      <w:proofErr w:type="spellEnd"/>
      <w:r w:rsidRPr="00C36A5B">
        <w:rPr>
          <w:rFonts w:ascii="Sylfaen" w:hAnsi="Sylfaen"/>
          <w:sz w:val="24"/>
          <w:szCs w:val="24"/>
          <w:lang w:val="ka-GE"/>
        </w:rPr>
        <w:t xml:space="preserve"> ნაკლებ ნატრიუმს (23 </w:t>
      </w:r>
      <w:proofErr w:type="spellStart"/>
      <w:r w:rsidRPr="00C36A5B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).  </w:t>
      </w:r>
    </w:p>
    <w:p w14:paraId="70010EA7" w14:textId="47FE6151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პრეპარატი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განკუთვნილია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მხოლოდ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სტომატოლოგ</w:t>
      </w:r>
      <w:proofErr w:type="spellEnd"/>
      <w:r w:rsidR="00C05A99" w:rsidRPr="00C36A5B">
        <w:rPr>
          <w:rFonts w:ascii="Sylfaen" w:hAnsi="Sylfaen"/>
          <w:sz w:val="24"/>
          <w:szCs w:val="24"/>
          <w:lang w:val="ka-GE"/>
        </w:rPr>
        <w:t>იაში გამო</w:t>
      </w:r>
      <w:r w:rsidR="00A328D8" w:rsidRPr="00C36A5B">
        <w:rPr>
          <w:rFonts w:ascii="Sylfaen" w:hAnsi="Sylfaen"/>
          <w:sz w:val="24"/>
          <w:szCs w:val="24"/>
          <w:lang w:val="ka-GE"/>
        </w:rPr>
        <w:t>საყენებლად</w:t>
      </w:r>
      <w:r w:rsidRPr="00C36A5B">
        <w:rPr>
          <w:rFonts w:ascii="Sylfaen" w:hAnsi="Sylfaen"/>
          <w:sz w:val="24"/>
          <w:szCs w:val="24"/>
        </w:rPr>
        <w:t xml:space="preserve">. </w:t>
      </w:r>
      <w:proofErr w:type="spellStart"/>
      <w:r w:rsidR="00A17FF1" w:rsidRPr="00C36A5B">
        <w:rPr>
          <w:rFonts w:ascii="Sylfaen" w:hAnsi="Sylfaen"/>
          <w:sz w:val="24"/>
          <w:szCs w:val="24"/>
        </w:rPr>
        <w:t>დაუშვებელია</w:t>
      </w:r>
      <w:proofErr w:type="spellEnd"/>
      <w:r w:rsidR="00A17FF1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მისი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გამოყენება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კიდურების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დისტალურ</w:t>
      </w:r>
      <w:proofErr w:type="spellEnd"/>
      <w:r w:rsidR="00A17FF1" w:rsidRPr="00C36A5B">
        <w:rPr>
          <w:rFonts w:ascii="Sylfaen" w:hAnsi="Sylfaen"/>
          <w:sz w:val="24"/>
          <w:szCs w:val="24"/>
          <w:lang w:val="ka-GE"/>
        </w:rPr>
        <w:t>ი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ნაწილებშ</w:t>
      </w:r>
      <w:proofErr w:type="spellEnd"/>
      <w:r w:rsidR="00A17FF1" w:rsidRPr="00C36A5B">
        <w:rPr>
          <w:rFonts w:ascii="Sylfaen" w:hAnsi="Sylfaen"/>
          <w:sz w:val="24"/>
          <w:szCs w:val="24"/>
          <w:lang w:val="ka-GE"/>
        </w:rPr>
        <w:t xml:space="preserve">ის </w:t>
      </w:r>
      <w:proofErr w:type="spellStart"/>
      <w:proofErr w:type="gramStart"/>
      <w:r w:rsidR="00A17FF1" w:rsidRPr="00C36A5B">
        <w:rPr>
          <w:rFonts w:ascii="Sylfaen" w:hAnsi="Sylfaen"/>
          <w:sz w:val="24"/>
          <w:szCs w:val="24"/>
          <w:lang w:val="ka-GE"/>
        </w:rPr>
        <w:t>ანესთეზიისათვის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 (</w:t>
      </w:r>
      <w:proofErr w:type="spellStart"/>
      <w:proofErr w:type="gramEnd"/>
      <w:r w:rsidRPr="00C36A5B">
        <w:rPr>
          <w:rFonts w:ascii="Sylfaen" w:hAnsi="Sylfaen"/>
          <w:sz w:val="24"/>
          <w:szCs w:val="24"/>
        </w:rPr>
        <w:t>იშემიის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A328D8" w:rsidRPr="00C36A5B">
        <w:rPr>
          <w:rFonts w:ascii="Sylfaen" w:hAnsi="Sylfaen"/>
          <w:sz w:val="24"/>
          <w:szCs w:val="24"/>
          <w:lang w:val="ka-GE"/>
        </w:rPr>
        <w:t xml:space="preserve">განვითარების  </w:t>
      </w:r>
      <w:proofErr w:type="spellStart"/>
      <w:r w:rsidRPr="00C36A5B">
        <w:rPr>
          <w:rFonts w:ascii="Sylfaen" w:hAnsi="Sylfaen"/>
          <w:sz w:val="24"/>
          <w:szCs w:val="24"/>
        </w:rPr>
        <w:t>რისკ</w:t>
      </w:r>
      <w:proofErr w:type="spellEnd"/>
      <w:r w:rsidR="00A328D8" w:rsidRPr="00C36A5B">
        <w:rPr>
          <w:rFonts w:ascii="Sylfaen" w:hAnsi="Sylfaen"/>
          <w:sz w:val="24"/>
          <w:szCs w:val="24"/>
          <w:lang w:val="ka-GE"/>
        </w:rPr>
        <w:t xml:space="preserve">ი პრეპარატის შემადგენლობაში </w:t>
      </w:r>
      <w:proofErr w:type="spellStart"/>
      <w:r w:rsidR="00A328D8" w:rsidRPr="00C36A5B">
        <w:rPr>
          <w:rFonts w:ascii="Sylfaen" w:hAnsi="Sylfaen"/>
          <w:sz w:val="24"/>
          <w:szCs w:val="24"/>
          <w:lang w:val="ka-GE"/>
        </w:rPr>
        <w:t>ეპინეფრინის</w:t>
      </w:r>
      <w:proofErr w:type="spellEnd"/>
      <w:r w:rsidR="00A328D8" w:rsidRPr="00C36A5B">
        <w:rPr>
          <w:rFonts w:ascii="Sylfaen" w:hAnsi="Sylfaen"/>
          <w:sz w:val="24"/>
          <w:szCs w:val="24"/>
          <w:lang w:val="ka-GE"/>
        </w:rPr>
        <w:t xml:space="preserve"> შემცველობ</w:t>
      </w:r>
      <w:proofErr w:type="spellStart"/>
      <w:r w:rsidRPr="00C36A5B">
        <w:rPr>
          <w:rFonts w:ascii="Sylfaen" w:hAnsi="Sylfaen"/>
          <w:sz w:val="24"/>
          <w:szCs w:val="24"/>
        </w:rPr>
        <w:t>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გამო</w:t>
      </w:r>
      <w:proofErr w:type="spellEnd"/>
      <w:r w:rsidRPr="00C36A5B">
        <w:rPr>
          <w:rFonts w:ascii="Sylfaen" w:hAnsi="Sylfaen"/>
          <w:sz w:val="24"/>
          <w:szCs w:val="24"/>
        </w:rPr>
        <w:t xml:space="preserve">).  </w:t>
      </w:r>
    </w:p>
    <w:p w14:paraId="739C1902" w14:textId="77777777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</w:p>
    <w:p w14:paraId="46785F62" w14:textId="66111DAE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i/>
          <w:sz w:val="24"/>
          <w:szCs w:val="24"/>
        </w:rPr>
        <w:t>პედიატრი</w:t>
      </w:r>
      <w:proofErr w:type="spellEnd"/>
      <w:r w:rsidR="00A328D8" w:rsidRPr="00C36A5B">
        <w:rPr>
          <w:rFonts w:ascii="Sylfaen" w:hAnsi="Sylfaen"/>
          <w:i/>
          <w:sz w:val="24"/>
          <w:szCs w:val="24"/>
          <w:lang w:val="ka-GE"/>
        </w:rPr>
        <w:t xml:space="preserve">ში </w:t>
      </w:r>
      <w:proofErr w:type="spellStart"/>
      <w:r w:rsidR="00A328D8" w:rsidRPr="00C36A5B">
        <w:rPr>
          <w:rFonts w:ascii="Sylfaen" w:hAnsi="Sylfaen"/>
          <w:i/>
          <w:sz w:val="24"/>
          <w:szCs w:val="24"/>
          <w:lang w:val="ka-GE"/>
        </w:rPr>
        <w:t>გამოყენებ</w:t>
      </w:r>
      <w:proofErr w:type="spellEnd"/>
      <w:r w:rsidRPr="00C36A5B">
        <w:rPr>
          <w:rFonts w:ascii="Sylfaen" w:hAnsi="Sylfaen"/>
          <w:i/>
          <w:sz w:val="24"/>
          <w:szCs w:val="24"/>
        </w:rPr>
        <w:t>ა</w:t>
      </w:r>
      <w:r w:rsidRPr="00C36A5B">
        <w:rPr>
          <w:rFonts w:ascii="Sylfaen" w:hAnsi="Sylfaen"/>
          <w:sz w:val="24"/>
          <w:szCs w:val="24"/>
        </w:rPr>
        <w:t xml:space="preserve">:  </w:t>
      </w:r>
    </w:p>
    <w:p w14:paraId="12EFFD9C" w14:textId="3A62F6F3" w:rsidR="00BE1264" w:rsidRPr="00C36A5B" w:rsidRDefault="00A328D8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მცირე ასაკის ბავშვების </w:t>
      </w:r>
      <w:proofErr w:type="spellStart"/>
      <w:r w:rsidR="00BE1264" w:rsidRPr="00C36A5B">
        <w:rPr>
          <w:rFonts w:ascii="Sylfaen" w:hAnsi="Sylfaen"/>
          <w:sz w:val="24"/>
          <w:szCs w:val="24"/>
        </w:rPr>
        <w:t>მშობლებმა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>(მეურვეებმა)</w:t>
      </w:r>
      <w:r w:rsidR="000925F2" w:rsidRPr="00C36A5B">
        <w:rPr>
          <w:rFonts w:ascii="Sylfaen" w:hAnsi="Sylfaen"/>
          <w:sz w:val="24"/>
          <w:szCs w:val="24"/>
          <w:lang w:val="ka-GE"/>
        </w:rPr>
        <w:t xml:space="preserve">ყურადღება </w:t>
      </w:r>
      <w:proofErr w:type="spellStart"/>
      <w:r w:rsidR="0095038A" w:rsidRPr="00C36A5B">
        <w:rPr>
          <w:rFonts w:ascii="Sylfaen" w:hAnsi="Sylfaen"/>
          <w:sz w:val="24"/>
          <w:szCs w:val="24"/>
        </w:rPr>
        <w:t>უნდა</w:t>
      </w:r>
      <w:proofErr w:type="spellEnd"/>
      <w:r w:rsidR="0095038A" w:rsidRPr="00C36A5B">
        <w:rPr>
          <w:rFonts w:ascii="Sylfaen" w:hAnsi="Sylfaen"/>
          <w:sz w:val="24"/>
          <w:szCs w:val="24"/>
        </w:rPr>
        <w:t xml:space="preserve"> </w:t>
      </w:r>
      <w:r w:rsidR="000925F2" w:rsidRPr="00C36A5B">
        <w:rPr>
          <w:rFonts w:ascii="Sylfaen" w:hAnsi="Sylfaen"/>
          <w:sz w:val="24"/>
          <w:szCs w:val="24"/>
          <w:lang w:val="ka-GE"/>
        </w:rPr>
        <w:t>მიაქცი</w:t>
      </w:r>
      <w:proofErr w:type="spellStart"/>
      <w:r w:rsidR="00BE1264" w:rsidRPr="00C36A5B">
        <w:rPr>
          <w:rFonts w:ascii="Sylfaen" w:hAnsi="Sylfaen"/>
          <w:sz w:val="24"/>
          <w:szCs w:val="24"/>
        </w:rPr>
        <w:t>ონ</w:t>
      </w:r>
      <w:proofErr w:type="spellEnd"/>
      <w:r w:rsidR="000925F2" w:rsidRPr="00C36A5B">
        <w:rPr>
          <w:rFonts w:ascii="Sylfaen" w:hAnsi="Sylfaen"/>
          <w:sz w:val="24"/>
          <w:szCs w:val="24"/>
          <w:lang w:val="ka-GE"/>
        </w:rPr>
        <w:t xml:space="preserve"> იმას</w:t>
      </w:r>
      <w:r w:rsidR="00BE1264"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="00BE1264" w:rsidRPr="00C36A5B">
        <w:rPr>
          <w:rFonts w:ascii="Sylfaen" w:hAnsi="Sylfaen"/>
          <w:sz w:val="24"/>
          <w:szCs w:val="24"/>
        </w:rPr>
        <w:t>რომ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ბავშვებმა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 xml:space="preserve">არ </w:t>
      </w:r>
      <w:proofErr w:type="spellStart"/>
      <w:r w:rsidR="0095038A" w:rsidRPr="00C36A5B">
        <w:rPr>
          <w:rFonts w:ascii="Sylfaen" w:hAnsi="Sylfaen"/>
          <w:sz w:val="24"/>
          <w:szCs w:val="24"/>
          <w:lang w:val="ka-GE"/>
        </w:rPr>
        <w:t>მიიყენონ</w:t>
      </w:r>
      <w:proofErr w:type="spellEnd"/>
      <w:r w:rsidR="0095038A" w:rsidRPr="00C36A5B">
        <w:rPr>
          <w:rFonts w:ascii="Sylfaen" w:hAnsi="Sylfaen"/>
          <w:sz w:val="24"/>
          <w:szCs w:val="24"/>
          <w:lang w:val="ka-GE"/>
        </w:rPr>
        <w:t xml:space="preserve"> დაზიანება</w:t>
      </w:r>
      <w:r w:rsidR="000925F2"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="0095038A" w:rsidRPr="00C36A5B">
        <w:rPr>
          <w:rFonts w:ascii="Sylfaen" w:hAnsi="Sylfaen"/>
          <w:sz w:val="24"/>
          <w:szCs w:val="24"/>
          <w:lang w:val="ka-GE"/>
        </w:rPr>
        <w:t xml:space="preserve">კბილებით </w:t>
      </w:r>
      <w:r w:rsidR="000925F2" w:rsidRPr="00C36A5B">
        <w:rPr>
          <w:rFonts w:ascii="Sylfaen" w:hAnsi="Sylfaen"/>
          <w:sz w:val="24"/>
          <w:szCs w:val="24"/>
          <w:lang w:val="ka-GE"/>
        </w:rPr>
        <w:t>რბილი ქსოვილების კბენი</w:t>
      </w:r>
      <w:r w:rsidR="003C7259" w:rsidRPr="00C36A5B">
        <w:rPr>
          <w:rFonts w:ascii="Sylfaen" w:hAnsi="Sylfaen"/>
          <w:sz w:val="24"/>
          <w:szCs w:val="24"/>
          <w:lang w:val="ka-GE"/>
        </w:rPr>
        <w:t>სას</w:t>
      </w:r>
      <w:r w:rsidR="0095038A" w:rsidRPr="00C36A5B">
        <w:rPr>
          <w:rFonts w:ascii="Sylfaen" w:hAnsi="Sylfaen"/>
          <w:sz w:val="24"/>
          <w:szCs w:val="24"/>
          <w:lang w:val="ka-GE"/>
        </w:rPr>
        <w:t>(კვნეტი</w:t>
      </w:r>
      <w:r w:rsidR="003C7259" w:rsidRPr="00C36A5B">
        <w:rPr>
          <w:rFonts w:ascii="Sylfaen" w:hAnsi="Sylfaen"/>
          <w:sz w:val="24"/>
          <w:szCs w:val="24"/>
          <w:lang w:val="ka-GE"/>
        </w:rPr>
        <w:t>სას</w:t>
      </w:r>
      <w:r w:rsidR="0095038A" w:rsidRPr="00C36A5B">
        <w:rPr>
          <w:rFonts w:ascii="Sylfaen" w:hAnsi="Sylfaen"/>
          <w:sz w:val="24"/>
          <w:szCs w:val="24"/>
          <w:lang w:val="ka-GE"/>
        </w:rPr>
        <w:t>)</w:t>
      </w:r>
      <w:r w:rsidR="003C7259" w:rsidRPr="00C36A5B">
        <w:rPr>
          <w:rFonts w:ascii="Sylfaen" w:hAnsi="Sylfaen"/>
          <w:sz w:val="24"/>
          <w:szCs w:val="24"/>
          <w:lang w:val="ka-GE"/>
        </w:rPr>
        <w:t>,</w:t>
      </w:r>
      <w:r w:rsidR="000925F2" w:rsidRPr="00C36A5B">
        <w:rPr>
          <w:rFonts w:ascii="Sylfaen" w:hAnsi="Sylfaen"/>
          <w:sz w:val="24"/>
          <w:szCs w:val="24"/>
          <w:lang w:val="ka-GE"/>
        </w:rPr>
        <w:t xml:space="preserve"> ქსოვილების მგრძნობელობის ხანგრძლივი დროის მანძილზე შემცირების გამო</w:t>
      </w:r>
      <w:r w:rsidR="003C7259" w:rsidRPr="00C36A5B">
        <w:rPr>
          <w:rFonts w:ascii="Sylfaen" w:hAnsi="Sylfaen"/>
          <w:sz w:val="24"/>
          <w:szCs w:val="24"/>
          <w:lang w:val="ka-GE"/>
        </w:rPr>
        <w:t>,</w:t>
      </w:r>
      <w:r w:rsidR="000925F2" w:rsidRPr="00C36A5B">
        <w:rPr>
          <w:rFonts w:ascii="Sylfaen" w:hAnsi="Sylfaen"/>
          <w:sz w:val="24"/>
          <w:szCs w:val="24"/>
          <w:lang w:val="ka-GE"/>
        </w:rPr>
        <w:t xml:space="preserve"> პრეპარატის მოქმედების შედეგად.                </w:t>
      </w:r>
      <w:r w:rsidR="00BE1264" w:rsidRPr="00C36A5B">
        <w:rPr>
          <w:rFonts w:ascii="Sylfaen" w:hAnsi="Sylfaen"/>
          <w:sz w:val="24"/>
          <w:szCs w:val="24"/>
        </w:rPr>
        <w:t xml:space="preserve">  </w:t>
      </w:r>
    </w:p>
    <w:p w14:paraId="2056D83F" w14:textId="50534F4C" w:rsidR="00BE1264" w:rsidRPr="00C36A5B" w:rsidRDefault="000925F2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i/>
          <w:sz w:val="24"/>
          <w:szCs w:val="24"/>
          <w:lang w:val="ka-GE"/>
        </w:rPr>
        <w:t>გავლენა სა</w:t>
      </w:r>
      <w:proofErr w:type="spellStart"/>
      <w:r w:rsidR="00BE1264" w:rsidRPr="00C36A5B">
        <w:rPr>
          <w:rFonts w:ascii="Sylfaen" w:hAnsi="Sylfaen"/>
          <w:i/>
          <w:sz w:val="24"/>
          <w:szCs w:val="24"/>
        </w:rPr>
        <w:t>ტრანსპორტ</w:t>
      </w:r>
      <w:proofErr w:type="spellEnd"/>
      <w:r w:rsidRPr="00C36A5B">
        <w:rPr>
          <w:rFonts w:ascii="Sylfaen" w:hAnsi="Sylfaen"/>
          <w:i/>
          <w:sz w:val="24"/>
          <w:szCs w:val="24"/>
          <w:lang w:val="ka-GE"/>
        </w:rPr>
        <w:t xml:space="preserve">ო საშუალებებისა </w:t>
      </w:r>
      <w:r w:rsidR="00BE1264"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i/>
          <w:sz w:val="24"/>
          <w:szCs w:val="24"/>
        </w:rPr>
        <w:t>და</w:t>
      </w:r>
      <w:proofErr w:type="spellEnd"/>
      <w:r w:rsidR="00BE1264" w:rsidRPr="00C36A5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i/>
          <w:sz w:val="24"/>
          <w:szCs w:val="24"/>
        </w:rPr>
        <w:t>მექანიზმები</w:t>
      </w:r>
      <w:proofErr w:type="spellEnd"/>
      <w:r w:rsidRPr="00C36A5B">
        <w:rPr>
          <w:rFonts w:ascii="Sylfaen" w:hAnsi="Sylfaen"/>
          <w:i/>
          <w:sz w:val="24"/>
          <w:szCs w:val="24"/>
          <w:lang w:val="ka-GE"/>
        </w:rPr>
        <w:t>ს მართვის უნარზე</w:t>
      </w:r>
      <w:r w:rsidRPr="00C36A5B">
        <w:rPr>
          <w:rFonts w:ascii="Sylfaen" w:hAnsi="Sylfaen"/>
          <w:sz w:val="24"/>
          <w:szCs w:val="24"/>
          <w:lang w:val="ka-GE"/>
        </w:rPr>
        <w:t>.</w:t>
      </w:r>
      <w:r w:rsidR="00BE1264" w:rsidRPr="00C36A5B">
        <w:rPr>
          <w:rFonts w:ascii="Sylfaen" w:hAnsi="Sylfaen"/>
          <w:sz w:val="24"/>
          <w:szCs w:val="24"/>
        </w:rPr>
        <w:t xml:space="preserve">  </w:t>
      </w:r>
    </w:p>
    <w:p w14:paraId="3EB2B9A9" w14:textId="42BC643D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პრეპარატ</w:t>
      </w:r>
      <w:proofErr w:type="spellEnd"/>
      <w:r w:rsidR="000925F2" w:rsidRPr="00C36A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0925F2" w:rsidRPr="00C36A5B">
        <w:rPr>
          <w:rFonts w:ascii="Sylfaen" w:hAnsi="Sylfaen"/>
          <w:sz w:val="24"/>
          <w:szCs w:val="24"/>
          <w:lang w:val="ka-GE"/>
        </w:rPr>
        <w:t>არტიკაინ</w:t>
      </w:r>
      <w:proofErr w:type="spellEnd"/>
      <w:r w:rsidR="000925F2" w:rsidRPr="00C36A5B">
        <w:rPr>
          <w:rFonts w:ascii="Sylfaen" w:hAnsi="Sylfaen"/>
          <w:sz w:val="24"/>
          <w:szCs w:val="24"/>
          <w:lang w:val="ka-GE"/>
        </w:rPr>
        <w:t xml:space="preserve"> ვეგას გამოყენება არ იწვევს სატრანსპორტო საშუალებების მართვის </w:t>
      </w:r>
      <w:r w:rsidR="003C7259" w:rsidRPr="00C36A5B">
        <w:rPr>
          <w:rFonts w:ascii="Sylfaen" w:hAnsi="Sylfaen"/>
          <w:sz w:val="24"/>
          <w:szCs w:val="24"/>
          <w:lang w:val="ka-GE"/>
        </w:rPr>
        <w:t>უნარის რაიმე სახის შესამჩნევ გადახრას</w:t>
      </w:r>
      <w:r w:rsidR="000925F2" w:rsidRPr="00C36A5B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C36A5B">
        <w:rPr>
          <w:rFonts w:ascii="Sylfaen" w:hAnsi="Sylfaen"/>
          <w:sz w:val="24"/>
          <w:szCs w:val="24"/>
        </w:rPr>
        <w:t>თუმცა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გადაწყვეტილება</w:t>
      </w:r>
      <w:proofErr w:type="spellEnd"/>
      <w:r w:rsidR="000925F2" w:rsidRPr="00C36A5B">
        <w:rPr>
          <w:rFonts w:ascii="Sylfaen" w:hAnsi="Sylfaen"/>
          <w:sz w:val="24"/>
          <w:szCs w:val="24"/>
          <w:lang w:val="ka-GE"/>
        </w:rPr>
        <w:t xml:space="preserve"> იმის შესახებ</w:t>
      </w:r>
      <w:r w:rsidRPr="00C36A5B">
        <w:rPr>
          <w:rFonts w:ascii="Sylfaen" w:hAnsi="Sylfaen"/>
          <w:sz w:val="24"/>
          <w:szCs w:val="24"/>
        </w:rPr>
        <w:t>,</w:t>
      </w:r>
      <w:r w:rsidR="003C7259" w:rsidRPr="00C36A5B">
        <w:rPr>
          <w:rFonts w:ascii="Sylfaen" w:hAnsi="Sylfaen"/>
          <w:sz w:val="24"/>
          <w:szCs w:val="24"/>
          <w:lang w:val="ka-GE"/>
        </w:rPr>
        <w:t xml:space="preserve"> თუ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როდის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დაუბრუნდე</w:t>
      </w:r>
      <w:proofErr w:type="spellEnd"/>
      <w:r w:rsidR="00764BB2" w:rsidRPr="00C36A5B">
        <w:rPr>
          <w:rFonts w:ascii="Sylfaen" w:hAnsi="Sylfaen"/>
          <w:sz w:val="24"/>
          <w:szCs w:val="24"/>
          <w:lang w:val="ka-GE"/>
        </w:rPr>
        <w:t>ბა</w:t>
      </w:r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პაციენტი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r w:rsidR="00764BB2" w:rsidRPr="00C36A5B">
        <w:rPr>
          <w:rFonts w:ascii="Sylfaen" w:hAnsi="Sylfaen"/>
          <w:sz w:val="24"/>
          <w:szCs w:val="24"/>
          <w:lang w:val="ka-GE"/>
        </w:rPr>
        <w:t xml:space="preserve">  სატრანსპორტო საშუალების მართვას და სხვა </w:t>
      </w:r>
      <w:proofErr w:type="gramStart"/>
      <w:r w:rsidR="00764BB2" w:rsidRPr="00C36A5B">
        <w:rPr>
          <w:rFonts w:ascii="Sylfaen" w:hAnsi="Sylfaen"/>
          <w:sz w:val="24"/>
          <w:szCs w:val="24"/>
          <w:lang w:val="ka-GE"/>
        </w:rPr>
        <w:t>ისეთი  პოტენციურად</w:t>
      </w:r>
      <w:proofErr w:type="gramEnd"/>
      <w:r w:rsidRPr="00C36A5B">
        <w:rPr>
          <w:rFonts w:ascii="Sylfaen" w:hAnsi="Sylfaen"/>
          <w:sz w:val="24"/>
          <w:szCs w:val="24"/>
        </w:rPr>
        <w:t xml:space="preserve"> </w:t>
      </w:r>
      <w:r w:rsidR="00764BB2" w:rsidRPr="00C36A5B">
        <w:rPr>
          <w:rFonts w:ascii="Sylfaen" w:hAnsi="Sylfaen"/>
          <w:sz w:val="24"/>
          <w:szCs w:val="24"/>
          <w:lang w:val="ka-GE"/>
        </w:rPr>
        <w:t>საშიში საქმიანობის განხორციელებას, რომელიც მოითხოვს ყურადღების მომატებულ კონცენტრაციასა და ფსიქომოტორული რეაქციების სისწრაფეს</w:t>
      </w:r>
      <w:r w:rsidR="003C7259" w:rsidRPr="00C36A5B">
        <w:rPr>
          <w:rFonts w:ascii="Sylfaen" w:hAnsi="Sylfaen"/>
          <w:sz w:val="24"/>
          <w:szCs w:val="24"/>
          <w:lang w:val="ka-GE"/>
        </w:rPr>
        <w:t>, სტომატოლოგიური ჩარევის შემდეგ</w:t>
      </w:r>
      <w:r w:rsidRPr="00C36A5B">
        <w:rPr>
          <w:rFonts w:ascii="Sylfaen" w:hAnsi="Sylfaen"/>
          <w:sz w:val="24"/>
          <w:szCs w:val="24"/>
        </w:rPr>
        <w:t>,</w:t>
      </w:r>
      <w:r w:rsidR="003C7259" w:rsidRPr="00C36A5B">
        <w:rPr>
          <w:rFonts w:ascii="Sylfaen" w:hAnsi="Sylfaen"/>
          <w:sz w:val="24"/>
          <w:szCs w:val="24"/>
          <w:lang w:val="ka-GE"/>
        </w:rPr>
        <w:t xml:space="preserve"> </w:t>
      </w:r>
      <w:r w:rsidR="00764BB2" w:rsidRPr="00C36A5B">
        <w:rPr>
          <w:rFonts w:ascii="Sylfaen" w:hAnsi="Sylfaen"/>
          <w:sz w:val="24"/>
          <w:szCs w:val="24"/>
          <w:lang w:val="ka-GE"/>
        </w:rPr>
        <w:t xml:space="preserve">უნდა მიიღოს ექიმმა.   </w:t>
      </w:r>
      <w:r w:rsidRPr="00C36A5B">
        <w:rPr>
          <w:rFonts w:ascii="Sylfaen" w:hAnsi="Sylfaen"/>
          <w:sz w:val="24"/>
          <w:szCs w:val="24"/>
        </w:rPr>
        <w:t xml:space="preserve">  </w:t>
      </w:r>
    </w:p>
    <w:p w14:paraId="3ED852E7" w14:textId="77777777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b/>
          <w:sz w:val="24"/>
          <w:szCs w:val="24"/>
        </w:rPr>
        <w:t>გამოშვების</w:t>
      </w:r>
      <w:proofErr w:type="spellEnd"/>
      <w:r w:rsidRPr="00C36A5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b/>
          <w:sz w:val="24"/>
          <w:szCs w:val="24"/>
        </w:rPr>
        <w:t>ფორმა</w:t>
      </w:r>
      <w:proofErr w:type="spellEnd"/>
      <w:r w:rsidRPr="00C36A5B">
        <w:rPr>
          <w:rFonts w:ascii="Sylfaen" w:hAnsi="Sylfaen"/>
          <w:sz w:val="24"/>
          <w:szCs w:val="24"/>
        </w:rPr>
        <w:t xml:space="preserve">:  </w:t>
      </w:r>
    </w:p>
    <w:p w14:paraId="0BF13386" w14:textId="77777777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არტიკაინ-ვეგა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40 </w:t>
      </w:r>
      <w:proofErr w:type="spellStart"/>
      <w:r w:rsidRPr="00C36A5B">
        <w:rPr>
          <w:rFonts w:ascii="Sylfaen" w:hAnsi="Sylfaen"/>
          <w:sz w:val="24"/>
          <w:szCs w:val="24"/>
        </w:rPr>
        <w:t>მგ</w:t>
      </w:r>
      <w:proofErr w:type="spellEnd"/>
      <w:r w:rsidRPr="00C36A5B">
        <w:rPr>
          <w:rFonts w:ascii="Sylfaen" w:hAnsi="Sylfaen"/>
          <w:sz w:val="24"/>
          <w:szCs w:val="24"/>
        </w:rPr>
        <w:t xml:space="preserve"> + 0,005 </w:t>
      </w:r>
      <w:proofErr w:type="spellStart"/>
      <w:r w:rsidRPr="00C36A5B">
        <w:rPr>
          <w:rFonts w:ascii="Sylfaen" w:hAnsi="Sylfaen"/>
          <w:sz w:val="24"/>
          <w:szCs w:val="24"/>
        </w:rPr>
        <w:t>მგ</w:t>
      </w:r>
      <w:proofErr w:type="spellEnd"/>
      <w:r w:rsidRPr="00C36A5B">
        <w:rPr>
          <w:rFonts w:ascii="Sylfaen" w:hAnsi="Sylfaen"/>
          <w:sz w:val="24"/>
          <w:szCs w:val="24"/>
        </w:rPr>
        <w:t>/</w:t>
      </w:r>
      <w:proofErr w:type="spellStart"/>
      <w:r w:rsidRPr="00C36A5B">
        <w:rPr>
          <w:rFonts w:ascii="Sylfaen" w:hAnsi="Sylfaen"/>
          <w:sz w:val="24"/>
          <w:szCs w:val="24"/>
        </w:rPr>
        <w:t>მლ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ან</w:t>
      </w:r>
      <w:proofErr w:type="spellEnd"/>
      <w:r w:rsidRPr="00C36A5B">
        <w:rPr>
          <w:rFonts w:ascii="Sylfaen" w:hAnsi="Sylfaen"/>
          <w:sz w:val="24"/>
          <w:szCs w:val="24"/>
        </w:rPr>
        <w:t xml:space="preserve"> 40 </w:t>
      </w:r>
      <w:proofErr w:type="spellStart"/>
      <w:r w:rsidRPr="00C36A5B">
        <w:rPr>
          <w:rFonts w:ascii="Sylfaen" w:hAnsi="Sylfaen"/>
          <w:sz w:val="24"/>
          <w:szCs w:val="24"/>
        </w:rPr>
        <w:t>მგ</w:t>
      </w:r>
      <w:proofErr w:type="spellEnd"/>
      <w:r w:rsidRPr="00C36A5B">
        <w:rPr>
          <w:rFonts w:ascii="Sylfaen" w:hAnsi="Sylfaen"/>
          <w:sz w:val="24"/>
          <w:szCs w:val="24"/>
        </w:rPr>
        <w:t xml:space="preserve"> + 0,01 </w:t>
      </w:r>
      <w:proofErr w:type="spellStart"/>
      <w:r w:rsidRPr="00C36A5B">
        <w:rPr>
          <w:rFonts w:ascii="Sylfaen" w:hAnsi="Sylfaen"/>
          <w:sz w:val="24"/>
          <w:szCs w:val="24"/>
        </w:rPr>
        <w:t>მგ</w:t>
      </w:r>
      <w:proofErr w:type="spellEnd"/>
      <w:r w:rsidRPr="00C36A5B">
        <w:rPr>
          <w:rFonts w:ascii="Sylfaen" w:hAnsi="Sylfaen"/>
          <w:sz w:val="24"/>
          <w:szCs w:val="24"/>
        </w:rPr>
        <w:t>/</w:t>
      </w:r>
      <w:proofErr w:type="spellStart"/>
      <w:r w:rsidRPr="00C36A5B">
        <w:rPr>
          <w:rFonts w:ascii="Sylfaen" w:hAnsi="Sylfaen"/>
          <w:sz w:val="24"/>
          <w:szCs w:val="24"/>
        </w:rPr>
        <w:t>მლ</w:t>
      </w:r>
      <w:proofErr w:type="spellEnd"/>
      <w:r w:rsidRPr="00C36A5B">
        <w:rPr>
          <w:rFonts w:ascii="Sylfaen" w:hAnsi="Sylfaen"/>
          <w:sz w:val="24"/>
          <w:szCs w:val="24"/>
        </w:rPr>
        <w:t xml:space="preserve">: </w:t>
      </w:r>
      <w:proofErr w:type="spellStart"/>
      <w:r w:rsidRPr="00C36A5B">
        <w:rPr>
          <w:rFonts w:ascii="Sylfaen" w:hAnsi="Sylfaen"/>
          <w:sz w:val="24"/>
          <w:szCs w:val="24"/>
        </w:rPr>
        <w:t>საინექციო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ხსნარი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1,7 </w:t>
      </w:r>
      <w:proofErr w:type="spellStart"/>
      <w:r w:rsidRPr="00C36A5B">
        <w:rPr>
          <w:rFonts w:ascii="Sylfaen" w:hAnsi="Sylfaen"/>
          <w:sz w:val="24"/>
          <w:szCs w:val="24"/>
        </w:rPr>
        <w:t>მლ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კარტრიჯებში</w:t>
      </w:r>
      <w:proofErr w:type="spellEnd"/>
      <w:r w:rsidRPr="00C36A5B">
        <w:rPr>
          <w:rFonts w:ascii="Sylfaen" w:hAnsi="Sylfaen"/>
          <w:sz w:val="24"/>
          <w:szCs w:val="24"/>
        </w:rPr>
        <w:t xml:space="preserve">.  </w:t>
      </w:r>
    </w:p>
    <w:p w14:paraId="3F5259B8" w14:textId="127E0D1A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</w:rPr>
        <w:t xml:space="preserve">20 </w:t>
      </w:r>
      <w:proofErr w:type="spellStart"/>
      <w:r w:rsidRPr="00C36A5B">
        <w:rPr>
          <w:rFonts w:ascii="Sylfaen" w:hAnsi="Sylfaen"/>
          <w:sz w:val="24"/>
          <w:szCs w:val="24"/>
        </w:rPr>
        <w:t>კარტრიჯი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გამჭვირვალე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პლასტ</w:t>
      </w:r>
      <w:proofErr w:type="spellEnd"/>
      <w:r w:rsidR="00764BB2" w:rsidRPr="00C36A5B">
        <w:rPr>
          <w:rFonts w:ascii="Sylfaen" w:hAnsi="Sylfaen"/>
          <w:sz w:val="24"/>
          <w:szCs w:val="24"/>
          <w:lang w:val="ka-GE"/>
        </w:rPr>
        <w:t>იკ</w:t>
      </w:r>
      <w:proofErr w:type="spellStart"/>
      <w:r w:rsidRPr="00C36A5B">
        <w:rPr>
          <w:rFonts w:ascii="Sylfaen" w:hAnsi="Sylfaen"/>
          <w:sz w:val="24"/>
          <w:szCs w:val="24"/>
        </w:rPr>
        <w:t>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კონტეინერში</w:t>
      </w:r>
      <w:proofErr w:type="spellEnd"/>
      <w:r w:rsidRPr="00C36A5B">
        <w:rPr>
          <w:rFonts w:ascii="Sylfaen" w:hAnsi="Sylfaen"/>
          <w:sz w:val="24"/>
          <w:szCs w:val="24"/>
        </w:rPr>
        <w:t xml:space="preserve">. 3 </w:t>
      </w:r>
      <w:proofErr w:type="spellStart"/>
      <w:r w:rsidRPr="00C36A5B">
        <w:rPr>
          <w:rFonts w:ascii="Sylfaen" w:hAnsi="Sylfaen"/>
          <w:sz w:val="24"/>
          <w:szCs w:val="24"/>
        </w:rPr>
        <w:t>კონტეინერი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ინსტრუქციასთან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ერთად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მოთავსებულია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მუყაოს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კოლოფში</w:t>
      </w:r>
      <w:proofErr w:type="spellEnd"/>
      <w:r w:rsidRPr="00C36A5B">
        <w:rPr>
          <w:rFonts w:ascii="Sylfaen" w:hAnsi="Sylfaen"/>
          <w:sz w:val="24"/>
          <w:szCs w:val="24"/>
        </w:rPr>
        <w:t xml:space="preserve">.  </w:t>
      </w:r>
    </w:p>
    <w:p w14:paraId="65858DDD" w14:textId="77777777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b/>
          <w:sz w:val="24"/>
          <w:szCs w:val="24"/>
        </w:rPr>
        <w:t>შენახვის</w:t>
      </w:r>
      <w:proofErr w:type="spellEnd"/>
      <w:r w:rsidRPr="00C36A5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b/>
          <w:sz w:val="24"/>
          <w:szCs w:val="24"/>
        </w:rPr>
        <w:t>პირობები</w:t>
      </w:r>
      <w:proofErr w:type="spellEnd"/>
      <w:r w:rsidRPr="00C36A5B">
        <w:rPr>
          <w:rFonts w:ascii="Sylfaen" w:hAnsi="Sylfaen"/>
          <w:sz w:val="24"/>
          <w:szCs w:val="24"/>
        </w:rPr>
        <w:t xml:space="preserve">:  </w:t>
      </w:r>
    </w:p>
    <w:p w14:paraId="4FA033F9" w14:textId="77777777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შეინახეთ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მშრალ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სინათლისგან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დაცულ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ადგილზე</w:t>
      </w:r>
      <w:proofErr w:type="spellEnd"/>
      <w:r w:rsidRPr="00C36A5B">
        <w:rPr>
          <w:rFonts w:ascii="Sylfaen" w:hAnsi="Sylfaen"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sz w:val="24"/>
          <w:szCs w:val="24"/>
        </w:rPr>
        <w:t>ტემპერატურაზე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არაუმეტეს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25°C.  </w:t>
      </w:r>
    </w:p>
    <w:p w14:paraId="4FF6A562" w14:textId="33547A18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შეინახეთ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ბავშვებისთვის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მიუწვდომელ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ადგილ</w:t>
      </w:r>
      <w:proofErr w:type="spellEnd"/>
      <w:r w:rsidR="00764BB2" w:rsidRPr="00C36A5B">
        <w:rPr>
          <w:rFonts w:ascii="Sylfaen" w:hAnsi="Sylfaen"/>
          <w:sz w:val="24"/>
          <w:szCs w:val="24"/>
          <w:lang w:val="ka-GE"/>
        </w:rPr>
        <w:t>ზე</w:t>
      </w:r>
      <w:r w:rsidRPr="00C36A5B">
        <w:rPr>
          <w:rFonts w:ascii="Sylfaen" w:hAnsi="Sylfaen"/>
          <w:sz w:val="24"/>
          <w:szCs w:val="24"/>
        </w:rPr>
        <w:t xml:space="preserve">. </w:t>
      </w:r>
      <w:proofErr w:type="spellStart"/>
      <w:r w:rsidRPr="00C36A5B">
        <w:rPr>
          <w:rFonts w:ascii="Sylfaen" w:hAnsi="Sylfaen"/>
          <w:sz w:val="24"/>
          <w:szCs w:val="24"/>
        </w:rPr>
        <w:t>არ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გაყინოთ</w:t>
      </w:r>
      <w:proofErr w:type="spellEnd"/>
      <w:r w:rsidRPr="00C36A5B">
        <w:rPr>
          <w:rFonts w:ascii="Sylfaen" w:hAnsi="Sylfaen"/>
          <w:sz w:val="24"/>
          <w:szCs w:val="24"/>
        </w:rPr>
        <w:t xml:space="preserve">.  </w:t>
      </w:r>
    </w:p>
    <w:p w14:paraId="056318EF" w14:textId="2D478218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b/>
          <w:sz w:val="24"/>
          <w:szCs w:val="24"/>
        </w:rPr>
        <w:t>ვარგისობის</w:t>
      </w:r>
      <w:proofErr w:type="spellEnd"/>
      <w:r w:rsidRPr="00C36A5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b/>
          <w:sz w:val="24"/>
          <w:szCs w:val="24"/>
        </w:rPr>
        <w:t>ვადა</w:t>
      </w:r>
      <w:proofErr w:type="spellEnd"/>
      <w:r w:rsidRPr="00C36A5B">
        <w:rPr>
          <w:rFonts w:ascii="Sylfaen" w:hAnsi="Sylfaen"/>
          <w:sz w:val="24"/>
          <w:szCs w:val="24"/>
        </w:rPr>
        <w:t xml:space="preserve">:  </w:t>
      </w:r>
    </w:p>
    <w:p w14:paraId="45C041D8" w14:textId="27BED40D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ვადა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მითითებულია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შეფუთვაზე</w:t>
      </w:r>
      <w:proofErr w:type="spellEnd"/>
      <w:r w:rsidRPr="00C36A5B">
        <w:rPr>
          <w:rFonts w:ascii="Sylfaen" w:hAnsi="Sylfaen"/>
          <w:sz w:val="24"/>
          <w:szCs w:val="24"/>
        </w:rPr>
        <w:t xml:space="preserve">. </w:t>
      </w:r>
      <w:r w:rsidR="00764BB2" w:rsidRPr="00C36A5B">
        <w:rPr>
          <w:rFonts w:ascii="Sylfaen" w:hAnsi="Sylfaen"/>
          <w:sz w:val="24"/>
          <w:szCs w:val="24"/>
          <w:lang w:val="ka-GE"/>
        </w:rPr>
        <w:t xml:space="preserve">არ გამოიყენოთ პრეპარატი ვარგისობის </w:t>
      </w:r>
      <w:proofErr w:type="spellStart"/>
      <w:r w:rsidRPr="00C36A5B">
        <w:rPr>
          <w:rFonts w:ascii="Sylfaen" w:hAnsi="Sylfaen"/>
          <w:sz w:val="24"/>
          <w:szCs w:val="24"/>
        </w:rPr>
        <w:t>ვადის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გასვლის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შემდეგ</w:t>
      </w:r>
      <w:proofErr w:type="spellEnd"/>
      <w:r w:rsidR="00764BB2" w:rsidRPr="00C36A5B">
        <w:rPr>
          <w:rFonts w:ascii="Sylfaen" w:hAnsi="Sylfaen"/>
          <w:sz w:val="24"/>
          <w:szCs w:val="24"/>
          <w:lang w:val="ka-GE"/>
        </w:rPr>
        <w:t>.</w:t>
      </w:r>
      <w:r w:rsidRPr="00C36A5B">
        <w:rPr>
          <w:rFonts w:ascii="Sylfaen" w:hAnsi="Sylfaen"/>
          <w:sz w:val="24"/>
          <w:szCs w:val="24"/>
        </w:rPr>
        <w:t xml:space="preserve">   </w:t>
      </w:r>
    </w:p>
    <w:p w14:paraId="65165A3D" w14:textId="77777777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b/>
          <w:sz w:val="24"/>
          <w:szCs w:val="24"/>
        </w:rPr>
        <w:t>გაცემის</w:t>
      </w:r>
      <w:proofErr w:type="spellEnd"/>
      <w:r w:rsidRPr="00C36A5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b/>
          <w:sz w:val="24"/>
          <w:szCs w:val="24"/>
        </w:rPr>
        <w:t>პირობები</w:t>
      </w:r>
      <w:proofErr w:type="spellEnd"/>
      <w:r w:rsidRPr="00C36A5B">
        <w:rPr>
          <w:rFonts w:ascii="Sylfaen" w:hAnsi="Sylfaen"/>
          <w:sz w:val="24"/>
          <w:szCs w:val="24"/>
        </w:rPr>
        <w:t xml:space="preserve">:  </w:t>
      </w:r>
    </w:p>
    <w:p w14:paraId="3D29A5BD" w14:textId="17B34837" w:rsidR="00BE1264" w:rsidRPr="00C36A5B" w:rsidRDefault="00765597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765597">
        <w:rPr>
          <w:rFonts w:ascii="Sylfaen" w:hAnsi="Sylfaen" w:cs="Sylfaen"/>
          <w:bCs/>
          <w:noProof/>
          <w:lang w:val="ka-GE"/>
        </w:rPr>
        <w:t>ფარმაცევტული</w:t>
      </w:r>
      <w:r w:rsidRPr="00765597">
        <w:rPr>
          <w:rFonts w:ascii="Sylfaen" w:hAnsi="Sylfaen"/>
          <w:bCs/>
          <w:noProof/>
          <w:lang w:val="ka-GE"/>
        </w:rPr>
        <w:t xml:space="preserve"> </w:t>
      </w:r>
      <w:r w:rsidRPr="00765597">
        <w:rPr>
          <w:rFonts w:ascii="Sylfaen" w:hAnsi="Sylfaen" w:cs="Sylfaen"/>
          <w:bCs/>
          <w:noProof/>
          <w:lang w:val="ka-GE"/>
        </w:rPr>
        <w:t>პროდუქტის</w:t>
      </w:r>
      <w:r w:rsidRPr="00765597">
        <w:rPr>
          <w:rFonts w:ascii="Sylfaen" w:hAnsi="Sylfaen"/>
          <w:bCs/>
          <w:noProof/>
          <w:lang w:val="ka-GE"/>
        </w:rPr>
        <w:t xml:space="preserve"> </w:t>
      </w:r>
      <w:r w:rsidRPr="00765597">
        <w:rPr>
          <w:rFonts w:ascii="Sylfaen" w:hAnsi="Sylfaen" w:cs="Sylfaen"/>
          <w:bCs/>
          <w:noProof/>
          <w:lang w:val="ka-GE"/>
        </w:rPr>
        <w:t>ჯგუფი</w:t>
      </w:r>
      <w:r w:rsidRPr="009F67BE">
        <w:rPr>
          <w:rFonts w:ascii="Sylfaen" w:hAnsi="Sylfaen" w:cs="Sylfaen"/>
          <w:b/>
          <w:noProof/>
          <w:lang w:val="ka-GE"/>
        </w:rPr>
        <w:t xml:space="preserve"> </w:t>
      </w:r>
      <w:r w:rsidRPr="006C00FA">
        <w:rPr>
          <w:rFonts w:ascii="Sylfaen" w:hAnsi="Sylfaen" w:cs="Sylfaen"/>
          <w:b/>
          <w:noProof/>
          <w:lang w:val="ka-GE"/>
        </w:rPr>
        <w:t xml:space="preserve">- </w:t>
      </w:r>
      <w:r w:rsidRPr="006C00FA">
        <w:rPr>
          <w:rFonts w:ascii="Sylfaen" w:hAnsi="Sylfaen" w:cs="Arial"/>
        </w:rPr>
        <w:t xml:space="preserve">II , </w:t>
      </w:r>
      <w:proofErr w:type="spellStart"/>
      <w:r w:rsidRPr="006C00FA">
        <w:rPr>
          <w:rFonts w:ascii="Sylfaen" w:hAnsi="Sylfaen" w:cs="Arial"/>
        </w:rPr>
        <w:t>გაიცემა</w:t>
      </w:r>
      <w:proofErr w:type="spellEnd"/>
      <w:r w:rsidRPr="006C00FA">
        <w:rPr>
          <w:rFonts w:ascii="Sylfaen" w:hAnsi="Sylfaen" w:cs="Arial"/>
        </w:rPr>
        <w:t xml:space="preserve"> </w:t>
      </w:r>
      <w:proofErr w:type="spellStart"/>
      <w:r w:rsidRPr="006C00FA">
        <w:rPr>
          <w:rFonts w:ascii="Sylfaen" w:hAnsi="Sylfaen" w:cs="Arial"/>
        </w:rPr>
        <w:t>ფორმა</w:t>
      </w:r>
      <w:proofErr w:type="spellEnd"/>
      <w:r w:rsidRPr="006C00FA">
        <w:rPr>
          <w:rFonts w:ascii="Sylfaen" w:hAnsi="Sylfaen" w:cs="Arial"/>
        </w:rPr>
        <w:t xml:space="preserve"> №3 </w:t>
      </w:r>
      <w:proofErr w:type="spellStart"/>
      <w:r w:rsidRPr="006C00FA">
        <w:rPr>
          <w:rFonts w:ascii="Sylfaen" w:hAnsi="Sylfaen" w:cs="Arial"/>
        </w:rPr>
        <w:t>რეცეპტით</w:t>
      </w:r>
      <w:proofErr w:type="spellEnd"/>
    </w:p>
    <w:p w14:paraId="01C81543" w14:textId="02DCF0A9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proofErr w:type="gramStart"/>
      <w:r w:rsidRPr="00C36A5B">
        <w:rPr>
          <w:rFonts w:ascii="Sylfaen" w:hAnsi="Sylfaen"/>
          <w:sz w:val="24"/>
          <w:szCs w:val="24"/>
        </w:rPr>
        <w:t>წარმოებ</w:t>
      </w:r>
      <w:proofErr w:type="spellEnd"/>
      <w:r w:rsidR="00764BB2" w:rsidRPr="00C36A5B">
        <w:rPr>
          <w:rFonts w:ascii="Sylfaen" w:hAnsi="Sylfaen"/>
          <w:sz w:val="24"/>
          <w:szCs w:val="24"/>
          <w:lang w:val="ka-GE"/>
        </w:rPr>
        <w:t>უ</w:t>
      </w:r>
      <w:proofErr w:type="spellStart"/>
      <w:r w:rsidRPr="00C36A5B">
        <w:rPr>
          <w:rFonts w:ascii="Sylfaen" w:hAnsi="Sylfaen"/>
          <w:sz w:val="24"/>
          <w:szCs w:val="24"/>
        </w:rPr>
        <w:t>ლი</w:t>
      </w:r>
      <w:proofErr w:type="spellEnd"/>
      <w:r w:rsidR="00764BB2" w:rsidRPr="00C36A5B">
        <w:rPr>
          <w:rFonts w:ascii="Sylfaen" w:hAnsi="Sylfaen"/>
          <w:sz w:val="24"/>
          <w:szCs w:val="24"/>
          <w:lang w:val="ka-GE"/>
        </w:rPr>
        <w:t xml:space="preserve">ა </w:t>
      </w:r>
      <w:r w:rsidRPr="00C36A5B">
        <w:rPr>
          <w:rFonts w:ascii="Sylfaen" w:hAnsi="Sylfaen"/>
          <w:sz w:val="24"/>
          <w:szCs w:val="24"/>
        </w:rPr>
        <w:t>:</w:t>
      </w:r>
      <w:proofErr w:type="gramEnd"/>
      <w:r w:rsidRPr="00C36A5B">
        <w:rPr>
          <w:rFonts w:ascii="Sylfaen" w:hAnsi="Sylfaen"/>
          <w:sz w:val="24"/>
          <w:szCs w:val="24"/>
        </w:rPr>
        <w:t xml:space="preserve">  </w:t>
      </w:r>
    </w:p>
    <w:p w14:paraId="6AFF4BF0" w14:textId="77777777" w:rsidR="00EA5C69" w:rsidRPr="00C36A5B" w:rsidRDefault="00BE1264" w:rsidP="00EA5C69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proofErr w:type="spellStart"/>
      <w:r w:rsidRPr="00C36A5B">
        <w:rPr>
          <w:rFonts w:ascii="Sylfaen" w:hAnsi="Sylfaen"/>
          <w:sz w:val="24"/>
          <w:szCs w:val="24"/>
        </w:rPr>
        <w:t>კომპანია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EA5C69" w:rsidRPr="00C36A5B">
        <w:rPr>
          <w:rFonts w:ascii="Sylfaen" w:hAnsi="Sylfaen"/>
          <w:sz w:val="24"/>
          <w:szCs w:val="24"/>
        </w:rPr>
        <w:t>Vegapharm</w:t>
      </w:r>
      <w:proofErr w:type="spellEnd"/>
      <w:r w:rsidR="00EA5C69" w:rsidRPr="00C36A5B">
        <w:rPr>
          <w:rFonts w:ascii="Sylfaen" w:hAnsi="Sylfaen"/>
          <w:sz w:val="24"/>
          <w:szCs w:val="24"/>
        </w:rPr>
        <w:t xml:space="preserve"> LLP </w:t>
      </w:r>
      <w:r w:rsidR="00EA5C69" w:rsidRPr="00C36A5B">
        <w:rPr>
          <w:rFonts w:ascii="Sylfaen" w:hAnsi="Sylfaen"/>
          <w:sz w:val="24"/>
          <w:szCs w:val="24"/>
          <w:lang w:val="ka-GE"/>
        </w:rPr>
        <w:t>-თვის</w:t>
      </w:r>
    </w:p>
    <w:p w14:paraId="74014D60" w14:textId="77777777" w:rsidR="00EA5C69" w:rsidRPr="00C36A5B" w:rsidRDefault="00EA5C69" w:rsidP="00EA5C69">
      <w:pPr>
        <w:spacing w:after="0" w:line="240" w:lineRule="auto"/>
        <w:rPr>
          <w:rFonts w:ascii="Sylfaen" w:hAnsi="Sylfaen"/>
          <w:b/>
          <w:sz w:val="24"/>
          <w:szCs w:val="24"/>
        </w:rPr>
      </w:pPr>
      <w:proofErr w:type="spellStart"/>
      <w:r w:rsidRPr="00C36A5B">
        <w:rPr>
          <w:rFonts w:ascii="Sylfaen" w:hAnsi="Sylfaen"/>
          <w:b/>
          <w:sz w:val="24"/>
          <w:szCs w:val="24"/>
        </w:rPr>
        <w:t>ლონდონი</w:t>
      </w:r>
      <w:proofErr w:type="spellEnd"/>
      <w:r w:rsidRPr="00C36A5B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C36A5B">
        <w:rPr>
          <w:rFonts w:ascii="Sylfaen" w:hAnsi="Sylfaen"/>
          <w:b/>
          <w:sz w:val="24"/>
          <w:szCs w:val="24"/>
        </w:rPr>
        <w:t>დიდი</w:t>
      </w:r>
      <w:proofErr w:type="spellEnd"/>
      <w:r w:rsidRPr="00C36A5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b/>
          <w:sz w:val="24"/>
          <w:szCs w:val="24"/>
        </w:rPr>
        <w:t>ბრიტანეთი</w:t>
      </w:r>
      <w:proofErr w:type="spellEnd"/>
      <w:r w:rsidRPr="00C36A5B">
        <w:rPr>
          <w:rFonts w:ascii="Sylfaen" w:hAnsi="Sylfaen"/>
          <w:b/>
          <w:sz w:val="24"/>
          <w:szCs w:val="24"/>
        </w:rPr>
        <w:t xml:space="preserve">  </w:t>
      </w:r>
    </w:p>
    <w:p w14:paraId="31693733" w14:textId="77777777" w:rsidR="00EA5C69" w:rsidRPr="00C36A5B" w:rsidRDefault="00EA5C69" w:rsidP="00EA5C69">
      <w:pPr>
        <w:spacing w:after="0" w:line="240" w:lineRule="auto"/>
        <w:rPr>
          <w:rFonts w:ascii="Sylfaen" w:hAnsi="Sylfaen"/>
          <w:sz w:val="24"/>
          <w:szCs w:val="24"/>
        </w:rPr>
      </w:pPr>
    </w:p>
    <w:p w14:paraId="091607C8" w14:textId="47E899CD" w:rsidR="00EA5C69" w:rsidRPr="00C36A5B" w:rsidRDefault="00EA5C69" w:rsidP="00EA5C69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36A5B">
        <w:rPr>
          <w:rFonts w:ascii="Sylfaen" w:hAnsi="Sylfaen"/>
          <w:sz w:val="24"/>
          <w:szCs w:val="24"/>
        </w:rPr>
        <w:t xml:space="preserve"> </w:t>
      </w:r>
      <w:r w:rsidRPr="00C36A5B">
        <w:rPr>
          <w:rFonts w:ascii="Sylfaen" w:hAnsi="Sylfaen"/>
          <w:sz w:val="24"/>
          <w:szCs w:val="24"/>
          <w:lang w:val="ka-GE"/>
        </w:rPr>
        <w:t>მწარმოებელი:</w:t>
      </w:r>
    </w:p>
    <w:p w14:paraId="73E45765" w14:textId="1C41489E" w:rsidR="00BE1264" w:rsidRPr="00C36A5B" w:rsidRDefault="00EA5C69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  <w:lang w:val="ka-GE"/>
        </w:rPr>
        <w:t xml:space="preserve">კს </w:t>
      </w:r>
      <w:r w:rsidR="00BE1264" w:rsidRPr="00C36A5B">
        <w:rPr>
          <w:rFonts w:ascii="Sylfaen" w:hAnsi="Sylfaen"/>
          <w:sz w:val="24"/>
          <w:szCs w:val="24"/>
        </w:rPr>
        <w:t>„</w:t>
      </w:r>
      <w:proofErr w:type="spellStart"/>
      <w:r w:rsidR="00BE1264" w:rsidRPr="00C36A5B">
        <w:rPr>
          <w:rFonts w:ascii="Sylfaen" w:hAnsi="Sylfaen"/>
          <w:sz w:val="24"/>
          <w:szCs w:val="24"/>
        </w:rPr>
        <w:t>ბალკან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="00BE1264" w:rsidRPr="00C36A5B">
        <w:rPr>
          <w:rFonts w:ascii="Sylfaen" w:hAnsi="Sylfaen"/>
          <w:sz w:val="24"/>
          <w:szCs w:val="24"/>
        </w:rPr>
        <w:t>ფარმასიუტიკალს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“ </w:t>
      </w:r>
      <w:proofErr w:type="spellStart"/>
      <w:r w:rsidR="00BE1264" w:rsidRPr="00C36A5B">
        <w:rPr>
          <w:rFonts w:ascii="Sylfaen" w:hAnsi="Sylfaen"/>
          <w:sz w:val="24"/>
          <w:szCs w:val="24"/>
        </w:rPr>
        <w:t>შპს</w:t>
      </w:r>
      <w:proofErr w:type="spellEnd"/>
      <w:r w:rsidR="00BE1264" w:rsidRPr="00C36A5B">
        <w:rPr>
          <w:rFonts w:ascii="Sylfaen" w:hAnsi="Sylfaen"/>
          <w:sz w:val="24"/>
          <w:szCs w:val="24"/>
        </w:rPr>
        <w:t xml:space="preserve">  </w:t>
      </w:r>
    </w:p>
    <w:p w14:paraId="19F9B668" w14:textId="77777777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C36A5B">
        <w:rPr>
          <w:rFonts w:ascii="Sylfaen" w:hAnsi="Sylfaen"/>
          <w:sz w:val="24"/>
          <w:szCs w:val="24"/>
        </w:rPr>
        <w:t>მოლდოვას</w:t>
      </w:r>
      <w:proofErr w:type="spellEnd"/>
      <w:r w:rsidRPr="00C36A5B">
        <w:rPr>
          <w:rFonts w:ascii="Sylfaen" w:hAnsi="Sylfaen"/>
          <w:sz w:val="24"/>
          <w:szCs w:val="24"/>
        </w:rPr>
        <w:t xml:space="preserve"> </w:t>
      </w:r>
      <w:proofErr w:type="spellStart"/>
      <w:r w:rsidRPr="00C36A5B">
        <w:rPr>
          <w:rFonts w:ascii="Sylfaen" w:hAnsi="Sylfaen"/>
          <w:sz w:val="24"/>
          <w:szCs w:val="24"/>
        </w:rPr>
        <w:t>რესპუბლიკა</w:t>
      </w:r>
      <w:proofErr w:type="spellEnd"/>
      <w:r w:rsidRPr="00C36A5B">
        <w:rPr>
          <w:rFonts w:ascii="Sylfaen" w:hAnsi="Sylfaen"/>
          <w:sz w:val="24"/>
          <w:szCs w:val="24"/>
        </w:rPr>
        <w:t xml:space="preserve">  </w:t>
      </w:r>
    </w:p>
    <w:p w14:paraId="1BD76FCD" w14:textId="77777777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</w:p>
    <w:p w14:paraId="32E8D1E8" w14:textId="79FB855D" w:rsidR="00BE1264" w:rsidRPr="00C36A5B" w:rsidRDefault="00BE1264" w:rsidP="00483B73">
      <w:pPr>
        <w:spacing w:after="0" w:line="240" w:lineRule="auto"/>
        <w:rPr>
          <w:rFonts w:ascii="Sylfaen" w:hAnsi="Sylfaen"/>
          <w:sz w:val="24"/>
          <w:szCs w:val="24"/>
        </w:rPr>
      </w:pPr>
      <w:r w:rsidRPr="00C36A5B">
        <w:rPr>
          <w:rFonts w:ascii="Sylfaen" w:hAnsi="Sylfaen"/>
          <w:sz w:val="24"/>
          <w:szCs w:val="24"/>
        </w:rPr>
        <w:t xml:space="preserve">  </w:t>
      </w:r>
    </w:p>
    <w:p w14:paraId="7D021FA0" w14:textId="47EE37C9" w:rsidR="00F40128" w:rsidRPr="00C36A5B" w:rsidRDefault="00F40128" w:rsidP="00483B73">
      <w:pPr>
        <w:spacing w:after="0" w:line="240" w:lineRule="auto"/>
        <w:rPr>
          <w:rFonts w:ascii="Sylfaen" w:hAnsi="Sylfaen"/>
          <w:sz w:val="24"/>
          <w:szCs w:val="24"/>
        </w:rPr>
      </w:pPr>
    </w:p>
    <w:sectPr w:rsidR="00F40128" w:rsidRPr="00C36A5B" w:rsidSect="002925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E3329" w14:textId="77777777" w:rsidR="008F410E" w:rsidRDefault="008F410E" w:rsidP="0066646D">
      <w:pPr>
        <w:spacing w:after="0" w:line="240" w:lineRule="auto"/>
      </w:pPr>
      <w:r>
        <w:separator/>
      </w:r>
    </w:p>
  </w:endnote>
  <w:endnote w:type="continuationSeparator" w:id="0">
    <w:p w14:paraId="35FA9561" w14:textId="77777777" w:rsidR="008F410E" w:rsidRDefault="008F410E" w:rsidP="00666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D65E3" w14:textId="77777777" w:rsidR="008F410E" w:rsidRDefault="008F410E" w:rsidP="0066646D">
      <w:pPr>
        <w:spacing w:after="0" w:line="240" w:lineRule="auto"/>
      </w:pPr>
      <w:r>
        <w:separator/>
      </w:r>
    </w:p>
  </w:footnote>
  <w:footnote w:type="continuationSeparator" w:id="0">
    <w:p w14:paraId="5C7C6CEB" w14:textId="77777777" w:rsidR="008F410E" w:rsidRDefault="008F410E" w:rsidP="006664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1281291">
    <w:abstractNumId w:val="8"/>
  </w:num>
  <w:num w:numId="2" w16cid:durableId="1644235968">
    <w:abstractNumId w:val="6"/>
  </w:num>
  <w:num w:numId="3" w16cid:durableId="2042706846">
    <w:abstractNumId w:val="5"/>
  </w:num>
  <w:num w:numId="4" w16cid:durableId="1218203343">
    <w:abstractNumId w:val="4"/>
  </w:num>
  <w:num w:numId="5" w16cid:durableId="1708140713">
    <w:abstractNumId w:val="7"/>
  </w:num>
  <w:num w:numId="6" w16cid:durableId="386073796">
    <w:abstractNumId w:val="3"/>
  </w:num>
  <w:num w:numId="7" w16cid:durableId="1975745062">
    <w:abstractNumId w:val="2"/>
  </w:num>
  <w:num w:numId="8" w16cid:durableId="1852336826">
    <w:abstractNumId w:val="1"/>
  </w:num>
  <w:num w:numId="9" w16cid:durableId="326904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229E"/>
    <w:rsid w:val="000925F2"/>
    <w:rsid w:val="0015074B"/>
    <w:rsid w:val="00152B10"/>
    <w:rsid w:val="00180D31"/>
    <w:rsid w:val="00193064"/>
    <w:rsid w:val="001B50E1"/>
    <w:rsid w:val="001D5E02"/>
    <w:rsid w:val="001D7F29"/>
    <w:rsid w:val="001F123E"/>
    <w:rsid w:val="001F4935"/>
    <w:rsid w:val="00254F9F"/>
    <w:rsid w:val="002679F8"/>
    <w:rsid w:val="00290A19"/>
    <w:rsid w:val="002925D0"/>
    <w:rsid w:val="0029639D"/>
    <w:rsid w:val="002C542E"/>
    <w:rsid w:val="002E2423"/>
    <w:rsid w:val="002F5142"/>
    <w:rsid w:val="00326F90"/>
    <w:rsid w:val="00372F10"/>
    <w:rsid w:val="003A40C0"/>
    <w:rsid w:val="003A5AD3"/>
    <w:rsid w:val="003C7259"/>
    <w:rsid w:val="003D2D7C"/>
    <w:rsid w:val="00410FD4"/>
    <w:rsid w:val="004177AC"/>
    <w:rsid w:val="00483B73"/>
    <w:rsid w:val="0049798E"/>
    <w:rsid w:val="004A319E"/>
    <w:rsid w:val="004A4464"/>
    <w:rsid w:val="004E0C40"/>
    <w:rsid w:val="0050208C"/>
    <w:rsid w:val="005113AE"/>
    <w:rsid w:val="005303EB"/>
    <w:rsid w:val="0055052D"/>
    <w:rsid w:val="00552AFD"/>
    <w:rsid w:val="00581745"/>
    <w:rsid w:val="00583A8B"/>
    <w:rsid w:val="005A2F10"/>
    <w:rsid w:val="005B101F"/>
    <w:rsid w:val="005C5277"/>
    <w:rsid w:val="005C7CC7"/>
    <w:rsid w:val="005D2D84"/>
    <w:rsid w:val="005F6A00"/>
    <w:rsid w:val="006007FE"/>
    <w:rsid w:val="00605D5F"/>
    <w:rsid w:val="00606812"/>
    <w:rsid w:val="0061602D"/>
    <w:rsid w:val="006170BC"/>
    <w:rsid w:val="00622549"/>
    <w:rsid w:val="0066646D"/>
    <w:rsid w:val="006A4FB2"/>
    <w:rsid w:val="00741E10"/>
    <w:rsid w:val="0075782F"/>
    <w:rsid w:val="00763DAA"/>
    <w:rsid w:val="00764BB2"/>
    <w:rsid w:val="00765597"/>
    <w:rsid w:val="007B3369"/>
    <w:rsid w:val="007D0DDA"/>
    <w:rsid w:val="008515C1"/>
    <w:rsid w:val="008616B5"/>
    <w:rsid w:val="00895BCB"/>
    <w:rsid w:val="008F410E"/>
    <w:rsid w:val="00914F34"/>
    <w:rsid w:val="009348A7"/>
    <w:rsid w:val="0094096C"/>
    <w:rsid w:val="0095038A"/>
    <w:rsid w:val="009A4341"/>
    <w:rsid w:val="009B4238"/>
    <w:rsid w:val="009B7C6A"/>
    <w:rsid w:val="009D30EC"/>
    <w:rsid w:val="009E6321"/>
    <w:rsid w:val="00A17FF1"/>
    <w:rsid w:val="00A328D8"/>
    <w:rsid w:val="00A51830"/>
    <w:rsid w:val="00A9431C"/>
    <w:rsid w:val="00AA1D8D"/>
    <w:rsid w:val="00AA5098"/>
    <w:rsid w:val="00AB7596"/>
    <w:rsid w:val="00AF58E3"/>
    <w:rsid w:val="00B16092"/>
    <w:rsid w:val="00B37FEE"/>
    <w:rsid w:val="00B460AA"/>
    <w:rsid w:val="00B47730"/>
    <w:rsid w:val="00B90E19"/>
    <w:rsid w:val="00B942D0"/>
    <w:rsid w:val="00BD53FA"/>
    <w:rsid w:val="00BE1264"/>
    <w:rsid w:val="00C0360C"/>
    <w:rsid w:val="00C047D6"/>
    <w:rsid w:val="00C05A99"/>
    <w:rsid w:val="00C20085"/>
    <w:rsid w:val="00C30800"/>
    <w:rsid w:val="00C31D1A"/>
    <w:rsid w:val="00C32A31"/>
    <w:rsid w:val="00C36A5B"/>
    <w:rsid w:val="00C47630"/>
    <w:rsid w:val="00C6209C"/>
    <w:rsid w:val="00C725E4"/>
    <w:rsid w:val="00C96BDF"/>
    <w:rsid w:val="00CA2F56"/>
    <w:rsid w:val="00CB0664"/>
    <w:rsid w:val="00CD5341"/>
    <w:rsid w:val="00CF0C8B"/>
    <w:rsid w:val="00CF5EAD"/>
    <w:rsid w:val="00D538A5"/>
    <w:rsid w:val="00D60DD3"/>
    <w:rsid w:val="00D944DA"/>
    <w:rsid w:val="00EA5C69"/>
    <w:rsid w:val="00EC2611"/>
    <w:rsid w:val="00EC5B4B"/>
    <w:rsid w:val="00F1625B"/>
    <w:rsid w:val="00F40128"/>
    <w:rsid w:val="00F41E66"/>
    <w:rsid w:val="00F63444"/>
    <w:rsid w:val="00FA24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1AB494"/>
  <w14:defaultImageDpi w14:val="300"/>
  <w15:docId w15:val="{48201359-27B3-43A7-AFB0-C4E772EF6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E0C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C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6F1228-F473-4B33-AD50-377E68AF3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6191</TotalTime>
  <Pages>1</Pages>
  <Words>3714</Words>
  <Characters>21171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24836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Nino Asanidze</cp:lastModifiedBy>
  <cp:revision>26</cp:revision>
  <cp:lastPrinted>2025-10-13T07:29:00Z</cp:lastPrinted>
  <dcterms:created xsi:type="dcterms:W3CDTF">2013-12-23T23:15:00Z</dcterms:created>
  <dcterms:modified xsi:type="dcterms:W3CDTF">2026-03-04T08:45:00Z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9467501c-0369-4ef0-9876-e4d88adfb7b5</vt:lpwstr>
  </property>
</Properties>
</file>